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北京理工大学生命学院2026年接收推免生预报名通知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北京理工大学生命学院2026年接收推免生预报名通知如下。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本科院校要求：无明确本科院校层次限制，欢迎国内各高校优秀应届本科毕业生。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专业及成绩要求：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(1) 已获得所在高校推荐免试资格的优秀应届本科毕业生。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(2) 勤奋好学，思维敏捷，专业基础知识扎实，具有较强的实践能力和创新能力。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(3) 本科期间在核心期刊及以上学术刊物发表论文、获科研成果奖、在全国高水平科技竞赛中获奖者优先考虑。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英语要求：未明确说明。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其他要求：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(1) 拥护中国共产党的领导，愿为社会主义现代化建设服务，品德良好，遵纪守法，学习期间未受过任何处分。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(2) 身心健康，符合国家和招生单位规定的体检要求。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学硕：071000生物学，方向包括01生物分析与检测、02神经生物学、03生物化学与分子生物学、04微生物学。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专硕：086001生物技术与工程，方向为00不区分研究方向。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系统注册及填报（预报名）：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(1) 时间：即日起至9月12日17:00。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(2) 硕士类别：登录网上报名系统（https://yz.bit.edu.cn/yzbm/logon），选择“全国优秀大学生推免生预报名”进行注册报名，上传报名材料。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(3) 本直博类别：直接发送材料至邮箱xw2099@bit.edu.cn进行报名，报名前务必与申报导师联系。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材料提交：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(1) 电子版报名材料按指定顺序扫描合并到一个PDF文档上传至报名系统，PDF文件命名格式为：所在学校-姓名-预报专业-方向代码-硕士/本直博。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(2) 纸质版申请材料在复试现场提交学院审核备案，提交材料恕不退还。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复试安排：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(1) 预报名截止后，各学科方向对材料进行审核，确定复试名单。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(2) 9月15日至16日由各方向面试组通知申请人复试时间、地点及要求。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(3) 复试形式为线下面试，综合面试内容包括外国语水平、专业素养、研究能力、创新潜质。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(4) 复试内容：考生PPT自我介绍5分钟，回答专业知识题，专家提问。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教育部推免系统报名：9月22日9:00，推免系统正式开放，学生登录“教育部推免服务系统”（http://yz.chsi.com.cn/tm）进行网上报名。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复试通知：9月23日9:00，招生单位向考生发送复试通知，学生确认复试通知。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录取通知：9月25日9:00，招生单位向学生发送待录取通知。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确认截止：9月25日14:00，学生确认待录取通知，未在规定时间内确认视为自动放弃。如遇名额未满，在系统关闭前将及时根据后续报名情况安排多次复试。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身份证明：有效期内的学生证、身份证复印件（提交复印件，复试时出示原件）。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成绩单：加盖所在学校教务处公章的本科成绩单原件一份。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获奖证书：获奖证书复印件。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学术成果：发表的学术论文、出版物、专利等学术成果复印件。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推荐信（仅本直博考生）：《北京理工大学2026年招收优秀应届本科毕业生直接攻读博士学位研究生专家推荐书》一式两份，推荐人须是2名副教授或相当职称以上专家，推荐书须由推荐人密封并在封口处签字。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其他注意事项：电子版报名材料按上述顺序扫描合并到一个PDF文档上传，PDF命名格式为：所在学校-姓名-预报专业-方向代码-硕士/本直博。纸质版申请材料在复试现场提交，恕不退还。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预报名申请截止：9月12日17:00。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复试名单通知：9月15日至16日，由各方向面试组通知。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推免系统正式报名：9月22日9:00。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复试通知发送及确认：9月23日9:00。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待录取通知发送：9月25日9:00。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待录取确认截止：9月25日14:00，未确认视为放弃。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六、接收名额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未明确说明各专业及总接收人数。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招生咨询邮箱：xw2099@bit.edu.cn。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咨询电话：010-68915956-802（肖老师）。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注：其他要求以学校相关通知为准。本通知同时涵盖预推免与正式推免流程。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