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沈阳化工大学研究生招生网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沈阳化工大学研究生招生信息网网址为 https://grszs.syuct.edu.cn/，发布日期（推定）为2025年9月10日。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一、网站栏目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报考指南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参考资料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联系招生院所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招生动态（可查看更多更新内容）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研招热线：024-89386567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提供化大手机网站及化大研招二维码供扫码访问。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