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东华大学纺织学院2026年度“全国优秀大学生暑期夏令营”活动通知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东华大学纺织学院2026年度“全国优秀大学生暑期夏令营”活动通知'.html(false);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msg_desc = htmlDecode("");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msg_cdn_url = "https://mmbiz.qpic.cn/mmbiz_jpg/UmqIGPRrY3RyWPgUuUV3N3PPXPCsp5bDd7ksIf1dpIHCBEcfFlEllCn0sLHSSiaSWhbTiaLJ69RibfIcA1jRr7XicDaibIQGhfdzLBKiaOSJLhpIQ/0?wx_fmt=jpeg";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cdn_url_1_1 = "https://mmbiz.qpic.cn/sz_mmbiz_jpg/UmqIGPRrY3TpeuCu03FcibIicQFqP29Ey5RcEibOR9O5dHWjKnJtZawjLHef39yQolicB42Vqg16jDBue0Via1rib2r0AicL1jqEeU5shgh6QqOzoQ/0?wx_fmt=jpeg";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cdn_url_235_1 = "https://mmbiz.qpic.cn/mmbiz_jpg/UmqIGPRrY3RyWPgUuUV3N3PPXPCsp5bDd7ksIf1dpIHCBEcfFlEllCn0sLHSSiaSWhbTiaLJ69RibfIcA1jRr7XicDaibIQGhfdzLBKiaOSJLhpIQ/0?wx_fmt=jpeg";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msg_link = "https://mp.weixin.qq.com/s/FWW17fWZ2LtS7ext6irNPg";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user_uin = ""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open_id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msg_source_url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img_format = 'jpeg';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srcid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req_id = '0213Q0jvAcRQShVKIzDyS7JA';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networkType;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appmsgid = "2247497990" ||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comment_id = '4564610102607249416' || '0';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mp_comment_id = "" || ""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comment_enabled = ""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open_fansmsg = "0"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is_https_res = ("" * 1) &amp;&amp; (location.protocol == "https:");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msg_daily_idx = "1" ||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profileReportInfo = "" ||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devicetype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source_encode_biz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source_username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reprint_ticket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source_mid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source_idx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source_biz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author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author_id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reward_wording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reward_author_head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reward_can_whisper = ""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reward_total_count = ""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optimizing_flag = ""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show_comment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__appmsgCgiData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wxa_product: ""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wxa_cps: ""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show_msg_voice: "0"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can_use_page: "" * 1,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is_wxg_stuff_uin: "0"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card_pos: 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copyright_stat: "0",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source_biz: 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hd_head_img: "http://wx.qlogo.cn/mmhead/Q3auHgzwzM4j4GfqNKNAj6NDOickoloMZ4B6LP5n2bQwicw5NKYxsXag/0" || (window.location.protocol + "//" + window.location.host + "//res.wx.qq.com/mmbizappmsg/zh_CN/htmledition/js/images/pic/pic_rumor_link806b57.jpg"),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has_red_packet_cover: "0"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minishopCardData: 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_empty_v = "//res.wx.qq.com/mmbizappmsg/zh_CN/htmledition/js/audios/empty806b57.mp3";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album_info_list =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target_album_info = (function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curAlbumId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(curAlbumId)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for (var i = 0; i 0)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currentSvrStyleType = parseInt(styleType);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(!isNaN(parseInt(canUseAutoTypeSetting)))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currentSvrStyleType = parseInt(canUseAutoTypeSetting);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else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currentSvrStyleType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(!isNaN(parseInt(originStyleType)) &amp;&amp; parseInt(originStyleType) &gt; 0)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originSvrStyleType = parseInt(originStyleType);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(!isNaN(parseInt(originTypeSetting)))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originSvrStyleType = parseInt(originTypeSetting);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else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originSvrStyleType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(reprint_type &gt; 0 &amp;&amp; originSvrStyleType !== currentSvrStyleType &amp;&amp; parseInt(reprintEditable) === 0)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dc = document.getElementById('js_content').classList;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dc.remove('autoTypeSetting');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dc.remove('autoTypeSetting24');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dc.remove('autoTypeSetting24psection');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finalSetting = parseInt(originSvrStyleType);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(finalSetting === 1)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dc.add('autoTypeSetting');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(finalSetting === 2)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dc.add('autoTypeSetting24');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(finalSetting === 3)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dc.add('autoTypeSetting24psection');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window.wxtoken = "777";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window.is_login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title = "东华纺织人";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is_new_msg = 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is_wash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topbarEnable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enterid = "1788327918" * 1 || "1788327918" * 1 || "" * 1 || parseInt(Date.now() / 1000);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reloadid = '' * 1 || parseInt(Date.now() / 1000);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reloadseq = '' * 1 ||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miniprogram_appid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defaultAvatarUrl = 'data:image/svg+xml;base64,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document.addEventListener('DOMContentLoaded', function ()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window.domCompleteTime = Date.now();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hasRecommendMsg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isPayTopic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payTopicPrice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isRemovedFromPayTopic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isPaySubscribe = '0'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isPaid = '0'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isRefund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payShowIAPPrice =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payProductId =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previewPercent = '0'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payGiftsCount = '0'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payDesc = htmlDecode('');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payFreeGift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is_finished_preview = 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jump2pay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isFans;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can_reward = '0'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is_need_reward = (isPaySubscribe &amp;&amp; !isPaid) ? 0 : "0"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rewardsn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rewardTimestamp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is_teenager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is_care_mode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zhuge_user_limit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segment_comment_id = '4564610119283802114';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showRewardListDialog = '' * 1 || 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colorScheme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iapPriceInfo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productPayPackage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iap_price_info: iapPriceInfo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isCartoonCopyright = '0'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show_msg_voice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qnaCardData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exptype =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expsessionid = '' ||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goContentId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goReplyId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fromCommentShare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extra_comment_id = '4564610118730153988' || '0';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goAddedInfo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goAddedInfoContentId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hitProduct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preload_comment_list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preload_comment_total_cnt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show_related_article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wwdistype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refuteSourceUrl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verify_status = "0"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window.cgiData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appImg: '//res.wx.qq.com/mmbizappmsg/zh_CN/htmledition/js/images/pic/pic_tencent_video806b57.png',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loveNotifyMsg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loveFriendId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window.ip_wording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countryName: '中国',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countryId: '156',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provinceName: '上海',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provinceId: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cityName: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cityId: ''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window.show_ip_wording = '1'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window.source_appid = 'wx4b70199602a5a93b' || 'wxc3923acb47c0d396';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window.is_over_sea = '0'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window.showAdMark = "0"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window.is_title_modified = "0"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window.alias = "DHU-textiles" ||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window.claim_source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claim_source_type: ''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claim_source: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media_source_type_info: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aigc_type: ''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aigc_wording: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window.hideAdMarkOnCps = ("" || "0" * 1) ? 1 :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window.bar_version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window.short_link =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window.appmsg_bar_data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verify_status: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show_like: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like_count: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show_share: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share_count: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show_old_like: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old_like_count: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show_collect: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collect_count: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comment_enabled: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comment_count: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show_friend_seen: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friend_seen_info: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is_subscribed: '' * 1,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friend_subscribe_count: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ecs_jump_info_str: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red_flower_like_info: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is_red_flower_like: '0'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red_flower_wording: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tencent_gongyi_wxa_path: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tencent_gongyi_wxa_appid: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red_flower_like_sn: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tencent_gongyi_wxa_username: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is_show_newsflash_feeds: '' * 1 ===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newsflash_feeds_url: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newsflash_feeds_style: '' * 1 === 1 ? ('' * 1 || 0) : 0,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window.subcount_version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window.picture_page_info_list = (window.cgiDataNew &amp;&amp; window.cgiDataNew.picture_page_info_list) || [];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window.show_comment_entrance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window.search_keywords =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keyword: htmlDecode("软物质科学"),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s1s_stat_info: htmlDecode('%7B%22bizuin%22%3A3235834910%2C%22msgid%22%3A2247497990%2C%22msgidx%22%3A2%2C%22docid%22%3A%228918696681701907778%22%2C%22keywordItem%22%3A%7B%22keyword%22%3A%22%E8%BD%AF%E7%89%A9%E8%B4%A8%E7%A7%91%E5%AD%A6%22%2C%22section_idx%22%3A17%2C%22begin_idx%22%3A63%2C%22end_idx%22%3A67%2C%22type%22%3A1024%2C%22lemma_id%22%3A%22%22%7D%2C%22category%22%3A%22%E7%A4%BE%E4%BC%9A_%E7%BB%84%E7%BB%87%E5%86%85%E9%83%A8%E7%AE%A1%E7%90%86%3A0.831294%22%2C%22reqId%22%3A1637005537239965729%2C%22S1SPageType%22%3A1%2C%22strReqId%22%3A%221637005537239965729%22%2C%22orgReqId%22%3A%221637005537239965729%22%2C%22item_show_type%22%3A0%2C%22common_value_expt%22%3A0%2C%22highlight_preload%22%3A0%7D'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s1s_context_info: htmlDecode('%7B%22keyword%22%3A%22%E8%BD%AF%E7%89%A9%E8%B4%A8%E7%A7%91%E5%AD%A6%22%2C%22isNeedUpdateGPTInfo%22%3Afalse%2C%22S1SPageType%22%3A1%2C%22search_id%22%3A%221637005537239965729%22%2C%22doc_info%22%3A%7B%22triple%22%3A%7B%22bizuin%22%3A3235834910%2C%22msgid%22%3A2247497990%2C%22msgidx%22%3A2%7D%2C%22docid%22%3A8918696681701907456%2C%22publish_time%22%3A1781664261%7D%2C%22idx_range%22%3A%7B%22section_idx%22%3A17%2C%22begin_idx%22%3A63%2C%22end_idx%22%3A67%7D%2C%22expt_value%22%3A4294967295%2C%22source%22%3A1024%2C%22needPreRender%22%3Afalse%7D'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s1s_jsapi_paras: htmlDecode('{"query":"软物质科学","scene":139,"hiddenSearchHeader":0,"webviewHeightRatio":0.699999988,"kvItems":[{"key":"mpEndHalfPageResultTab","textValue":"0"},{"key":"firstSearchRequest","uintValue":1},{"key":"MPHalfSearchAIBox","uintValue":3}],"sessionKvItems":[{"key":"mpEndHalfPageResultTab","textValue":"0"},{"key":"MPHalfSearchAIBox","uintValue":3}],"parentType":135,"isAutoShowUnitInHalfScreen":1}'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s1s_jsapi_name: 'openWXSearchHalfPage',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idx_range_list: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begin_idx: '63',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end_idx: '67',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section_idx: '17',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window.s1s_keywords_exp_info = 'CJ7Y+4YMEIay2K8IGAIiEzg5MTg2OTY2ODE3MDE5MDc3NzgoocCktM7789sW';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need_baike_preload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window.ad_keywords =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window.show_ad_keyword = 'false';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window.get_search_keyword_realtime = '0'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window.clear_desc_flag = ""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window.mmlisten_playlist_info_buffer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window.key_text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window.appmsg_listen_id = '150443211906676090';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__INLINE_SCRIPT__ = (function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'use strict';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EN_MONTHS_SHORT = ['Jan', 'Feb', 'Mar', 'Apr', 'May', 'Jun', 'Jul', 'Aug', 'Sep', 'Oct', 'Nov', 'Dec'];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formatEnTime = function formatEnTime(hour, minute)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h = parseInt(hour, 10);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 = parseInt(minute, 10);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ampm = h &gt;= 12 ? 'PM' : 'AM';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h12 = h % 12 || 12;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mm = "0".concat(m).slice(-2);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"".concat(h12, ":").concat(mm, " ").concat(ampm);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formatEnPubDate = function formatEnPubDate(year, month, date, hour, minute)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monthName = EN_MONTHS_SHORT[parseInt(month, 10) - 1]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day = parseInt(date, 10);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hasYear = year !== undefined &amp;&amp; year !== null &amp;&amp; year !==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datePart = hasYear ? "".concat(monthName, " ").concat(day, ", ").concat(year) : "".concat(monthName, " ").concat(day);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(hour === undefined || hour === null || minute === undefined || minute === null)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datePart;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"".concat(datePart, ", ").concat(formatEnTime(hour, minute));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formatEnPubDateFromTs = function formatEnPubDateFromTs(oriTimestamp)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dateObj = new Date(oriTimestamp * 1000);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formatEnPubDate(dateObj.getFullYear(), dateObj.getMonth() + 1, dateObj.getDate(), dateObj.getHours(), dateObj.getMinutes());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dealLikeReadShow_en = function dealLikeReadShow_en(realNum, showZero)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defaultStr = showZero ? '0' :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(typeof LANG === 'undefined' || !window.LANG)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parseInt(realNum) === 0 ? defaultStr : realNum;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(window.LANG == 'en')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showHTML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(parseInt(realNum) &gt; 100000)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showHTML = '100K+';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(parseInt(realNum) &gt; 10000 &amp;&amp; parseInt(realNum) = o.length) return { done: true }; return { done: false, value: o[i++] }; }, e: function e(_e) { throw _e; }, f: F }; } throw new TypeError("Invalid attempt to iterate non-iterable instance.\nIn order to be iterable, non-array objects must have a [Symbol.iterator]() method."); } var normalCompletion = true, didErr = false, err; return { s: function s() { it = it.call(o); }, n: function n() { var step = it.next(); normalCompletion = step.done; return step; }, e: function e(_e2) { didErr = true; err = _e2; }, f: function f() { try { if (!normalCompletion &amp;&amp; it["return"] != null) it["return"](); } finally { if (didErr) throw err; } } }; 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_unsupportedIterableToArray$2(o, minLen) { if (!o) return; if (typeof o === "string") return _arrayLikeToArray$2(o, minLen); var n = Object.prototype.toString.call(o).slice(8, -1); if (n === "Object" &amp;&amp; o.constructor) n = o.constructor.name; if (n === "Map" || n === "Set") return Array.from(o); if (n === "Arguments" || /^(?:Ui|I)nt(?:8|16|32)(?:Clamped)?Array$/.test(n)) return _arrayLikeToArray$2(o, minLen); 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_arrayLikeToArray$2(arr, len) { if (len == null || len &gt; arr.length) len = arr.length; for (var i = 0, arr2 = new Array(len); i b;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cpVersion(ver, op, canEq, type)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mmver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switch (type)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'mac':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getMac();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'windows':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mmver = getWindowsVersionFormat();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'wxwork':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getWxWork();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'mpapp':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getMpApp();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'unifiedpc':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mmver = getUnifiedPcVer();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default: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(!mmver)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mmversion = mmver.split('.');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version = ver.split('.');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(!/\d+/g.test(mmversion[mmversion.length - 1]))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mmversion.pop();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for (var i = 0, len = Math.max(mmversion.length, version.length); i = 64 &amp;&amp; parseInt(v) = hexNum;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mmVersion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get: get,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getMac: getMac,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getMacOS: getMacOS,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getWindows: getWindows,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getInner: getInner,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getWxWork: getWxWork,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getMpApp: getMpApp,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cpVersion: cpVersion,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eqVersion: eqVersion,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gtVersion: gtVersion,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ltVersion: ltVersion,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getPlatform: getPlatform,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getVersionNumber: getVersionNumber,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isWp: is_wp,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isIOS: is_ios,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isAndroid: is_android,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isHarmony: is_harmony,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isHarmonyWechat: is_harmony &amp;&amp; is_wechat &amp;&amp; cpVersion('1.0.0', 1, true),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isInMiniProgram: is_in_miniProgram,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isWechat: is_wechat,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isMac: is_mac,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isWindows: is_windows,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isLinux: is_linux,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isMacWechat: is_mac_wechat,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isWindowsWechat: is_windows_wechat,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isWxWork: is_wx_work,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isOnlyWechat: is_wechat &amp;&amp; !is_wx_work,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isMpapp: is_mpapp,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isIPad: is_ipad,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isGooglePlay: is_google_play,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isPrefetch: is_prefetch,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isDonutAPP: is_donut_app,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compareHexVersion: compareHexVersion$1,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isPcWechat: is_windows_wechat || is_mac_wechat,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xwebVersion: xweb_version,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isUnifiedPcWechat: is_unified_pc_wechat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_typeof(obj)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"@babel/helpers - typeof";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_typeof = "function" == typeof Symbol &amp;&amp; "symbol" == typeof Symbol.iterator ? function (obj)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typeof obj;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: function (obj)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obj &amp;&amp; "function" == typeof Symbol &amp;&amp; obj.constructor === Symbol &amp;&amp; obj !== Symbol.prototype ? "symbol" : typeof obj;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}, _typeof(obj);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asyncGeneratorStep(gen, resolve, reject, _next, _throw, key, arg)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try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info = gen[key](arg);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value = info.value;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catch (error)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reject(error);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(info.done)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resolve(value);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else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Promise.resolve(value).then(_next, _throw);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_asyncToGenerator(fn)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self = this,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args = arguments;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new Promise(function (resolve, reject)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gen = fn.apply(self, args);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_next(value)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asyncGeneratorStep(gen, resolve, reject, _next, _throw, "next", value);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_throw(err)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asyncGeneratorStep(gen, resolve, reject, _next, _throw, "throw", err);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_next(undefined);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initJsBridge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(!window.JSAPIEventCallbackMap)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window.JSAPIEventCallbackMap = {};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connectWebViewJavascriptBridge(callback)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(window.WebViewMPapp || window.WebViewJavascriptBridge)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callback(window.WebViewMPapp || window.WebViewJavascriptBridge);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(window.WVJBCallbacks)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window.WVJBCallbacks.push(callback);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window.WVJBCallbacks = [callback];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(!mmVersion.isMpapp)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(!initJsBridge)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initJsBridge = tru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