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关于2026年接收推荐免试研究生复试成绩及拟录取名单的公示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本通知为2026年接收推荐免试研究生复试成绩及拟录取名单的公示。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公示对象为参加2026年推荐免试研究生复试的考生。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二、公示时间及方式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公示期自发布之日起，具体截止日期请参见原网页或相关通知。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公示名单详见原网页附件或链接。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如有异议，请在公示期内联系相关单位。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联系电话及邮箱请参见原网页或相关通知。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