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浙江大学哲学学院2025年优秀大学生夏令营通知_浙江大学研究生院 - 中国考研网</w:t>
      </w:r>
    </w:p>
    <w:p>
      <w:r>
        <w:t>浙江大学哲学学院2025年优秀大学生夏令营通知</w:t>
      </w:r>
    </w:p>
    <w:p/>
    <w:p/>
    <w:p>
      <w:r>
        <w:t>2027考研数学人工答疑班</w:t>
      </w:r>
    </w:p>
    <w:p>
      <w:r>
        <w:t>2027老夏考研英语365天带背答疑伴学营</w:t>
      </w:r>
    </w:p>
    <w:p>
      <w:r>
        <w:t>2027考研全科上岸[考研咨询]</w:t>
      </w:r>
    </w:p>
    <w:p>
      <w:r>
        <w:t>浙江大学哲学学科历史悠久，文脉流长，学科初创于20世纪三十年代的浙江文理学院和之江大学，1947年由近代著名哲学家谢幼伟主持，原国立浙江大学正式创建哲学系。经过近百年的积累与发展，学院现有一级学科博士学位授予权，并建有哲学博士后流动站。哲学学院对应哲学学科门类，下设8个二级学科：马克思主义哲学、中国哲学、外国哲学、科技哲学、伦理学、逻辑学、宗教学、休闲学(自设学科)，其中外国哲学为教育部重点培育学科，外国哲学和科学技术哲学为浙江省重点学科。</w:t>
      </w:r>
    </w:p>
    <w:p>
      <w:r>
        <w:t>学院将于2025年8月26日-8月31日举办优秀大学生夏令营，开展一系列学术活动，增进全国优秀大学生对我院的了解，促进优秀大学生之间的互动与交流。</w:t>
      </w:r>
    </w:p>
    <w:p>
      <w:r>
        <w:t>本期夏令营主题为“道的哲学：老子、赫拉克利特、巴门尼德与海德格的跨文化潜 力”，旨在通过探讨古代中国、古希腊哲学、海德格尔现象学的跨文化对话，培养学生的跨文化哲学视野，并且由此在未来能够重构中国和希腊的古典思想，重绘世界哲学地图。欢迎 对相关论域感兴趣的学生报名参加。</w:t>
      </w:r>
    </w:p>
    <w:p>
      <w:r>
        <w:t>一、申请条件</w:t>
      </w:r>
    </w:p>
    <w:p>
      <w:r>
        <w:t>1.全国高校本科三年级(2026年夏季毕业)优秀学生;</w:t>
      </w:r>
    </w:p>
    <w:p>
      <w:r>
        <w:t>2.具备良好的学术研究潜质，有志于从事学术研究工作;</w:t>
      </w:r>
    </w:p>
    <w:p>
      <w:r>
        <w:t>3.综合素质突出，学习成绩优异，本科前三年(或前5学期)总评成绩排名原则上在本专业前20%;</w:t>
      </w:r>
    </w:p>
    <w:p>
      <w:r>
        <w:t>4.身心健康，在校期间无违纪行为、未受过处分。</w:t>
      </w:r>
    </w:p>
    <w:p>
      <w:r>
        <w:t>二、申请流程</w:t>
      </w:r>
    </w:p>
    <w:p>
      <w:r>
        <w:t>1.申请流程</w:t>
      </w:r>
    </w:p>
    <w:p>
      <w:r>
        <w:t>即日起至2025年6月15日16:30前，请申请者登录浙江大学研究生院招生网2025年浙江大学夏令营网报入口进行网上报名，链接地址：https://yjsy.zju.edu.cn/grsinfo/zs/user/login</w:t>
      </w:r>
    </w:p>
    <w:p>
      <w:r>
        <w:t>(1)请按系统要求填写报名信息，先上传成绩单后提交，生成《浙江大学2025年夏令营申请表》(不上传成绩单无法提交并生成申请表)，下载并打印申请表，由教务处或院系在申请表上“年级总人数”、“总评成绩预计排名”处签字盖章，由学生本人签名，保证提交的申请表和其它全部申请材料的真实性和准确性。</w:t>
      </w:r>
    </w:p>
    <w:p>
      <w:r>
        <w:t>(2)请将以下①到 ⑦材料扫描后按顺序合并成一个PDF文档上传到报名系统中上传成绩单的位置，覆盖原有已上传的成绩单，同时务必在上传照片的地方按要求上传个人电子证件照。需提交材料清单如下：</w:t>
      </w:r>
    </w:p>
    <w:p>
      <w:r>
        <w:t>①《浙江大学2025年夏令营申请表》1份;</w:t>
      </w:r>
    </w:p>
    <w:p>
      <w:r>
        <w:t>②个人身份证(正反面)复印件一份;</w:t>
      </w:r>
    </w:p>
    <w:p>
      <w:r>
        <w:t>③本科成绩单1份(须加盖学校教务处或院系公章);</w:t>
      </w:r>
    </w:p>
    <w:p>
      <w:r>
        <w:t>④成绩排名(须加盖学校教务处或院系公章);</w:t>
      </w:r>
    </w:p>
    <w:p>
      <w:r>
        <w:t>⑤外语水平证明的复印件，如CET四级、CET六级、雅思、托福、专业外语成绩等;</w:t>
      </w:r>
    </w:p>
    <w:p>
      <w:r>
        <w:t>⑥有关获奖证书和学术科研成果，如发表论文、出版物或其他原创性工作的复印件;</w:t>
      </w:r>
    </w:p>
    <w:p>
      <w:r>
        <w:t>⑦个人陈述1份(格式不限)，含对申请学科专业的认识、拟定研究计划，2000字左右;</w:t>
      </w:r>
    </w:p>
    <w:p>
      <w:r>
        <w:t>⑧专家推荐信2封。申请人可选择提供由2位具有副高级及以上职称专家所撰写的推荐信作为辅助申请材料(非必要材料)。推荐信无需扫描上传报名系统，现场报到时带来即可。</w:t>
      </w:r>
    </w:p>
    <w:p>
      <w:r>
        <w:t>以上所有材料均应真实有效，若发现申请人弄虚作假，学院有权取消其申请资格。</w:t>
      </w:r>
    </w:p>
    <w:p>
      <w:r>
        <w:t>2.资格审核</w:t>
      </w:r>
    </w:p>
    <w:p>
      <w:r>
        <w:t>我院将根据申请者提交的材料，以教育背景、学业水平、科研能力、综合素质等为主要评价依据，对申请者进行入围资格评审，并于6月30日前在申请系统中公布结果(系统中审核结果显示为“同意参加”)，未显示“同意参加”的皆为未入选者，不再另行通知。</w:t>
      </w:r>
    </w:p>
    <w:p>
      <w:r>
        <w:t>后续会组建入围学生钉钉联络群，群内会发布夏令营报到注意事项以及活动详细安排。</w:t>
      </w:r>
    </w:p>
    <w:p>
      <w:r>
        <w:t>3.纸质材料递交</w:t>
      </w:r>
    </w:p>
    <w:p>
      <w:r>
        <w:t>获得入营资格的申请人，于报道日携带以上所有材料(完整纸质版)按顺序装订好交到报到处。</w:t>
      </w:r>
    </w:p>
    <w:p>
      <w:r>
        <w:t>三、日程安排</w:t>
      </w:r>
    </w:p>
    <w:p>
      <w:r>
        <w:t>日期</w:t>
      </w:r>
    </w:p>
    <w:p>
      <w:r>
        <w:t>时间</w:t>
      </w:r>
    </w:p>
    <w:p>
      <w:r>
        <w:t>主要内容</w:t>
      </w:r>
    </w:p>
    <w:p>
      <w:r>
        <w:t>8.26</w:t>
      </w:r>
    </w:p>
    <w:p>
      <w:r>
        <w:t>全天</w:t>
      </w:r>
    </w:p>
    <w:p>
      <w:r>
        <w:t>营员报到</w:t>
      </w:r>
    </w:p>
    <w:p>
      <w:r>
        <w:t>8.27</w:t>
      </w:r>
    </w:p>
    <w:p>
      <w:r>
        <w:t>8：30-9：00</w:t>
      </w:r>
    </w:p>
    <w:p>
      <w:r>
        <w:t>开营仪式、合影</w:t>
      </w:r>
    </w:p>
    <w:p>
      <w:r>
        <w:t>9：00-11：00</w:t>
      </w:r>
    </w:p>
    <w:p>
      <w:r>
        <w:t>讲座：巴门尼德之道以及海德格尔对巴门尼德的接受</w:t>
      </w:r>
    </w:p>
    <w:p>
      <w:r>
        <w:t>11：00-12：00</w:t>
      </w:r>
    </w:p>
    <w:p>
      <w:r>
        <w:t>课后讨论</w:t>
      </w:r>
    </w:p>
    <w:p>
      <w:r>
        <w:t>14：30-17：00</w:t>
      </w:r>
    </w:p>
    <w:p>
      <w:r>
        <w:t>文本阅读，学生报告</w:t>
      </w:r>
    </w:p>
    <w:p>
      <w:r>
        <w:t>19:00-21:00</w:t>
      </w:r>
    </w:p>
    <w:p>
      <w:r>
        <w:t>学术报告</w:t>
      </w:r>
    </w:p>
    <w:p>
      <w:r>
        <w:t>8.28</w:t>
      </w:r>
    </w:p>
    <w:p>
      <w:r>
        <w:t>9：00-11：00</w:t>
      </w:r>
    </w:p>
    <w:p>
      <w:r>
        <w:t>讲座：论存在的发生性特征：巴门尼德关于道路的诗歌及其间文化意涵</w:t>
      </w:r>
    </w:p>
    <w:p>
      <w:r>
        <w:t>11：00-12：00</w:t>
      </w:r>
    </w:p>
    <w:p>
      <w:r>
        <w:t>课后讨论</w:t>
      </w:r>
    </w:p>
    <w:p>
      <w:r>
        <w:t>14：30-17：00</w:t>
      </w:r>
    </w:p>
    <w:p>
      <w:r>
        <w:t>文本阅读，学生报告</w:t>
      </w:r>
    </w:p>
    <w:p>
      <w:r>
        <w:t>19: 00-21: 00</w:t>
      </w:r>
    </w:p>
    <w:p>
      <w:r>
        <w:t>学术报告</w:t>
      </w:r>
    </w:p>
    <w:p>
      <w:r>
        <w:t>8.29</w:t>
      </w:r>
    </w:p>
    <w:p>
      <w:r>
        <w:t>9：00-11：00</w:t>
      </w:r>
    </w:p>
    <w:p>
      <w:r>
        <w:t>讲座：道与存在：通过老子阅读巴门尼德和赫拉克利特</w:t>
      </w:r>
    </w:p>
    <w:p>
      <w:r>
        <w:t>11：00-12：00</w:t>
      </w:r>
    </w:p>
    <w:p>
      <w:r>
        <w:t>课后讨论</w:t>
      </w:r>
    </w:p>
    <w:p>
      <w:r>
        <w:t>14：30-17：00</w:t>
      </w:r>
    </w:p>
    <w:p>
      <w:r>
        <w:t>文本阅读，学生报告</w:t>
      </w:r>
    </w:p>
    <w:p>
      <w:r>
        <w:t>19: 00-21: 00</w:t>
      </w:r>
    </w:p>
    <w:p>
      <w:r>
        <w:t>学术报告</w:t>
      </w:r>
    </w:p>
    <w:p>
      <w:r>
        <w:t>8.30</w:t>
      </w:r>
    </w:p>
    <w:p>
      <w:r>
        <w:t>9：00-11：00</w:t>
      </w:r>
    </w:p>
    <w:p>
      <w:r>
        <w:t>讲座：从纷争到爱：海德格尔对赫拉克利特的阐释</w:t>
      </w:r>
    </w:p>
    <w:p>
      <w:r>
        <w:t>11：00-12：00</w:t>
      </w:r>
    </w:p>
    <w:p>
      <w:r>
        <w:t>课后讨论</w:t>
      </w:r>
    </w:p>
    <w:p>
      <w:r>
        <w:t>14: 30-19: 00</w:t>
      </w:r>
    </w:p>
    <w:p>
      <w:r>
        <w:t>实地考察学习</w:t>
      </w:r>
    </w:p>
    <w:p>
      <w:r>
        <w:t>8.31</w:t>
      </w:r>
    </w:p>
    <w:p>
      <w:r>
        <w:t>9：00-11：00</w:t>
      </w:r>
    </w:p>
    <w:p>
      <w:r>
        <w:t>讲座：三条道路交叠之处：乔戈斯·塞弗里斯对《道德经》的诗化改造</w:t>
      </w:r>
    </w:p>
    <w:p>
      <w:r>
        <w:t>11：00-12：00</w:t>
      </w:r>
    </w:p>
    <w:p>
      <w:r>
        <w:t>课后讨论</w:t>
      </w:r>
    </w:p>
    <w:p>
      <w:r>
        <w:t>14：30-15：30</w:t>
      </w:r>
    </w:p>
    <w:p>
      <w:r>
        <w:t>营员面谈交流、结营</w:t>
      </w:r>
    </w:p>
    <w:p>
      <w:r>
        <w:t>四、费用说明</w:t>
      </w:r>
    </w:p>
    <w:p>
      <w:r>
        <w:t>(1)本次夏令营线下开展，不收任何培训或授课费用;</w:t>
      </w:r>
    </w:p>
    <w:p>
      <w:r>
        <w:t>(2)主办方承担课程期间的食宿费用;</w:t>
      </w:r>
    </w:p>
    <w:p>
      <w:r>
        <w:t>(3)旅费自理。</w:t>
      </w:r>
    </w:p>
    <w:p>
      <w:r>
        <w:t>五、咨询方式</w:t>
      </w:r>
    </w:p>
    <w:p>
      <w:r>
        <w:t>学院研究生科电话：0571-87071295，联系人：胡老师</w:t>
      </w:r>
    </w:p>
    <w:p>
      <w:r>
        <w:t>邮箱：syncb@zju.edu.cn</w:t>
      </w:r>
    </w:p>
    <w:p>
      <w:r>
        <w:t>夏令营报名模块操作手册.docx</w:t>
      </w:r>
    </w:p>
    <w:p>
      <w:r>
        <w:t>浙江大学哲学学院网站：http://www.philosophy.zju.edu.cn/</w:t>
      </w:r>
    </w:p>
    <w:p>
      <w:r>
        <w:t>教工名录：http://www.philosophy.zju.edu.cn/jgml/list.htm</w:t>
      </w:r>
    </w:p>
    <w:p>
      <w:r>
        <w:t>浙江大学哲学学院</w:t>
      </w:r>
    </w:p>
    <w:p>
      <w:r>
        <w:t>2025年5月28 日</w:t>
      </w:r>
    </w:p>
    <w:p>
      <w:r>
        <w:t>相关资讯</w:t>
      </w:r>
    </w:p>
    <w:p>
      <w:r>
        <w:t>2026年浙江大学各学科考研分数线</w:t>
      </w:r>
    </w:p>
    <w:p>
      <w:r>
        <w:t>2026年浙江大学工业工程与管理考研分数线：250分</w:t>
      </w:r>
    </w:p>
    <w:p>
      <w:r>
        <w:t>2026年浙江大学工程管理考研分数线：170分</w:t>
      </w:r>
    </w:p>
    <w:p>
      <w:r>
        <w:t>2026年浙江大学会计考研分数线：260分</w:t>
      </w:r>
    </w:p>
    <w:p>
      <w:r>
        <w:t>2026年浙江大学公共管理考研分数线：185分</w:t>
      </w:r>
    </w:p>
    <w:p>
      <w:r>
        <w:t>热门网课</w:t>
      </w:r>
    </w:p>
    <w:p>
      <w:r>
        <w:t>2027考研政治全程班 1班</w:t>
      </w:r>
    </w:p>
    <w:p>
      <w:r>
        <w:t>课时：232</w:t>
      </w:r>
    </w:p>
    <w:p>
      <w:r>
        <w:t>限时优惠：￥1190</w:t>
      </w:r>
    </w:p>
    <w:p>
      <w:r>
        <w:t>免费试听</w:t>
      </w:r>
    </w:p>
    <w:p>
      <w:r>
        <w:t>2027考研英语全程班 1班</w:t>
      </w:r>
    </w:p>
    <w:p>
      <w:r>
        <w:t>课时：383</w:t>
      </w:r>
    </w:p>
    <w:p>
      <w:r>
        <w:t>限时优惠：￥1190</w:t>
      </w:r>
    </w:p>
    <w:p>
      <w:r>
        <w:t>免费试听</w:t>
      </w:r>
    </w:p>
    <w:p>
      <w:r>
        <w:t>2027考研数学全程班 1班</w:t>
      </w:r>
    </w:p>
    <w:p>
      <w:r>
        <w:t>课时：350</w:t>
      </w:r>
    </w:p>
    <w:p>
      <w:r>
        <w:t>限时优惠：￥1290</w:t>
      </w:r>
    </w:p>
    <w:p>
      <w:r>
        <w:t>免费试听</w:t>
      </w:r>
    </w:p>
    <w:p>
      <w:r>
        <w:t>2027考研英语直通车 6期</w:t>
      </w:r>
    </w:p>
    <w:p>
      <w:r>
        <w:t>课时：457</w:t>
      </w:r>
    </w:p>
    <w:p>
      <w:r>
        <w:t>限时优惠：￥7690</w:t>
      </w:r>
    </w:p>
    <w:p>
      <w:r>
        <w:t>免费试听</w:t>
      </w:r>
    </w:p>
    <w:p>
      <w:r>
        <w:t>最新资讯</w:t>
      </w:r>
    </w:p>
    <w:p>
      <w:r>
        <w:t>宁夏师范大学（6405）报考点2026年考研网上确认通告</w:t>
      </w:r>
    </w:p>
    <w:p>
      <w:r>
        <w:t>宁夏医科大学2026年接收推免生通知（第二批次）</w:t>
      </w:r>
    </w:p>
    <w:p>
      <w:r>
        <w:t>北京科技大学钢铁共性技术协同创新中心2026年硕士研究生调剂工..</w:t>
      </w:r>
    </w:p>
    <w:p>
      <w:r>
        <w:t>北京科技大学钢铁共性技术协同创新中心2026年硕士研究生一志愿..</w:t>
      </w:r>
    </w:p>
    <w:p>
      <w:r>
        <w:t>北京科技大学钢铁共性技术协同创新中心2026年硕士研究生招生复..</w:t>
      </w:r>
    </w:p>
    <w:p>
      <w:r>
        <w:t>信息目录</w:t>
      </w:r>
    </w:p>
    <w:p>
      <w:r>
        <w:t>考研招生简章</w:t>
      </w:r>
    </w:p>
    <w:p>
      <w:r>
        <w:t>考研专业目录</w:t>
      </w:r>
    </w:p>
    <w:p>
      <w:r>
        <w:t>考研参考书目</w:t>
      </w:r>
    </w:p>
    <w:p>
      <w:r>
        <w:t>考研考试大纲</w:t>
      </w:r>
    </w:p>
    <w:p>
      <w:r>
        <w:t>考研真题下载</w:t>
      </w:r>
    </w:p>
    <w:p>
      <w:r>
        <w:t>考研成绩查询</w:t>
      </w:r>
    </w:p>
    <w:p>
      <w:r>
        <w:t>考研调剂信息</w:t>
      </w:r>
    </w:p>
    <w:p>
      <w:r>
        <w:t>考研分数线</w:t>
      </w:r>
    </w:p>
    <w:p>
      <w:r>
        <w:t>考研复试信息</w:t>
      </w:r>
    </w:p>
    <w:p>
      <w:r>
        <w:t>考研报考录取</w:t>
      </w:r>
    </w:p>
    <w:p>
      <w:r>
        <w:t>研招办答疑</w:t>
      </w:r>
    </w:p>
    <w:p>
      <w:r>
        <w:t>研究生学费</w:t>
      </w:r>
    </w:p>
    <w:p>
      <w:r>
        <w:t>考研复习资料</w:t>
      </w:r>
    </w:p>
    <w:p>
      <w:r>
        <w:t>研招办电话</w:t>
      </w:r>
    </w:p>
    <w:p>
      <w:r>
        <w:t>导师介绍</w:t>
      </w:r>
    </w:p>
    <w:p>
      <w:r>
        <w:t>网络课程</w:t>
      </w:r>
    </w:p>
    <w:p>
      <w:r>
        <w:t>2027/2028考研全程班 最新网课</w:t>
      </w:r>
    </w:p>
    <w:p>
      <w:r>
        <w:t>政治、英语、数学、专业课都可试听</w:t>
      </w:r>
    </w:p>
    <w:p>
      <w:r>
        <w:t>2027/2028考研公共课 免费领取</w:t>
      </w:r>
    </w:p>
    <w:p>
      <w:r>
        <w:t>免费领课，全年享不停</w:t>
      </w:r>
    </w:p>
    <w:p>
      <w:r>
        <w:t>2027考研英语全程班 1班</w:t>
      </w:r>
    </w:p>
    <w:p>
      <w:r>
        <w:t>2027考研政治全程班 1班</w:t>
      </w:r>
    </w:p>
    <w:p>
      <w:r>
        <w:t>2027考研数学全程班 1班</w:t>
      </w:r>
    </w:p>
    <w:p>
      <w:r>
        <w:t>2027考研英语直通车 1期</w:t>
      </w:r>
    </w:p>
    <w:p>
      <w:r>
        <w:t>2027考研政治直通车 1期</w:t>
      </w:r>
    </w:p>
    <w:p>
      <w:r>
        <w:t>2027考研数学直通车 1期</w:t>
      </w:r>
    </w:p>
    <w:p>
      <w:r>
        <w:t>2027考研直通车【政治+英语】</w:t>
      </w:r>
    </w:p>
    <w:p>
      <w:r>
        <w:t>2028考研网课/英语/数学/正式早鸟班</w:t>
      </w:r>
    </w:p>
    <w:p>
      <w:r>
        <w:t>考研资料</w:t>
      </w:r>
    </w:p>
    <w:p>
      <w:r>
        <w:t>考研网课</w:t>
      </w:r>
    </w:p>
    <w:p>
      <w:r>
        <w:t>省市考研网</w:t>
      </w:r>
    </w:p>
    <w:p>
      <w:r>
        <w:t>北京</w:t>
      </w:r>
    </w:p>
    <w:p>
      <w:r>
        <w:t>天津</w:t>
      </w:r>
    </w:p>
    <w:p>
      <w:r>
        <w:t>河北</w:t>
      </w:r>
    </w:p>
    <w:p>
      <w:r>
        <w:t>山西</w:t>
      </w:r>
    </w:p>
    <w:p>
      <w:r>
        <w:t>辽宁</w:t>
      </w:r>
    </w:p>
    <w:p>
      <w:r>
        <w:t>吉林</w:t>
      </w:r>
    </w:p>
    <w:p>
      <w:r>
        <w:t>上海</w:t>
      </w:r>
    </w:p>
    <w:p>
      <w:r>
        <w:t>江苏</w:t>
      </w:r>
    </w:p>
    <w:p>
      <w:r>
        <w:t>浙江</w:t>
      </w:r>
    </w:p>
    <w:p>
      <w:r>
        <w:t>安徽</w:t>
      </w:r>
    </w:p>
    <w:p>
      <w:r>
        <w:t>福建</w:t>
      </w:r>
    </w:p>
    <w:p>
      <w:r>
        <w:t>江西</w:t>
      </w:r>
    </w:p>
    <w:p>
      <w:r>
        <w:t>山东</w:t>
      </w:r>
    </w:p>
    <w:p>
      <w:r>
        <w:t>河南</w:t>
      </w:r>
    </w:p>
    <w:p>
      <w:r>
        <w:t>湖北</w:t>
      </w:r>
    </w:p>
    <w:p>
      <w:r>
        <w:t>湖南</w:t>
      </w:r>
    </w:p>
    <w:p>
      <w:r>
        <w:t>广东</w:t>
      </w:r>
    </w:p>
    <w:p>
      <w:r>
        <w:t>广西</w:t>
      </w:r>
    </w:p>
    <w:p>
      <w:r>
        <w:t>海南</w:t>
      </w:r>
    </w:p>
    <w:p>
      <w:r>
        <w:t>重庆</w:t>
      </w:r>
    </w:p>
    <w:p>
      <w:r>
        <w:t>四川</w:t>
      </w:r>
    </w:p>
    <w:p>
      <w:r>
        <w:t>贵州</w:t>
      </w:r>
    </w:p>
    <w:p>
      <w:r>
        <w:t>云南</w:t>
      </w:r>
    </w:p>
    <w:p>
      <w:r>
        <w:t>西藏</w:t>
      </w:r>
    </w:p>
    <w:p>
      <w:r>
        <w:t>陕西</w:t>
      </w:r>
    </w:p>
    <w:p>
      <w:r>
        <w:t>甘肃</w:t>
      </w:r>
    </w:p>
    <w:p>
      <w:r>
        <w:t>青海</w:t>
      </w:r>
    </w:p>
    <w:p>
      <w:r>
        <w:t>宁夏</w:t>
      </w:r>
    </w:p>
    <w:p>
      <w:r>
        <w:t>新疆</w:t>
      </w:r>
    </w:p>
    <w:p>
      <w:r>
        <w:t>内蒙古</w:t>
      </w:r>
    </w:p>
    <w:p>
      <w:r>
        <w:t>黑龙江</w:t>
      </w:r>
    </w:p>
    <w:p>
      <w:r>
        <w:t>中国考研网</w:t>
      </w:r>
    </w:p>
    <w:p>
      <w:r>
        <w:t>研招网</w:t>
      </w:r>
    </w:p>
    <w:p>
      <w:r>
        <w:t>考研真题</w:t>
      </w:r>
    </w:p>
    <w:p>
      <w:r>
        <w:t>考研成绩</w:t>
      </w:r>
    </w:p>
    <w:p>
      <w:r>
        <w:t>考研国家线</w:t>
      </w:r>
    </w:p>
    <w:p>
      <w:r>
        <w:t>招生简章</w:t>
      </w:r>
    </w:p>
    <w:p>
      <w:r>
        <w:t>推荐免试</w:t>
      </w:r>
    </w:p>
    <w:p>
      <w:r>
        <w:t>高考网</w:t>
      </w:r>
    </w:p>
    <w:p>
      <w:r>
        <w:t>院校专业</w:t>
      </w:r>
    </w:p>
    <w:p>
      <w:r>
        <w:t>招生单位</w:t>
      </w:r>
    </w:p>
    <w:p>
      <w:r>
        <w:t>211大学名单</w:t>
      </w:r>
    </w:p>
    <w:p>
      <w:r>
        <w:t>985大学名单</w:t>
      </w:r>
    </w:p>
    <w:p>
      <w:r>
        <w:t>自划线院校</w:t>
      </w:r>
    </w:p>
    <w:p>
      <w:r>
        <w:t>专业导航</w:t>
      </w:r>
    </w:p>
    <w:p>
      <w:r>
        <w:t>考研调剂</w:t>
      </w:r>
    </w:p>
    <w:p>
      <w:r>
        <w:t>调剂信息网</w:t>
      </w:r>
    </w:p>
    <w:p>
      <w:r>
        <w:t>发布调剂</w:t>
      </w:r>
    </w:p>
    <w:p>
      <w:r>
        <w:t>考研调剂流程</w:t>
      </w:r>
    </w:p>
    <w:p>
      <w:r>
        <w:t>考研论坛</w:t>
      </w:r>
    </w:p>
    <w:p>
      <w:r>
        <w:t>跨专业考研</w:t>
      </w:r>
    </w:p>
    <w:p>
      <w:r>
        <w:t>考研调剂</w:t>
      </w:r>
    </w:p>
    <w:p>
      <w:r>
        <w:t>考研复试</w:t>
      </w:r>
    </w:p>
    <w:p>
      <w:r>
        <w:t>厦门大学</w:t>
      </w:r>
    </w:p>
    <w:p>
      <w:r>
        <w:t>考研问答</w:t>
      </w:r>
    </w:p>
    <w:p>
      <w:r>
        <w:t>跨校跨专业</w:t>
      </w:r>
    </w:p>
    <w:p>
      <w:r>
        <w:t>考场应考</w:t>
      </w:r>
    </w:p>
    <w:p>
      <w:r>
        <w:t>考试科目</w:t>
      </w:r>
    </w:p>
    <w:p>
      <w:r>
        <w:t>考研分数线</w:t>
      </w:r>
    </w:p>
    <w:p>
      <w:r>
        <w:t>报录比</w:t>
      </w:r>
    </w:p>
    <w:p>
      <w:r>
        <w:t>考研辅导班</w:t>
      </w:r>
    </w:p>
    <w:p>
      <w:r>
        <w:t>考研公共课</w:t>
      </w:r>
    </w:p>
    <w:p>
      <w:r>
        <w:t>统考专业课</w:t>
      </w:r>
    </w:p>
    <w:p>
      <w:r>
        <w:t>院校专业课</w:t>
      </w:r>
    </w:p>
    <w:p>
      <w:r>
        <w:t>专业硕士</w:t>
      </w:r>
    </w:p>
    <w:p>
      <w:r>
        <w:t>英语四六级</w:t>
      </w:r>
    </w:p>
    <w:p>
      <w:r>
        <w:t>出国留学</w:t>
      </w:r>
    </w:p>
    <w:p>
      <w:r>
        <w:t>试卷资料</w:t>
      </w:r>
    </w:p>
    <w:p>
      <w:r>
        <w:t>考研真题</w:t>
      </w:r>
    </w:p>
    <w:p>
      <w:r>
        <w:t>笔记资料</w:t>
      </w:r>
    </w:p>
    <w:p>
      <w:r>
        <w:t>资讯</w:t>
      </w:r>
    </w:p>
    <w:p>
      <w:r>
        <w:t>查询</w:t>
      </w:r>
    </w:p>
    <w:p>
      <w:r>
        <w:t>×关闭</w:t>
      </w:r>
    </w:p>
    <w:p>
      <w:r>
        <w:t>扫码关注</w:t>
      </w:r>
    </w:p>
    <w:p>
      <w:r>
        <w:t>考研信息一网打尽</w:t>
      </w:r>
    </w:p>
    <w:p>
      <w:r>
        <w:t>网站介绍</w:t>
      </w:r>
    </w:p>
    <w:p>
      <w:r>
        <w:t>关于我们</w:t>
      </w:r>
    </w:p>
    <w:p>
      <w:r>
        <w:t>广告业务</w:t>
      </w:r>
    </w:p>
    <w:p>
      <w:r>
        <w:t>帮助信息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