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山东第一医科大学（山东省医学科学院）药学院（药物研究所）2025年“芳华逐梦，药启新航”优秀大学生夏令营招募通知</w:t>
      </w:r>
    </w:p>
    <w:p>
      <w:pPr>
        <w:spacing w:after="80" w:lineRule="auto" w:line="360"/>
        <w:ind w:firstLine="482"/>
        <w:jc w:val="both"/>
      </w:pPr>
      <w:r>
        <w:rPr>
          <w:rFonts w:ascii="Times New Roman" w:hAnsi="Times New Roman" w:eastAsia="宋体"/>
          <w:b w:val="0"/>
          <w:sz w:val="24"/>
        </w:rPr>
        <w:t>山东第一医科大学（山东省医学科学院）药学院（药物研究所）2025年“芳华逐梦，药启新航”优秀大学生夏令营招募通知</w:t>
      </w:r>
    </w:p>
    <w:p>
      <w:pPr>
        <w:spacing w:after="80" w:lineRule="auto" w:line="360"/>
        <w:ind w:firstLine="482"/>
        <w:jc w:val="both"/>
      </w:pPr>
      <w:r>
        <w:rPr>
          <w:rFonts w:ascii="Times New Roman" w:hAnsi="Times New Roman" w:eastAsia="宋体"/>
          <w:b w:val="0"/>
          <w:sz w:val="24"/>
        </w:rPr>
        <w:t>发布日期：2025年7月18日</w:t>
      </w:r>
    </w:p>
    <w:p>
      <w:pPr>
        <w:spacing w:before="160" w:after="80" w:lineRule="auto" w:line="360"/>
        <w:jc w:val="left"/>
      </w:pPr>
      <w:r>
        <w:rPr>
          <w:rFonts w:ascii="Times New Roman" w:hAnsi="Times New Roman" w:eastAsia="宋体"/>
          <w:b/>
          <w:sz w:val="28"/>
        </w:rPr>
        <w:t>一、学院简介</w:t>
      </w:r>
    </w:p>
    <w:p>
      <w:pPr>
        <w:spacing w:after="80" w:lineRule="auto" w:line="360"/>
        <w:ind w:firstLine="482"/>
        <w:jc w:val="both"/>
      </w:pPr>
      <w:r>
        <w:rPr>
          <w:rFonts w:ascii="Times New Roman" w:hAnsi="Times New Roman" w:eastAsia="宋体"/>
          <w:b w:val="0"/>
          <w:sz w:val="24"/>
        </w:rPr>
        <w:t>1. 药学院（药物研究所）为“院所合一”模式的科教融合学院，药理学与毒理学、化学、神经科学与行为学学科进入ESI全球排名前1%。</w:t>
      </w:r>
    </w:p>
    <w:p>
      <w:pPr>
        <w:spacing w:after="80" w:lineRule="auto" w:line="360"/>
        <w:ind w:firstLine="482"/>
        <w:jc w:val="both"/>
      </w:pPr>
      <w:r>
        <w:rPr>
          <w:rFonts w:ascii="Times New Roman" w:hAnsi="Times New Roman" w:eastAsia="宋体"/>
          <w:b w:val="0"/>
          <w:sz w:val="24"/>
        </w:rPr>
        <w:t>2. 现有在编职工119人，含国务院认定海外高层次人才1人、泰山学者特聘专家2人、山东省优青2人、泰山学者青年专家6人等。</w:t>
      </w:r>
    </w:p>
    <w:p>
      <w:pPr>
        <w:spacing w:after="80" w:lineRule="auto" w:line="360"/>
        <w:ind w:firstLine="482"/>
        <w:jc w:val="both"/>
      </w:pPr>
      <w:r>
        <w:rPr>
          <w:rFonts w:ascii="Times New Roman" w:hAnsi="Times New Roman" w:eastAsia="宋体"/>
          <w:b w:val="0"/>
          <w:sz w:val="24"/>
        </w:rPr>
        <w:t>3. 拥有先进药物递释系统全国重点实验室、国家卫健委生物技术药物重点实验室、药物安全性评价GLP实验室等十多个省级研究平台，配备800M超低温核磁共振谱仪等大型高端仪器。</w:t>
      </w:r>
    </w:p>
    <w:p>
      <w:pPr>
        <w:spacing w:after="80" w:lineRule="auto" w:line="360"/>
        <w:ind w:firstLine="482"/>
        <w:jc w:val="both"/>
      </w:pPr>
      <w:r>
        <w:rPr>
          <w:rFonts w:ascii="Times New Roman" w:hAnsi="Times New Roman" w:eastAsia="宋体"/>
          <w:b w:val="0"/>
          <w:sz w:val="24"/>
        </w:rPr>
        <w:t>4. 近5年获国家自然基金20余项，发表SCI论文300余篇，获专利授权95项，科研成果转化到位经费6000万元。</w:t>
      </w:r>
    </w:p>
    <w:p>
      <w:pPr>
        <w:spacing w:before="160" w:after="80" w:lineRule="auto" w:line="360"/>
        <w:jc w:val="left"/>
      </w:pPr>
      <w:r>
        <w:rPr>
          <w:rFonts w:ascii="Times New Roman" w:hAnsi="Times New Roman" w:eastAsia="宋体"/>
          <w:b/>
          <w:sz w:val="28"/>
        </w:rPr>
        <w:t>二、举办时间</w:t>
      </w:r>
    </w:p>
    <w:p>
      <w:pPr>
        <w:spacing w:after="80" w:lineRule="auto" w:line="360"/>
        <w:ind w:firstLine="482"/>
        <w:jc w:val="both"/>
      </w:pPr>
      <w:r>
        <w:rPr>
          <w:rFonts w:ascii="Times New Roman" w:hAnsi="Times New Roman" w:eastAsia="宋体"/>
          <w:b w:val="0"/>
          <w:sz w:val="24"/>
        </w:rPr>
        <w:t>1. 夏令营举办时间为2025年7月18日至7月21日。</w:t>
      </w:r>
    </w:p>
    <w:p>
      <w:pPr>
        <w:spacing w:before="160" w:after="80" w:lineRule="auto" w:line="360"/>
        <w:jc w:val="left"/>
      </w:pPr>
      <w:r>
        <w:rPr>
          <w:rFonts w:ascii="Times New Roman" w:hAnsi="Times New Roman" w:eastAsia="宋体"/>
          <w:b/>
          <w:sz w:val="28"/>
        </w:rPr>
        <w:t>三、夏令营概况及日程安排</w:t>
      </w:r>
    </w:p>
    <w:p>
      <w:pPr>
        <w:spacing w:after="80" w:lineRule="auto" w:line="360"/>
        <w:ind w:firstLine="482"/>
        <w:jc w:val="both"/>
      </w:pPr>
      <w:r>
        <w:rPr>
          <w:rFonts w:ascii="Times New Roman" w:hAnsi="Times New Roman" w:eastAsia="宋体"/>
          <w:b w:val="0"/>
          <w:sz w:val="24"/>
        </w:rPr>
        <w:t>1. 活动形式为线下，在山东第一医科大学校内举办。</w:t>
      </w:r>
    </w:p>
    <w:p>
      <w:pPr>
        <w:spacing w:after="80" w:lineRule="auto" w:line="360"/>
        <w:ind w:firstLine="482"/>
        <w:jc w:val="both"/>
      </w:pPr>
      <w:r>
        <w:rPr>
          <w:rFonts w:ascii="Times New Roman" w:hAnsi="Times New Roman" w:eastAsia="宋体"/>
          <w:b w:val="0"/>
          <w:sz w:val="24"/>
        </w:rPr>
        <w:t>2. 活动内容包括学院总体介绍、学科发展近况介绍、优秀教师面对面交流、学术前沿讲座、科研平台参观，并安排学科考察及推选优秀营员。</w:t>
      </w:r>
    </w:p>
    <w:p>
      <w:pPr>
        <w:spacing w:after="80" w:lineRule="auto" w:line="360"/>
        <w:ind w:firstLine="482"/>
        <w:jc w:val="both"/>
      </w:pPr>
      <w:r>
        <w:rPr>
          <w:rFonts w:ascii="Times New Roman" w:hAnsi="Times New Roman" w:eastAsia="宋体"/>
          <w:b w:val="0"/>
          <w:sz w:val="24"/>
        </w:rPr>
        <w:t>3. 具体日程安排详见原文日程表。</w:t>
      </w:r>
    </w:p>
    <w:p>
      <w:pPr>
        <w:spacing w:before="160" w:after="80" w:lineRule="auto" w:line="360"/>
        <w:jc w:val="left"/>
      </w:pPr>
      <w:r>
        <w:rPr>
          <w:rFonts w:ascii="Times New Roman" w:hAnsi="Times New Roman" w:eastAsia="宋体"/>
          <w:b/>
          <w:sz w:val="28"/>
        </w:rPr>
        <w:t>四、营员招募</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1. 拥护中国共产党的领导，思想品德良好，遵纪守法，身心健康，对药学学科有浓厚兴趣。</w:t>
      </w:r>
    </w:p>
    <w:p>
      <w:pPr>
        <w:spacing w:after="80" w:lineRule="auto" w:line="360"/>
        <w:ind w:firstLine="482"/>
        <w:jc w:val="both"/>
      </w:pPr>
      <w:r>
        <w:rPr>
          <w:rFonts w:ascii="Times New Roman" w:hAnsi="Times New Roman" w:eastAsia="宋体"/>
          <w:b w:val="0"/>
          <w:sz w:val="24"/>
        </w:rPr>
        <w:t>2. 诚实守信，学风端正，无违反学术道德、专业伦理等行为。</w:t>
      </w:r>
    </w:p>
    <w:p>
      <w:pPr>
        <w:spacing w:after="80" w:lineRule="auto" w:line="360"/>
        <w:ind w:firstLine="482"/>
        <w:jc w:val="both"/>
      </w:pPr>
      <w:r>
        <w:rPr>
          <w:rFonts w:ascii="Times New Roman" w:hAnsi="Times New Roman" w:eastAsia="宋体"/>
          <w:b w:val="0"/>
          <w:sz w:val="24"/>
        </w:rPr>
        <w:t>3. 药学相关学科在读三年级本科生，2026年有意向报考山东第一医科大学药学院的统考或拟推免学生。</w:t>
      </w:r>
    </w:p>
    <w:p>
      <w:pPr>
        <w:spacing w:after="80" w:lineRule="auto" w:line="360"/>
        <w:ind w:firstLine="482"/>
        <w:jc w:val="both"/>
      </w:pPr>
      <w:r>
        <w:rPr>
          <w:rFonts w:ascii="Times New Roman" w:hAnsi="Times New Roman" w:eastAsia="宋体"/>
          <w:b w:val="0"/>
          <w:sz w:val="24"/>
        </w:rPr>
        <w:t>4. 研究兴趣浓厚，有较强创新意识、创新能力和专业能力。</w:t>
      </w:r>
    </w:p>
    <w:p>
      <w:pPr>
        <w:spacing w:after="80" w:lineRule="auto" w:line="360"/>
        <w:ind w:firstLine="482"/>
        <w:jc w:val="both"/>
      </w:pPr>
      <w:r>
        <w:rPr>
          <w:rFonts w:ascii="Times New Roman" w:hAnsi="Times New Roman" w:eastAsia="宋体"/>
          <w:b w:val="0"/>
          <w:sz w:val="24"/>
        </w:rPr>
        <w:t>5. 本科期间学习成绩优秀，英语达到国家四、六级考试成绩或相当水平。</w:t>
      </w:r>
    </w:p>
    <w:p>
      <w:pPr>
        <w:spacing w:after="80" w:lineRule="auto" w:line="360"/>
        <w:ind w:firstLine="482"/>
        <w:jc w:val="both"/>
      </w:pPr>
      <w:r>
        <w:rPr>
          <w:rFonts w:ascii="Times New Roman" w:hAnsi="Times New Roman" w:eastAsia="宋体"/>
          <w:b w:val="0"/>
          <w:sz w:val="24"/>
        </w:rPr>
        <w:t>（二）申请报名</w:t>
      </w:r>
    </w:p>
    <w:p>
      <w:pPr>
        <w:spacing w:after="80" w:lineRule="auto" w:line="360"/>
        <w:ind w:firstLine="482"/>
        <w:jc w:val="both"/>
      </w:pPr>
      <w:r>
        <w:rPr>
          <w:rFonts w:ascii="Times New Roman" w:hAnsi="Times New Roman" w:eastAsia="宋体"/>
          <w:b w:val="0"/>
          <w:sz w:val="24"/>
        </w:rPr>
        <w:t>1. 报名时间：2025年7月7日至2025年7月16日，逾期不予受理。</w:t>
      </w:r>
    </w:p>
    <w:p>
      <w:pPr>
        <w:spacing w:after="80" w:lineRule="auto" w:line="360"/>
        <w:ind w:firstLine="482"/>
        <w:jc w:val="both"/>
      </w:pPr>
      <w:r>
        <w:rPr>
          <w:rFonts w:ascii="Times New Roman" w:hAnsi="Times New Roman" w:eastAsia="宋体"/>
          <w:b w:val="0"/>
          <w:sz w:val="24"/>
        </w:rPr>
        <w:t>2. 报名方式：登录山东第一医科大学研究生招生信息网“报考系统”（网址：https://yjszs.sdfmu.edu.cn），选择夏令营项目注册报名并提交材料。</w:t>
      </w:r>
    </w:p>
    <w:p>
      <w:pPr>
        <w:spacing w:after="80" w:lineRule="auto" w:line="360"/>
        <w:ind w:firstLine="482"/>
        <w:jc w:val="both"/>
      </w:pPr>
      <w:r>
        <w:rPr>
          <w:rFonts w:ascii="Times New Roman" w:hAnsi="Times New Roman" w:eastAsia="宋体"/>
          <w:b w:val="0"/>
          <w:sz w:val="24"/>
        </w:rPr>
        <w:t>3. 报名材料（均需PDF格式）：</w:t>
      </w:r>
    </w:p>
    <w:p>
      <w:pPr>
        <w:spacing w:after="80" w:lineRule="auto" w:line="360"/>
        <w:ind w:firstLine="482"/>
        <w:jc w:val="both"/>
      </w:pPr>
      <w:r>
        <w:rPr>
          <w:rFonts w:ascii="Times New Roman" w:hAnsi="Times New Roman" w:eastAsia="宋体"/>
          <w:b w:val="0"/>
          <w:sz w:val="24"/>
        </w:rPr>
        <w:t>（1）夏令营申请表（需签字盖学院章）；</w:t>
      </w:r>
    </w:p>
    <w:p>
      <w:pPr>
        <w:spacing w:after="80" w:lineRule="auto" w:line="360"/>
        <w:ind w:firstLine="482"/>
        <w:jc w:val="both"/>
      </w:pPr>
      <w:r>
        <w:rPr>
          <w:rFonts w:ascii="Times New Roman" w:hAnsi="Times New Roman" w:eastAsia="宋体"/>
          <w:b w:val="0"/>
          <w:sz w:val="24"/>
        </w:rPr>
        <w:t>（2）有效身份证正反面；</w:t>
      </w:r>
    </w:p>
    <w:p>
      <w:pPr>
        <w:spacing w:after="80" w:lineRule="auto" w:line="360"/>
        <w:ind w:firstLine="482"/>
        <w:jc w:val="both"/>
      </w:pPr>
      <w:r>
        <w:rPr>
          <w:rFonts w:ascii="Times New Roman" w:hAnsi="Times New Roman" w:eastAsia="宋体"/>
          <w:b w:val="0"/>
          <w:sz w:val="24"/>
        </w:rPr>
        <w:t>（3）学生证扫描件（含注册页）；</w:t>
      </w:r>
    </w:p>
    <w:p>
      <w:pPr>
        <w:spacing w:after="80" w:lineRule="auto" w:line="360"/>
        <w:ind w:firstLine="482"/>
        <w:jc w:val="both"/>
      </w:pPr>
      <w:r>
        <w:rPr>
          <w:rFonts w:ascii="Times New Roman" w:hAnsi="Times New Roman" w:eastAsia="宋体"/>
          <w:b w:val="0"/>
          <w:sz w:val="24"/>
        </w:rPr>
        <w:t>（4）英语四、六级证书及其他英语水平证明；</w:t>
      </w:r>
    </w:p>
    <w:p>
      <w:pPr>
        <w:spacing w:after="80" w:lineRule="auto" w:line="360"/>
        <w:ind w:firstLine="482"/>
        <w:jc w:val="both"/>
      </w:pPr>
      <w:r>
        <w:rPr>
          <w:rFonts w:ascii="Times New Roman" w:hAnsi="Times New Roman" w:eastAsia="宋体"/>
          <w:b w:val="0"/>
          <w:sz w:val="24"/>
        </w:rPr>
        <w:t>（5）本科成绩单及总评成绩排名证明（教务处盖章）；</w:t>
      </w:r>
    </w:p>
    <w:p>
      <w:pPr>
        <w:spacing w:after="80" w:lineRule="auto" w:line="360"/>
        <w:ind w:firstLine="482"/>
        <w:jc w:val="both"/>
      </w:pPr>
      <w:r>
        <w:rPr>
          <w:rFonts w:ascii="Times New Roman" w:hAnsi="Times New Roman" w:eastAsia="宋体"/>
          <w:b w:val="0"/>
          <w:sz w:val="24"/>
        </w:rPr>
        <w:t>（6）个人简历及自述（1000字以内）；</w:t>
      </w:r>
    </w:p>
    <w:p>
      <w:pPr>
        <w:spacing w:after="80" w:lineRule="auto" w:line="360"/>
        <w:ind w:firstLine="482"/>
        <w:jc w:val="both"/>
      </w:pPr>
      <w:r>
        <w:rPr>
          <w:rFonts w:ascii="Times New Roman" w:hAnsi="Times New Roman" w:eastAsia="宋体"/>
          <w:b w:val="0"/>
          <w:sz w:val="24"/>
        </w:rPr>
        <w:t>（7）两封推荐信，推荐专家需具有副教授以上（或相当）职称，并提供联系方式、邮箱及院系盖章；</w:t>
      </w:r>
    </w:p>
    <w:p>
      <w:pPr>
        <w:spacing w:after="80" w:lineRule="auto" w:line="360"/>
        <w:ind w:firstLine="482"/>
        <w:jc w:val="both"/>
      </w:pPr>
      <w:r>
        <w:rPr>
          <w:rFonts w:ascii="Times New Roman" w:hAnsi="Times New Roman" w:eastAsia="宋体"/>
          <w:b w:val="0"/>
          <w:sz w:val="24"/>
        </w:rPr>
        <w:t>（8）其他附件，如奖励证明、已发表论文首页等。</w:t>
      </w:r>
    </w:p>
    <w:p>
      <w:pPr>
        <w:spacing w:before="160" w:after="80" w:lineRule="auto" w:line="360"/>
        <w:jc w:val="left"/>
      </w:pPr>
      <w:r>
        <w:rPr>
          <w:rFonts w:ascii="Times New Roman" w:hAnsi="Times New Roman" w:eastAsia="宋体"/>
          <w:b/>
          <w:sz w:val="28"/>
        </w:rPr>
        <w:t>五、遴选入营和评选优秀营员的实施细则</w:t>
      </w:r>
    </w:p>
    <w:p>
      <w:pPr>
        <w:spacing w:after="80" w:lineRule="auto" w:line="360"/>
        <w:ind w:firstLine="482"/>
        <w:jc w:val="both"/>
      </w:pPr>
      <w:r>
        <w:rPr>
          <w:rFonts w:ascii="Times New Roman" w:hAnsi="Times New Roman" w:eastAsia="宋体"/>
          <w:b w:val="0"/>
          <w:sz w:val="24"/>
        </w:rPr>
        <w:t>1. 药学院成立材料审查小组，每份申请材料至少经3位专家逐一审核，根据综合评价结果择优确定营员名单。</w:t>
      </w:r>
    </w:p>
    <w:p>
      <w:pPr>
        <w:spacing w:after="80" w:lineRule="auto" w:line="360"/>
        <w:ind w:firstLine="482"/>
        <w:jc w:val="both"/>
      </w:pPr>
      <w:r>
        <w:rPr>
          <w:rFonts w:ascii="Times New Roman" w:hAnsi="Times New Roman" w:eastAsia="宋体"/>
          <w:b w:val="0"/>
          <w:sz w:val="24"/>
        </w:rPr>
        <w:t>2. 优秀营员评选考核内容包括：</w:t>
      </w:r>
    </w:p>
    <w:p>
      <w:pPr>
        <w:spacing w:after="80" w:lineRule="auto" w:line="360"/>
        <w:ind w:firstLine="482"/>
        <w:jc w:val="both"/>
      </w:pPr>
      <w:r>
        <w:rPr>
          <w:rFonts w:ascii="Times New Roman" w:hAnsi="Times New Roman" w:eastAsia="宋体"/>
          <w:b w:val="0"/>
          <w:sz w:val="24"/>
        </w:rPr>
        <w:t>（1）面试：考核小组成员不少于5人，独立打分，考核综合知识与技能、外国语水平、思想政治素质和品德，重点考察创新意识和创新能力、科研水平及研究潜质；</w:t>
      </w:r>
    </w:p>
    <w:p>
      <w:pPr>
        <w:spacing w:after="80" w:lineRule="auto" w:line="360"/>
        <w:ind w:firstLine="482"/>
        <w:jc w:val="both"/>
      </w:pPr>
      <w:r>
        <w:rPr>
          <w:rFonts w:ascii="Times New Roman" w:hAnsi="Times New Roman" w:eastAsia="宋体"/>
          <w:b w:val="0"/>
          <w:sz w:val="24"/>
        </w:rPr>
        <w:t>（2）综合笔试：闭卷考察药学基础，含基本药学知识及专业英语测试，范围涉及药物化学、天然药物化学、药理学、药物分析学、药剂学、生药学、临床药学、微生物与生化药学等。</w:t>
      </w:r>
    </w:p>
    <w:p>
      <w:pPr>
        <w:spacing w:before="160" w:after="80" w:lineRule="auto" w:line="360"/>
        <w:jc w:val="left"/>
      </w:pPr>
      <w:r>
        <w:rPr>
          <w:rFonts w:ascii="Times New Roman" w:hAnsi="Times New Roman" w:eastAsia="宋体"/>
          <w:b/>
          <w:sz w:val="28"/>
        </w:rPr>
        <w:t>六、夏令营相关说明</w:t>
      </w:r>
    </w:p>
    <w:p>
      <w:pPr>
        <w:spacing w:after="80" w:lineRule="auto" w:line="360"/>
        <w:ind w:firstLine="482"/>
        <w:jc w:val="both"/>
      </w:pPr>
      <w:r>
        <w:rPr>
          <w:rFonts w:ascii="Times New Roman" w:hAnsi="Times New Roman" w:eastAsia="宋体"/>
          <w:b w:val="0"/>
          <w:sz w:val="24"/>
        </w:rPr>
        <w:t>1. 计划营员人数约20名，实际入营人数根据报名情况适当调整。</w:t>
      </w:r>
    </w:p>
    <w:p>
      <w:pPr>
        <w:spacing w:after="80" w:lineRule="auto" w:line="360"/>
        <w:ind w:firstLine="482"/>
        <w:jc w:val="both"/>
      </w:pPr>
      <w:r>
        <w:rPr>
          <w:rFonts w:ascii="Times New Roman" w:hAnsi="Times New Roman" w:eastAsia="宋体"/>
          <w:b w:val="0"/>
          <w:sz w:val="24"/>
        </w:rPr>
        <w:t>2. 将遴选出“优秀营员”并进行网上公示。</w:t>
      </w:r>
    </w:p>
    <w:p>
      <w:pPr>
        <w:spacing w:after="80" w:lineRule="auto" w:line="360"/>
        <w:ind w:firstLine="482"/>
        <w:jc w:val="both"/>
      </w:pPr>
      <w:r>
        <w:rPr>
          <w:rFonts w:ascii="Times New Roman" w:hAnsi="Times New Roman" w:eastAsia="宋体"/>
          <w:b w:val="0"/>
          <w:sz w:val="24"/>
        </w:rPr>
        <w:t>3. 本次夏令营不收取报名费，营员需自行订购往返车票，在营期间学院提供免费食宿；主办单位不承担参加者活动期间产生的任何法律和经济责任。</w:t>
      </w:r>
    </w:p>
    <w:p>
      <w:pPr>
        <w:spacing w:after="80" w:lineRule="auto" w:line="360"/>
        <w:ind w:firstLine="482"/>
        <w:jc w:val="both"/>
      </w:pPr>
      <w:r>
        <w:rPr>
          <w:rFonts w:ascii="Times New Roman" w:hAnsi="Times New Roman" w:eastAsia="宋体"/>
          <w:b w:val="0"/>
          <w:sz w:val="24"/>
        </w:rPr>
        <w:t>4. 学员须全程参加夏令营活动，不得擅自离团，服从管理；入营期间发生的医疗费用及因个人行为导致的意外事故由学员本人承担。</w:t>
      </w:r>
    </w:p>
    <w:p>
      <w:pPr>
        <w:spacing w:after="80" w:lineRule="auto" w:line="360"/>
        <w:ind w:firstLine="482"/>
        <w:jc w:val="both"/>
      </w:pPr>
      <w:r>
        <w:rPr>
          <w:rFonts w:ascii="Times New Roman" w:hAnsi="Times New Roman" w:eastAsia="宋体"/>
          <w:b w:val="0"/>
          <w:sz w:val="24"/>
        </w:rPr>
        <w:t>5. 学院为入选营员统一购买活动期间团体意外保险，建议营员自购旅途意外保险。</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申请人须保证申请信息及材料的真实性和准确性，弄虚作假或违反学术道德等行为一经查实即取消申请资格。</w:t>
      </w:r>
    </w:p>
    <w:p>
      <w:pPr>
        <w:spacing w:after="80" w:lineRule="auto" w:line="360"/>
        <w:ind w:firstLine="482"/>
        <w:jc w:val="both"/>
      </w:pPr>
      <w:r>
        <w:rPr>
          <w:rFonts w:ascii="Times New Roman" w:hAnsi="Times New Roman" w:eastAsia="宋体"/>
          <w:b w:val="0"/>
          <w:sz w:val="24"/>
        </w:rPr>
        <w:t>2. 在线申请为报名唯一途径，提交后信息不得修改；材料不全视为自动放弃申请，所有材料恕不退还。</w:t>
      </w:r>
    </w:p>
    <w:p>
      <w:pPr>
        <w:spacing w:after="80" w:lineRule="auto" w:line="360"/>
        <w:ind w:firstLine="482"/>
        <w:jc w:val="both"/>
      </w:pPr>
      <w:r>
        <w:rPr>
          <w:rFonts w:ascii="Times New Roman" w:hAnsi="Times New Roman" w:eastAsia="宋体"/>
          <w:b w:val="0"/>
          <w:sz w:val="24"/>
        </w:rPr>
        <w:t>3. 如因不可抗力或上级政策调整导致安排变化，以学院后续发布通知为准。</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1. 关注山东第一医科大学药学院微信公众号（gh_11cbfb87cf24），同步推送相关通知。</w:t>
      </w:r>
    </w:p>
    <w:p>
      <w:pPr>
        <w:spacing w:after="80" w:lineRule="auto" w:line="360"/>
        <w:ind w:firstLine="482"/>
        <w:jc w:val="both"/>
      </w:pPr>
      <w:r>
        <w:rPr>
          <w:rFonts w:ascii="Times New Roman" w:hAnsi="Times New Roman" w:eastAsia="宋体"/>
          <w:b w:val="0"/>
          <w:sz w:val="24"/>
        </w:rPr>
        <w:t>2. 请有意申报同学申请入群，入群申请务必备注“姓名+年级+暑期夏令营”，后续通知将在群内公布。</w:t>
      </w:r>
    </w:p>
    <w:p>
      <w:pPr>
        <w:spacing w:after="80" w:lineRule="auto" w:line="360"/>
        <w:ind w:firstLine="482"/>
        <w:jc w:val="both"/>
      </w:pPr>
      <w:r>
        <w:rPr>
          <w:rFonts w:ascii="Times New Roman" w:hAnsi="Times New Roman" w:eastAsia="宋体"/>
          <w:b w:val="0"/>
          <w:sz w:val="24"/>
        </w:rPr>
        <w:t>3. 学院网站：https://sps.sdfmu.edu.cn/</w:t>
      </w:r>
    </w:p>
    <w:p>
      <w:pPr>
        <w:spacing w:after="80" w:lineRule="auto" w:line="360"/>
        <w:ind w:firstLine="482"/>
        <w:jc w:val="both"/>
      </w:pPr>
      <w:r>
        <w:rPr>
          <w:rFonts w:ascii="Times New Roman" w:hAnsi="Times New Roman" w:eastAsia="宋体"/>
          <w:b w:val="0"/>
          <w:sz w:val="24"/>
        </w:rPr>
        <w:t>4. 联系电话：0531-59567221</w:t>
      </w:r>
    </w:p>
    <w:p>
      <w:pPr>
        <w:spacing w:after="80" w:lineRule="auto" w:line="360"/>
        <w:ind w:firstLine="482"/>
        <w:jc w:val="both"/>
      </w:pPr>
      <w:r>
        <w:rPr>
          <w:rFonts w:ascii="Times New Roman" w:hAnsi="Times New Roman" w:eastAsia="宋体"/>
          <w:b w:val="0"/>
          <w:sz w:val="24"/>
        </w:rPr>
        <w:t>5. 电子邮箱：44661940@qq.com</w:t>
      </w:r>
    </w:p>
    <w:p>
      <w:pPr>
        <w:spacing w:after="80" w:lineRule="auto" w:line="360"/>
        <w:ind w:firstLine="482"/>
        <w:jc w:val="both"/>
      </w:pPr>
      <w:r>
        <w:rPr>
          <w:rFonts w:ascii="Times New Roman" w:hAnsi="Times New Roman" w:eastAsia="宋体"/>
          <w:b w:val="0"/>
          <w:sz w:val="24"/>
        </w:rPr>
        <w:t>6. QQ群：716603214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