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关于2026年学术特长生免试攻读研究生拟推荐名单公示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本通知为西北农林科技大学林学院2026年学术特长生免试攻读研究生拟推荐名单公示。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公示名单涉及学生及推荐信息详见附件，具体如下：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（1）附件1：程磊—袁晶—学术特长—林产化工2201班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（2）附件2：马锦行-李健-学术特长-林产化工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学院地址：陕西省杨凌区邰城路3号，邮编：712100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联系电话：029-87082230、029-87082216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主管领导：刘晴蕊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