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西南科大信控字〔2025〕34 号</w:t>
      </w:r>
    </w:p>
    <w:p>
      <w:pPr>
        <w:spacing w:after="80" w:lineRule="auto" w:line="360"/>
        <w:ind w:firstLine="482"/>
        <w:jc w:val="both"/>
      </w:pPr>
      <w:r>
        <w:rPr>
          <w:rFonts w:ascii="Times New Roman" w:hAnsi="Times New Roman" w:eastAsia="宋体"/>
          <w:b w:val="0"/>
          <w:sz w:val="24"/>
        </w:rPr>
        <w:t>西南科大信控字〔2025〕34 号信息与控制工程学院关于推荐2026年优秀应届本科毕业生免试攻读硕士研究生工作实施细则。根据《西南科技大学关于推荐2026年优秀应届本科毕业生免试攻读研究生工程的通知》，学院成立推免工作小组，制定本工作细则。</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一、学院推免工作组织机构</w:t>
      </w:r>
    </w:p>
    <w:p>
      <w:pPr>
        <w:spacing w:after="80" w:lineRule="auto" w:line="360"/>
        <w:ind w:firstLine="482"/>
        <w:jc w:val="both"/>
      </w:pPr>
      <w:r>
        <w:rPr>
          <w:rFonts w:ascii="Times New Roman" w:hAnsi="Times New Roman" w:eastAsia="宋体"/>
          <w:b w:val="0"/>
          <w:sz w:val="24"/>
        </w:rPr>
        <w:t>1. 推免工作小组</w:t>
      </w:r>
    </w:p>
    <w:p>
      <w:pPr>
        <w:spacing w:after="80" w:lineRule="auto" w:line="360"/>
        <w:ind w:firstLine="482"/>
        <w:jc w:val="both"/>
      </w:pPr>
      <w:r>
        <w:rPr>
          <w:rFonts w:ascii="Times New Roman" w:hAnsi="Times New Roman" w:eastAsia="宋体"/>
          <w:b w:val="0"/>
          <w:sz w:val="24"/>
        </w:rPr>
        <w:t>组长：张华、张晖</w:t>
      </w:r>
    </w:p>
    <w:p>
      <w:pPr>
        <w:spacing w:after="80" w:lineRule="auto" w:line="360"/>
        <w:ind w:firstLine="482"/>
        <w:jc w:val="both"/>
      </w:pPr>
      <w:r>
        <w:rPr>
          <w:rFonts w:ascii="Times New Roman" w:hAnsi="Times New Roman" w:eastAsia="宋体"/>
          <w:b w:val="0"/>
          <w:sz w:val="24"/>
        </w:rPr>
        <w:t>副组长：李强</w:t>
      </w:r>
    </w:p>
    <w:p>
      <w:pPr>
        <w:spacing w:after="80" w:lineRule="auto" w:line="360"/>
        <w:ind w:firstLine="482"/>
        <w:jc w:val="both"/>
      </w:pPr>
      <w:r>
        <w:rPr>
          <w:rFonts w:ascii="Times New Roman" w:hAnsi="Times New Roman" w:eastAsia="宋体"/>
          <w:b w:val="0"/>
          <w:sz w:val="24"/>
        </w:rPr>
        <w:t>成员：艾立梅、邓琥、魏东梅、张晓琴、胡莉、倪霞、汝佧</w:t>
      </w:r>
    </w:p>
    <w:p>
      <w:pPr>
        <w:spacing w:after="80" w:lineRule="auto" w:line="360"/>
        <w:ind w:firstLine="482"/>
        <w:jc w:val="both"/>
      </w:pPr>
      <w:r>
        <w:rPr>
          <w:rFonts w:ascii="Times New Roman" w:hAnsi="Times New Roman" w:eastAsia="宋体"/>
          <w:b w:val="0"/>
          <w:sz w:val="24"/>
        </w:rPr>
        <w:t>秘书：张丽</w:t>
      </w:r>
    </w:p>
    <w:p>
      <w:pPr>
        <w:spacing w:after="80" w:lineRule="auto" w:line="360"/>
        <w:ind w:firstLine="482"/>
        <w:jc w:val="both"/>
      </w:pPr>
      <w:r>
        <w:rPr>
          <w:rFonts w:ascii="Times New Roman" w:hAnsi="Times New Roman" w:eastAsia="宋体"/>
          <w:b w:val="0"/>
          <w:sz w:val="24"/>
        </w:rPr>
        <w:t>2. 推免审核小组</w:t>
      </w:r>
    </w:p>
    <w:p>
      <w:pPr>
        <w:spacing w:after="80" w:lineRule="auto" w:line="360"/>
        <w:ind w:firstLine="482"/>
        <w:jc w:val="both"/>
      </w:pPr>
      <w:r>
        <w:rPr>
          <w:rFonts w:ascii="Times New Roman" w:hAnsi="Times New Roman" w:eastAsia="宋体"/>
          <w:b w:val="0"/>
          <w:sz w:val="24"/>
        </w:rPr>
        <w:t>组长：张华</w:t>
      </w:r>
    </w:p>
    <w:p>
      <w:pPr>
        <w:spacing w:after="80" w:lineRule="auto" w:line="360"/>
        <w:ind w:firstLine="482"/>
        <w:jc w:val="both"/>
      </w:pPr>
      <w:r>
        <w:rPr>
          <w:rFonts w:ascii="Times New Roman" w:hAnsi="Times New Roman" w:eastAsia="宋体"/>
          <w:b w:val="0"/>
          <w:sz w:val="24"/>
        </w:rPr>
        <w:t>成员：武志翔、李珂、彭波、蔡强明、张静、伍春、石繁荣</w:t>
      </w:r>
    </w:p>
    <w:p>
      <w:pPr>
        <w:spacing w:before="160" w:after="80" w:lineRule="auto" w:line="360"/>
        <w:jc w:val="left"/>
      </w:pPr>
      <w:r>
        <w:rPr>
          <w:rFonts w:ascii="Times New Roman" w:hAnsi="Times New Roman" w:eastAsia="宋体"/>
          <w:b/>
          <w:sz w:val="28"/>
        </w:rPr>
        <w:t>二、推免生类型、基本条件、综合成绩及名额分配</w:t>
      </w:r>
    </w:p>
    <w:p>
      <w:pPr>
        <w:spacing w:after="80" w:lineRule="auto" w:line="360"/>
        <w:ind w:firstLine="482"/>
        <w:jc w:val="both"/>
      </w:pPr>
      <w:r>
        <w:rPr>
          <w:rFonts w:ascii="Times New Roman" w:hAnsi="Times New Roman" w:eastAsia="宋体"/>
          <w:b w:val="0"/>
          <w:sz w:val="24"/>
        </w:rPr>
        <w:t>（一）推免生类型</w:t>
      </w:r>
    </w:p>
    <w:p>
      <w:pPr>
        <w:spacing w:after="80" w:lineRule="auto" w:line="360"/>
        <w:ind w:firstLine="482"/>
        <w:jc w:val="both"/>
      </w:pPr>
      <w:r>
        <w:rPr>
          <w:rFonts w:ascii="Times New Roman" w:hAnsi="Times New Roman" w:eastAsia="宋体"/>
          <w:b w:val="0"/>
          <w:sz w:val="24"/>
        </w:rPr>
        <w:t>1. 普通推免生</w:t>
      </w:r>
    </w:p>
    <w:p>
      <w:pPr>
        <w:spacing w:after="80" w:lineRule="auto" w:line="360"/>
        <w:ind w:firstLine="482"/>
        <w:jc w:val="both"/>
      </w:pPr>
      <w:r>
        <w:rPr>
          <w:rFonts w:ascii="Times New Roman" w:hAnsi="Times New Roman" w:eastAsia="宋体"/>
          <w:b w:val="0"/>
          <w:sz w:val="24"/>
        </w:rPr>
        <w:t>2. 研究生支教团</w:t>
      </w:r>
    </w:p>
    <w:p>
      <w:pPr>
        <w:spacing w:after="80" w:lineRule="auto" w:line="360"/>
        <w:ind w:firstLine="482"/>
        <w:jc w:val="both"/>
      </w:pPr>
      <w:r>
        <w:rPr>
          <w:rFonts w:ascii="Times New Roman" w:hAnsi="Times New Roman" w:eastAsia="宋体"/>
          <w:b w:val="0"/>
          <w:sz w:val="24"/>
        </w:rPr>
        <w:t>注：学生只能申请一种推免类型，申请后不得更改。</w:t>
      </w:r>
    </w:p>
    <w:p>
      <w:pPr>
        <w:spacing w:after="80" w:lineRule="auto" w:line="360"/>
        <w:ind w:firstLine="482"/>
        <w:jc w:val="both"/>
      </w:pPr>
      <w:r>
        <w:rPr>
          <w:rFonts w:ascii="Times New Roman" w:hAnsi="Times New Roman" w:eastAsia="宋体"/>
          <w:b w:val="0"/>
          <w:sz w:val="24"/>
        </w:rPr>
        <w:t>（二）推免生基本条件</w:t>
      </w:r>
    </w:p>
    <w:p>
      <w:pPr>
        <w:spacing w:after="80" w:lineRule="auto" w:line="360"/>
        <w:ind w:firstLine="482"/>
        <w:jc w:val="both"/>
      </w:pPr>
      <w:r>
        <w:rPr>
          <w:rFonts w:ascii="Times New Roman" w:hAnsi="Times New Roman" w:eastAsia="宋体"/>
          <w:b w:val="0"/>
          <w:sz w:val="24"/>
        </w:rPr>
        <w:t>1. 普通推免生应符合下列条件：</w:t>
      </w:r>
    </w:p>
    <w:p>
      <w:pPr>
        <w:spacing w:after="80" w:lineRule="auto" w:line="360"/>
        <w:ind w:firstLine="482"/>
        <w:jc w:val="both"/>
      </w:pPr>
      <w:r>
        <w:rPr>
          <w:rFonts w:ascii="Times New Roman" w:hAnsi="Times New Roman" w:eastAsia="宋体"/>
          <w:b w:val="0"/>
          <w:sz w:val="24"/>
        </w:rPr>
        <w:t>（1）学校纳入国家普通本科招生计划录取的应届毕业生（不含专升本、第二学士学位），并能按时获得学士学位。</w:t>
      </w:r>
    </w:p>
    <w:p>
      <w:pPr>
        <w:spacing w:after="80" w:lineRule="auto" w:line="360"/>
        <w:ind w:firstLine="482"/>
        <w:jc w:val="both"/>
      </w:pPr>
      <w:r>
        <w:rPr>
          <w:rFonts w:ascii="Times New Roman" w:hAnsi="Times New Roman" w:eastAsia="宋体"/>
          <w:b w:val="0"/>
          <w:sz w:val="24"/>
        </w:rPr>
        <w:t>（2）坚持以德为先、能力为重、全面发展，具有高尚的爱国主义情操和集体主义精神，社会主义信念坚定，强烈社会责任感，遵纪守法，积极向上，身心健康。</w:t>
      </w:r>
    </w:p>
    <w:p>
      <w:pPr>
        <w:spacing w:after="80" w:lineRule="auto" w:line="360"/>
        <w:ind w:firstLine="482"/>
        <w:jc w:val="both"/>
      </w:pPr>
      <w:r>
        <w:rPr>
          <w:rFonts w:ascii="Times New Roman" w:hAnsi="Times New Roman" w:eastAsia="宋体"/>
          <w:b w:val="0"/>
          <w:sz w:val="24"/>
        </w:rPr>
        <w:t>（3）勤奋学习，刻苦钻研，成绩优秀，学术研究兴趣浓厚，有较强的创新意识和创新能力。</w:t>
      </w:r>
    </w:p>
    <w:p>
      <w:pPr>
        <w:spacing w:after="80" w:lineRule="auto" w:line="360"/>
        <w:ind w:firstLine="482"/>
        <w:jc w:val="both"/>
      </w:pPr>
      <w:r>
        <w:rPr>
          <w:rFonts w:ascii="Times New Roman" w:hAnsi="Times New Roman" w:eastAsia="宋体"/>
          <w:b w:val="0"/>
          <w:sz w:val="24"/>
        </w:rPr>
        <w:t>（4）诚实守信，学风端正，无学术不端行为。</w:t>
      </w:r>
    </w:p>
    <w:p>
      <w:pPr>
        <w:spacing w:after="80" w:lineRule="auto" w:line="360"/>
        <w:ind w:firstLine="482"/>
        <w:jc w:val="both"/>
      </w:pPr>
      <w:r>
        <w:rPr>
          <w:rFonts w:ascii="Times New Roman" w:hAnsi="Times New Roman" w:eastAsia="宋体"/>
          <w:b w:val="0"/>
          <w:sz w:val="24"/>
        </w:rPr>
        <w:t>（5）全国大学英语等级考试CET4统考成绩在425分及以上或小语种考试成绩在60分及以上。</w:t>
      </w:r>
    </w:p>
    <w:p>
      <w:pPr>
        <w:spacing w:after="80" w:lineRule="auto" w:line="360"/>
        <w:ind w:firstLine="482"/>
        <w:jc w:val="both"/>
      </w:pPr>
      <w:r>
        <w:rPr>
          <w:rFonts w:ascii="Times New Roman" w:hAnsi="Times New Roman" w:eastAsia="宋体"/>
          <w:b w:val="0"/>
          <w:sz w:val="24"/>
        </w:rPr>
        <w:t>（6）学生前六学期必修课第一次正考加权平均成绩专业年级排名不低于前40%（必修课第一次正考未及格课程按0绩点转换）。</w:t>
      </w:r>
    </w:p>
    <w:p>
      <w:pPr>
        <w:spacing w:after="80" w:lineRule="auto" w:line="360"/>
        <w:ind w:firstLine="482"/>
        <w:jc w:val="both"/>
      </w:pPr>
      <w:r>
        <w:rPr>
          <w:rFonts w:ascii="Times New Roman" w:hAnsi="Times New Roman" w:eastAsia="宋体"/>
          <w:b w:val="0"/>
          <w:sz w:val="24"/>
        </w:rPr>
        <w:t>（7）学生在校期间德行素质、智力素质、发展素质排名的平均数位于专业年级前40%，体育成绩均达标（60分）。由学校派出交流学习满一学年的学生，按派出前在校学习期间综合测评参与排名。</w:t>
      </w:r>
    </w:p>
    <w:p>
      <w:pPr>
        <w:spacing w:after="80" w:lineRule="auto" w:line="360"/>
        <w:ind w:firstLine="482"/>
        <w:jc w:val="both"/>
      </w:pPr>
      <w:r>
        <w:rPr>
          <w:rFonts w:ascii="Times New Roman" w:hAnsi="Times New Roman" w:eastAsia="宋体"/>
          <w:b w:val="0"/>
          <w:sz w:val="24"/>
        </w:rPr>
        <w:t>2. 参加研究生支教团项目的推免资格参照学校相关专项文件执行。</w:t>
      </w:r>
    </w:p>
    <w:p>
      <w:pPr>
        <w:spacing w:after="80" w:lineRule="auto" w:line="360"/>
        <w:ind w:firstLine="482"/>
        <w:jc w:val="both"/>
      </w:pPr>
      <w:r>
        <w:rPr>
          <w:rFonts w:ascii="Times New Roman" w:hAnsi="Times New Roman" w:eastAsia="宋体"/>
          <w:b w:val="0"/>
          <w:sz w:val="24"/>
        </w:rPr>
        <w:t>（三）推免生综合成绩</w:t>
      </w:r>
    </w:p>
    <w:p>
      <w:pPr>
        <w:spacing w:after="80" w:lineRule="auto" w:line="360"/>
        <w:ind w:firstLine="482"/>
        <w:jc w:val="both"/>
      </w:pPr>
      <w:r>
        <w:rPr>
          <w:rFonts w:ascii="Times New Roman" w:hAnsi="Times New Roman" w:eastAsia="宋体"/>
          <w:b w:val="0"/>
          <w:sz w:val="24"/>
        </w:rPr>
        <w:t>拟推免生综合得分包含两部分：</w:t>
      </w:r>
    </w:p>
    <w:p>
      <w:pPr>
        <w:spacing w:after="80" w:lineRule="auto" w:line="360"/>
        <w:ind w:firstLine="482"/>
        <w:jc w:val="both"/>
      </w:pPr>
      <w:r>
        <w:rPr>
          <w:rFonts w:ascii="Times New Roman" w:hAnsi="Times New Roman" w:eastAsia="宋体"/>
          <w:b w:val="0"/>
          <w:sz w:val="24"/>
        </w:rPr>
        <w:t>①加权平均成绩：加权平均成绩为前六学期培养方案规定的应学必修课课程第一次正考加权平均成绩，计算公式：平时成绩=（平均学分绩点－1）×10＋60；</w:t>
      </w:r>
    </w:p>
    <w:p>
      <w:pPr>
        <w:spacing w:after="80" w:lineRule="auto" w:line="360"/>
        <w:ind w:firstLine="482"/>
        <w:jc w:val="both"/>
      </w:pPr>
      <w:r>
        <w:rPr>
          <w:rFonts w:ascii="Times New Roman" w:hAnsi="Times New Roman" w:eastAsia="宋体"/>
          <w:b w:val="0"/>
          <w:sz w:val="24"/>
        </w:rPr>
        <w:t>②优先条件加分（0～5分）：含科研类和综合素质类加分，加分上限5分，超过按5分计。具体加分按学院加分细则执行（西南科技大学信息与控制工程学院推荐免试研究生优先计分方法、西南科技大学信息与控制工程学院推荐免试研究生科技(含文化、体育竞赛)获奖优先计分方法（附件）（参照《西南科技大学学生第二课堂竞赛分级目录（2021版/2023版/2024版）》文件中学生科技学术活动竞赛的参与及获奖情况，注明活动等级。（注：2021版/2023版/2024版，是指学生获奖时间在202X版分级目录发布时间之后，即以当下版本目录认定）。另外，学生在校期间参军入伍服兵役加1分；参加省级及其以上的志愿者服务（有相关单位证明，以单位证章等级认定）加1分；到国际组织实习可加1分；若有立三等及以上军功的加2分；同一类别项目不累加，总分不超过2分。</w:t>
      </w:r>
    </w:p>
    <w:p>
      <w:pPr>
        <w:spacing w:after="80" w:lineRule="auto" w:line="360"/>
        <w:ind w:firstLine="482"/>
        <w:jc w:val="both"/>
      </w:pPr>
      <w:r>
        <w:rPr>
          <w:rFonts w:ascii="Times New Roman" w:hAnsi="Times New Roman" w:eastAsia="宋体"/>
          <w:b w:val="0"/>
          <w:sz w:val="24"/>
        </w:rPr>
        <w:t>综合得分具体计算公式如下：</w:t>
      </w:r>
    </w:p>
    <w:p>
      <w:pPr>
        <w:spacing w:after="80" w:lineRule="auto" w:line="360"/>
        <w:ind w:firstLine="482"/>
        <w:jc w:val="both"/>
      </w:pPr>
      <w:r>
        <w:rPr>
          <w:rFonts w:ascii="Times New Roman" w:hAnsi="Times New Roman" w:eastAsia="宋体"/>
          <w:b w:val="0"/>
          <w:sz w:val="24"/>
        </w:rPr>
        <w:t>推免生综合成绩=加权平均成绩＋优先条件加分。</w:t>
      </w:r>
    </w:p>
    <w:p>
      <w:pPr>
        <w:spacing w:after="80" w:lineRule="auto" w:line="360"/>
        <w:ind w:firstLine="482"/>
        <w:jc w:val="both"/>
      </w:pPr>
      <w:r>
        <w:rPr>
          <w:rFonts w:ascii="Times New Roman" w:hAnsi="Times New Roman" w:eastAsia="宋体"/>
          <w:b w:val="0"/>
          <w:sz w:val="24"/>
        </w:rPr>
        <w:t>如果综合成绩相同者则依据绩点成绩排序；如果绩点成绩也相同者，则按是否通过英语六级及六级成绩排序。</w:t>
      </w:r>
    </w:p>
    <w:p>
      <w:pPr>
        <w:spacing w:after="80" w:lineRule="auto" w:line="360"/>
        <w:ind w:firstLine="482"/>
        <w:jc w:val="both"/>
      </w:pPr>
      <w:r>
        <w:rPr>
          <w:rFonts w:ascii="Times New Roman" w:hAnsi="Times New Roman" w:eastAsia="宋体"/>
          <w:b w:val="0"/>
          <w:sz w:val="24"/>
        </w:rPr>
        <w:t>③信息对抗技术专业的加分按照原专业加分政策执行。</w:t>
      </w:r>
    </w:p>
    <w:p>
      <w:pPr>
        <w:spacing w:after="80" w:lineRule="auto" w:line="360"/>
        <w:ind w:firstLine="482"/>
        <w:jc w:val="both"/>
      </w:pPr>
      <w:r>
        <w:rPr>
          <w:rFonts w:ascii="Times New Roman" w:hAnsi="Times New Roman" w:eastAsia="宋体"/>
          <w:b w:val="0"/>
          <w:sz w:val="24"/>
        </w:rPr>
        <w:t>（四）普通推免生各专业名额分配</w:t>
      </w:r>
    </w:p>
    <w:p>
      <w:pPr>
        <w:spacing w:after="80" w:lineRule="auto" w:line="360"/>
        <w:ind w:firstLine="482"/>
        <w:jc w:val="both"/>
      </w:pPr>
      <w:r>
        <w:rPr>
          <w:rFonts w:ascii="Times New Roman" w:hAnsi="Times New Roman" w:eastAsia="宋体"/>
          <w:b w:val="0"/>
          <w:sz w:val="24"/>
        </w:rPr>
        <w:t>2026年学院普通推免生总指标为66个。按照学校推免领导小组会议精神，结合学院实际情况，经学院推免工作小组研究决定对推免指标进行二次分配，具体情况如下：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专业名称</w:t>
            </w:r>
          </w:p>
        </w:tc>
        <w:tc>
          <w:tcPr>
            <w:tcW w:type="dxa" w:w="4317"/>
          </w:tcPr>
          <w:p>
            <w:pPr>
              <w:spacing w:after="20" w:before="20"/>
            </w:pPr>
            <w:r/>
            <w:r>
              <w:rPr>
                <w:rFonts w:ascii="Times New Roman" w:hAnsi="Times New Roman" w:eastAsia="宋体"/>
                <w:b/>
                <w:sz w:val="21"/>
              </w:rPr>
              <w:t>推免名额</w:t>
            </w:r>
          </w:p>
        </w:tc>
      </w:tr>
      <w:tr>
        <w:tc>
          <w:tcPr>
            <w:tcW w:type="dxa" w:w="4317"/>
          </w:tcPr>
          <w:p>
            <w:pPr>
              <w:spacing w:after="20" w:before="20"/>
            </w:pPr>
            <w:r/>
            <w:r>
              <w:rPr>
                <w:rFonts w:ascii="Times New Roman" w:hAnsi="Times New Roman" w:eastAsia="宋体"/>
                <w:b w:val="0"/>
                <w:sz w:val="21"/>
              </w:rPr>
              <w:t>自动化</w:t>
            </w:r>
          </w:p>
        </w:tc>
        <w:tc>
          <w:tcPr>
            <w:tcW w:type="dxa" w:w="4317"/>
          </w:tcPr>
          <w:p>
            <w:pPr>
              <w:spacing w:after="20" w:before="20"/>
            </w:pPr>
            <w:r/>
            <w:r>
              <w:rPr>
                <w:rFonts w:ascii="Times New Roman" w:hAnsi="Times New Roman" w:eastAsia="宋体"/>
                <w:b w:val="0"/>
                <w:sz w:val="21"/>
              </w:rPr>
              <w:t>11</w:t>
            </w:r>
          </w:p>
        </w:tc>
      </w:tr>
      <w:tr>
        <w:tc>
          <w:tcPr>
            <w:tcW w:type="dxa" w:w="4317"/>
          </w:tcPr>
          <w:p>
            <w:pPr>
              <w:spacing w:after="20" w:before="20"/>
            </w:pPr>
            <w:r/>
            <w:r>
              <w:rPr>
                <w:rFonts w:ascii="Times New Roman" w:hAnsi="Times New Roman" w:eastAsia="宋体"/>
                <w:b w:val="0"/>
                <w:sz w:val="21"/>
              </w:rPr>
              <w:t>电气工程及其自动化</w:t>
            </w:r>
          </w:p>
        </w:tc>
        <w:tc>
          <w:tcPr>
            <w:tcW w:type="dxa" w:w="4317"/>
          </w:tcPr>
          <w:p>
            <w:pPr>
              <w:spacing w:after="20" w:before="20"/>
            </w:pPr>
            <w:r/>
            <w:r>
              <w:rPr>
                <w:rFonts w:ascii="Times New Roman" w:hAnsi="Times New Roman" w:eastAsia="宋体"/>
                <w:b w:val="0"/>
                <w:sz w:val="21"/>
              </w:rPr>
              <w:t>7</w:t>
            </w:r>
          </w:p>
        </w:tc>
      </w:tr>
      <w:tr>
        <w:tc>
          <w:tcPr>
            <w:tcW w:type="dxa" w:w="4317"/>
          </w:tcPr>
          <w:p>
            <w:pPr>
              <w:spacing w:after="20" w:before="20"/>
            </w:pPr>
            <w:r/>
            <w:r>
              <w:rPr>
                <w:rFonts w:ascii="Times New Roman" w:hAnsi="Times New Roman" w:eastAsia="宋体"/>
                <w:b w:val="0"/>
                <w:sz w:val="21"/>
              </w:rPr>
              <w:t>人工智能</w:t>
            </w:r>
          </w:p>
        </w:tc>
        <w:tc>
          <w:tcPr>
            <w:tcW w:type="dxa" w:w="4317"/>
          </w:tcPr>
          <w:p>
            <w:pPr>
              <w:spacing w:after="20" w:before="20"/>
            </w:pPr>
            <w:r/>
            <w:r>
              <w:rPr>
                <w:rFonts w:ascii="Times New Roman" w:hAnsi="Times New Roman" w:eastAsia="宋体"/>
                <w:b w:val="0"/>
                <w:sz w:val="21"/>
              </w:rPr>
              <w:t>5</w:t>
            </w:r>
          </w:p>
        </w:tc>
      </w:tr>
      <w:tr>
        <w:tc>
          <w:tcPr>
            <w:tcW w:type="dxa" w:w="4317"/>
          </w:tcPr>
          <w:p>
            <w:pPr>
              <w:spacing w:after="20" w:before="20"/>
            </w:pPr>
            <w:r/>
            <w:r>
              <w:rPr>
                <w:rFonts w:ascii="Times New Roman" w:hAnsi="Times New Roman" w:eastAsia="宋体"/>
                <w:b w:val="0"/>
                <w:sz w:val="21"/>
              </w:rPr>
              <w:t>电子信息工程</w:t>
            </w:r>
          </w:p>
        </w:tc>
        <w:tc>
          <w:tcPr>
            <w:tcW w:type="dxa" w:w="4317"/>
          </w:tcPr>
          <w:p>
            <w:pPr>
              <w:spacing w:after="20" w:before="20"/>
            </w:pPr>
            <w:r/>
            <w:r>
              <w:rPr>
                <w:rFonts w:ascii="Times New Roman" w:hAnsi="Times New Roman" w:eastAsia="宋体"/>
                <w:b w:val="0"/>
                <w:sz w:val="21"/>
              </w:rPr>
              <w:t>15</w:t>
            </w:r>
          </w:p>
        </w:tc>
      </w:tr>
      <w:tr>
        <w:tc>
          <w:tcPr>
            <w:tcW w:type="dxa" w:w="4317"/>
          </w:tcPr>
          <w:p>
            <w:pPr>
              <w:spacing w:after="20" w:before="20"/>
            </w:pPr>
            <w:r/>
            <w:r>
              <w:rPr>
                <w:rFonts w:ascii="Times New Roman" w:hAnsi="Times New Roman" w:eastAsia="宋体"/>
                <w:b w:val="0"/>
                <w:sz w:val="21"/>
              </w:rPr>
              <w:t>通信工程</w:t>
            </w:r>
          </w:p>
        </w:tc>
        <w:tc>
          <w:tcPr>
            <w:tcW w:type="dxa" w:w="4317"/>
          </w:tcPr>
          <w:p>
            <w:pPr>
              <w:spacing w:after="20" w:before="20"/>
            </w:pPr>
            <w:r/>
            <w:r>
              <w:rPr>
                <w:rFonts w:ascii="Times New Roman" w:hAnsi="Times New Roman" w:eastAsia="宋体"/>
                <w:b w:val="0"/>
                <w:sz w:val="21"/>
              </w:rPr>
              <w:t>15</w:t>
            </w:r>
          </w:p>
        </w:tc>
      </w:tr>
      <w:tr>
        <w:tc>
          <w:tcPr>
            <w:tcW w:type="dxa" w:w="4317"/>
          </w:tcPr>
          <w:p>
            <w:pPr>
              <w:spacing w:after="20" w:before="20"/>
            </w:pPr>
            <w:r/>
            <w:r>
              <w:rPr>
                <w:rFonts w:ascii="Times New Roman" w:hAnsi="Times New Roman" w:eastAsia="宋体"/>
                <w:b w:val="0"/>
                <w:sz w:val="21"/>
              </w:rPr>
              <w:t>物联网工程</w:t>
            </w:r>
          </w:p>
        </w:tc>
        <w:tc>
          <w:tcPr>
            <w:tcW w:type="dxa" w:w="4317"/>
          </w:tcPr>
          <w:p>
            <w:pPr>
              <w:spacing w:after="20" w:before="20"/>
            </w:pPr>
            <w:r/>
            <w:r>
              <w:rPr>
                <w:rFonts w:ascii="Times New Roman" w:hAnsi="Times New Roman" w:eastAsia="宋体"/>
                <w:b w:val="0"/>
                <w:sz w:val="21"/>
              </w:rPr>
              <w:t>7</w:t>
            </w:r>
          </w:p>
        </w:tc>
      </w:tr>
      <w:tr>
        <w:tc>
          <w:tcPr>
            <w:tcW w:type="dxa" w:w="4317"/>
          </w:tcPr>
          <w:p>
            <w:pPr>
              <w:spacing w:after="20" w:before="20"/>
            </w:pPr>
            <w:r/>
            <w:r>
              <w:rPr>
                <w:rFonts w:ascii="Times New Roman" w:hAnsi="Times New Roman" w:eastAsia="宋体"/>
                <w:b w:val="0"/>
                <w:sz w:val="21"/>
              </w:rPr>
              <w:t>信息对抗技术</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合计</w:t>
            </w:r>
          </w:p>
        </w:tc>
        <w:tc>
          <w:tcPr>
            <w:tcW w:type="dxa" w:w="4317"/>
          </w:tcPr>
          <w:p>
            <w:pPr>
              <w:spacing w:after="20" w:before="20"/>
            </w:pPr>
            <w:r/>
            <w:r>
              <w:rPr>
                <w:rFonts w:ascii="Times New Roman" w:hAnsi="Times New Roman" w:eastAsia="宋体"/>
                <w:b w:val="0"/>
                <w:sz w:val="21"/>
              </w:rPr>
              <w:t>66</w:t>
            </w:r>
          </w:p>
        </w:tc>
      </w:tr>
    </w:tbl>
    <w:p>
      <w:pPr>
        <w:spacing w:before="160" w:after="80" w:lineRule="auto" w:line="360"/>
        <w:jc w:val="left"/>
      </w:pPr>
      <w:r>
        <w:rPr>
          <w:rFonts w:ascii="Times New Roman" w:hAnsi="Times New Roman" w:eastAsia="宋体"/>
          <w:b/>
          <w:sz w:val="28"/>
        </w:rPr>
        <w:t>三、时间安排</w:t>
      </w:r>
    </w:p>
    <w:p>
      <w:pPr>
        <w:spacing w:after="80" w:lineRule="auto" w:line="360"/>
        <w:ind w:firstLine="482"/>
        <w:jc w:val="both"/>
      </w:pPr>
      <w:r>
        <w:rPr>
          <w:rFonts w:ascii="Times New Roman" w:hAnsi="Times New Roman" w:eastAsia="宋体"/>
          <w:b w:val="0"/>
          <w:sz w:val="24"/>
        </w:rPr>
        <w:t>1. 绩点公示</w:t>
      </w:r>
    </w:p>
    <w:p>
      <w:pPr>
        <w:spacing w:after="80" w:lineRule="auto" w:line="360"/>
        <w:ind w:firstLine="482"/>
        <w:jc w:val="both"/>
      </w:pPr>
      <w:r>
        <w:rPr>
          <w:rFonts w:ascii="Times New Roman" w:hAnsi="Times New Roman" w:eastAsia="宋体"/>
          <w:b w:val="0"/>
          <w:sz w:val="24"/>
        </w:rPr>
        <w:t>依照学校通知，学院于9月8日17点前，在学院网站及学院公告栏公布各专业学生前六学期必修课正考平均学分绩点及排名。</w:t>
      </w:r>
    </w:p>
    <w:p>
      <w:pPr>
        <w:spacing w:after="80" w:lineRule="auto" w:line="360"/>
        <w:ind w:firstLine="482"/>
        <w:jc w:val="both"/>
      </w:pPr>
      <w:r>
        <w:rPr>
          <w:rFonts w:ascii="Times New Roman" w:hAnsi="Times New Roman" w:eastAsia="宋体"/>
          <w:b w:val="0"/>
          <w:sz w:val="24"/>
        </w:rPr>
        <w:t>2. 学生申请</w:t>
      </w:r>
    </w:p>
    <w:p>
      <w:pPr>
        <w:spacing w:after="80" w:lineRule="auto" w:line="360"/>
        <w:ind w:firstLine="482"/>
        <w:jc w:val="both"/>
      </w:pPr>
      <w:r>
        <w:rPr>
          <w:rFonts w:ascii="Times New Roman" w:hAnsi="Times New Roman" w:eastAsia="宋体"/>
          <w:b w:val="0"/>
          <w:sz w:val="24"/>
        </w:rPr>
        <w:t>学生在9月10日12：00前通过钉钉扫码或PC端钉钉“OA审批”应用-“信控学院推免研究生申报流程”进行网上申请，并将申请及证明的纸质材料递交到信息与控制工程学院教育教学办公室（东6B座213），规定时间未提交纸质材料的默认放弃申请。</w:t>
      </w:r>
    </w:p>
    <w:p>
      <w:pPr>
        <w:spacing w:after="80" w:lineRule="auto" w:line="360"/>
        <w:ind w:firstLine="482"/>
        <w:jc w:val="both"/>
      </w:pPr>
      <w:r>
        <w:rPr>
          <w:rFonts w:ascii="Times New Roman" w:hAnsi="Times New Roman" w:eastAsia="宋体"/>
          <w:b w:val="0"/>
          <w:sz w:val="24"/>
        </w:rPr>
        <w:t>申请普通推免生的填写《普通类推免生申请表》和《在校期间业绩简表》。</w:t>
      </w:r>
    </w:p>
    <w:p>
      <w:pPr>
        <w:spacing w:after="80" w:lineRule="auto" w:line="360"/>
        <w:ind w:firstLine="482"/>
        <w:jc w:val="both"/>
      </w:pPr>
      <w:r>
        <w:rPr>
          <w:rFonts w:ascii="Times New Roman" w:hAnsi="Times New Roman" w:eastAsia="宋体"/>
          <w:b w:val="0"/>
          <w:sz w:val="24"/>
        </w:rPr>
        <w:t>申请研究生支教团的，申请时间及要求参见《关于组建中国青年志愿者扶贫接力计划第28届研究生支教团暨西南科技大学第16届研究生支教团的通知》。</w:t>
      </w:r>
    </w:p>
    <w:p>
      <w:pPr>
        <w:spacing w:after="80" w:lineRule="auto" w:line="360"/>
        <w:ind w:firstLine="482"/>
        <w:jc w:val="both"/>
      </w:pPr>
      <w:r>
        <w:rPr>
          <w:rFonts w:ascii="Times New Roman" w:hAnsi="Times New Roman" w:eastAsia="宋体"/>
          <w:b w:val="0"/>
          <w:sz w:val="24"/>
        </w:rPr>
        <w:t>3. 拟推荐名单的确定</w:t>
      </w:r>
    </w:p>
    <w:p>
      <w:pPr>
        <w:spacing w:after="80" w:lineRule="auto" w:line="360"/>
        <w:ind w:firstLine="482"/>
        <w:jc w:val="both"/>
      </w:pPr>
      <w:r>
        <w:rPr>
          <w:rFonts w:ascii="Times New Roman" w:hAnsi="Times New Roman" w:eastAsia="宋体"/>
          <w:b w:val="0"/>
          <w:sz w:val="24"/>
        </w:rPr>
        <w:t>9月11日17:00前在本学院网站将拟推荐学生和各专业递补学生的专业、学号、姓名、加权平均成绩、优先条件加分、综合成绩、排名等信息予以公示，公示期3天。若某专业仍然有剩余指标则由学院推免工作小组决定剩余指标的再次分配。同时将拟推荐（含递补）名单以及学生成绩单发文报教务处审定。</w:t>
      </w:r>
    </w:p>
    <w:p>
      <w:pPr>
        <w:spacing w:before="160" w:after="80" w:lineRule="auto" w:line="360"/>
        <w:jc w:val="left"/>
      </w:pPr>
      <w:r>
        <w:rPr>
          <w:rFonts w:ascii="Times New Roman" w:hAnsi="Times New Roman" w:eastAsia="宋体"/>
          <w:b/>
          <w:sz w:val="28"/>
        </w:rPr>
        <w:t>四、有下列情况之一者，取消其申请推免或免试资格。</w:t>
      </w:r>
    </w:p>
    <w:p>
      <w:pPr>
        <w:spacing w:after="80" w:lineRule="auto" w:line="360"/>
        <w:ind w:firstLine="482"/>
        <w:jc w:val="both"/>
      </w:pPr>
      <w:r>
        <w:rPr>
          <w:rFonts w:ascii="Times New Roman" w:hAnsi="Times New Roman" w:eastAsia="宋体"/>
          <w:b w:val="0"/>
          <w:sz w:val="24"/>
        </w:rPr>
        <w:t>1. 受“严重警告”及以上处分的；</w:t>
      </w:r>
    </w:p>
    <w:p>
      <w:pPr>
        <w:spacing w:after="80" w:lineRule="auto" w:line="360"/>
        <w:ind w:firstLine="482"/>
        <w:jc w:val="both"/>
      </w:pPr>
      <w:r>
        <w:rPr>
          <w:rFonts w:ascii="Times New Roman" w:hAnsi="Times New Roman" w:eastAsia="宋体"/>
          <w:b w:val="0"/>
          <w:sz w:val="24"/>
        </w:rPr>
        <w:t>2. 有任何考试违纪、作弊记录者；</w:t>
      </w:r>
    </w:p>
    <w:p>
      <w:pPr>
        <w:spacing w:after="80" w:lineRule="auto" w:line="360"/>
        <w:ind w:firstLine="482"/>
        <w:jc w:val="both"/>
      </w:pPr>
      <w:r>
        <w:rPr>
          <w:rFonts w:ascii="Times New Roman" w:hAnsi="Times New Roman" w:eastAsia="宋体"/>
          <w:b w:val="0"/>
          <w:sz w:val="24"/>
        </w:rPr>
        <w:t>3. 有剽窃他人学术成果记录或其他违法违纪受处分记录者。</w:t>
      </w:r>
    </w:p>
    <w:p>
      <w:pPr>
        <w:spacing w:before="160" w:after="80" w:lineRule="auto" w:line="360"/>
        <w:jc w:val="left"/>
      </w:pPr>
      <w:r>
        <w:rPr>
          <w:rFonts w:ascii="Times New Roman" w:hAnsi="Times New Roman" w:eastAsia="宋体"/>
          <w:b/>
          <w:sz w:val="28"/>
        </w:rPr>
        <w:t>五、其他说明</w:t>
      </w:r>
    </w:p>
    <w:p>
      <w:pPr>
        <w:spacing w:after="80" w:lineRule="auto" w:line="360"/>
        <w:ind w:firstLine="482"/>
        <w:jc w:val="both"/>
      </w:pPr>
      <w:r>
        <w:rPr>
          <w:rFonts w:ascii="Times New Roman" w:hAnsi="Times New Roman" w:eastAsia="宋体"/>
          <w:b w:val="0"/>
          <w:sz w:val="24"/>
        </w:rPr>
        <w:t>1. 校级奖励以有“西南科技大学”和“中共西南科技大学委员会”颁发的为准，不计集体奖（如优良学风寝室）。</w:t>
      </w:r>
    </w:p>
    <w:p>
      <w:pPr>
        <w:spacing w:after="80" w:lineRule="auto" w:line="360"/>
        <w:ind w:firstLine="482"/>
        <w:jc w:val="both"/>
      </w:pPr>
      <w:r>
        <w:rPr>
          <w:rFonts w:ascii="Times New Roman" w:hAnsi="Times New Roman" w:eastAsia="宋体"/>
          <w:b w:val="0"/>
          <w:sz w:val="24"/>
        </w:rPr>
        <w:t>2. 对优先加分条件中的获奖证书、发表的学术论文、主持或参加科研项目等内容必须与所学学科专业领域相关，最后由学院推免工作小组认定。</w:t>
      </w:r>
    </w:p>
    <w:p>
      <w:pPr>
        <w:spacing w:after="80" w:lineRule="auto" w:line="360"/>
        <w:ind w:firstLine="482"/>
        <w:jc w:val="both"/>
      </w:pPr>
      <w:r>
        <w:rPr>
          <w:rFonts w:ascii="Times New Roman" w:hAnsi="Times New Roman" w:eastAsia="宋体"/>
          <w:b w:val="0"/>
          <w:sz w:val="24"/>
        </w:rPr>
        <w:t>3. 其他要求按照《西南科技大学推荐优秀应届本科毕业生免试攻读硕士学位研究生工作管理办法》的通知执行。</w:t>
      </w:r>
    </w:p>
    <w:p>
      <w:pPr>
        <w:spacing w:after="80" w:lineRule="auto" w:line="360"/>
        <w:ind w:firstLine="482"/>
        <w:jc w:val="both"/>
      </w:pPr>
      <w:r>
        <w:rPr>
          <w:rFonts w:ascii="Times New Roman" w:hAnsi="Times New Roman" w:eastAsia="宋体"/>
          <w:b w:val="0"/>
          <w:sz w:val="24"/>
        </w:rPr>
        <w:t>4. 教育部“推免服务系统”是推免工作统一的信息公开和备案平台，同时又是网上报考录取系统。因此，推免生资格审核确认、报考、录取以及备案等相关工作必须通过“推免服务系统”进行。备案截止后，不再进行补充备案。最终推免生名单以“推免服务系统”备案信息为准，未经推荐高校公示和“推免服务系统”备案的推免生无效。</w:t>
      </w:r>
    </w:p>
    <w:p>
      <w:pPr>
        <w:spacing w:after="80" w:lineRule="auto" w:line="360"/>
        <w:ind w:firstLine="482"/>
        <w:jc w:val="both"/>
      </w:pPr>
      <w:r>
        <w:rPr>
          <w:rFonts w:ascii="Times New Roman" w:hAnsi="Times New Roman" w:eastAsia="宋体"/>
          <w:b w:val="0"/>
          <w:sz w:val="24"/>
        </w:rPr>
        <w:t>5. 在推免生选拔工作中，相关参与人员须严格执行直系亲属参与必须回避制度。对违反规定或徇私舞弊的部门或个人，学校将严肃查处。学院主动接受学生监督，在方案制定、选拔推荐等环节要安排学生代表参加。</w:t>
      </w:r>
    </w:p>
    <w:p>
      <w:pPr>
        <w:spacing w:after="80" w:lineRule="auto" w:line="360"/>
        <w:ind w:firstLine="482"/>
        <w:jc w:val="both"/>
      </w:pPr>
      <w:r>
        <w:rPr>
          <w:rFonts w:ascii="Times New Roman" w:hAnsi="Times New Roman" w:eastAsia="宋体"/>
          <w:b w:val="0"/>
          <w:sz w:val="24"/>
        </w:rPr>
        <w:t>6. 申报推免生应慎重考虑，诚实守信，一经自主选择并被确定接收，不得提出放弃，否则学校将不诚信记录记入档案。对在申请推免生过程中弄虚作假的学生，一经查实，立即取消其申请及推免生资格。</w:t>
      </w:r>
    </w:p>
    <w:p>
      <w:pPr>
        <w:spacing w:after="80" w:lineRule="auto" w:line="360"/>
        <w:ind w:firstLine="482"/>
        <w:jc w:val="both"/>
      </w:pPr>
      <w:r>
        <w:rPr>
          <w:rFonts w:ascii="Times New Roman" w:hAnsi="Times New Roman" w:eastAsia="宋体"/>
          <w:b w:val="0"/>
          <w:sz w:val="24"/>
        </w:rPr>
        <w:t>7. 推免学生如对推荐结果有异议可依据《西南科技大学学生校内申诉管理办法（修订）》（西南科大发[2019]18号）进行申诉。</w:t>
      </w:r>
    </w:p>
    <w:p>
      <w:pPr>
        <w:spacing w:after="80" w:lineRule="auto" w:line="360"/>
        <w:ind w:firstLine="482"/>
        <w:jc w:val="both"/>
      </w:pPr>
      <w:r>
        <w:rPr>
          <w:rFonts w:ascii="Times New Roman" w:hAnsi="Times New Roman" w:eastAsia="宋体"/>
          <w:b w:val="0"/>
          <w:sz w:val="24"/>
        </w:rPr>
        <w:t>8. 学院相关部门按照本文件要求调整已开展工作中与本通知不相符的工作内容，并继续开展相关工作。</w:t>
      </w:r>
    </w:p>
    <w:p>
      <w:pPr>
        <w:spacing w:after="80" w:lineRule="auto" w:line="360"/>
        <w:ind w:firstLine="482"/>
        <w:jc w:val="both"/>
      </w:pPr>
      <w:r>
        <w:rPr>
          <w:rFonts w:ascii="Times New Roman" w:hAnsi="Times New Roman" w:eastAsia="宋体"/>
          <w:b w:val="0"/>
          <w:sz w:val="24"/>
        </w:rPr>
        <w:t>9. 本细则中未能详细说明或存在异议的情况，按学校相关文件执行。</w:t>
      </w:r>
    </w:p>
    <w:p>
      <w:pPr>
        <w:spacing w:after="80" w:lineRule="auto" w:line="360"/>
        <w:ind w:firstLine="482"/>
        <w:jc w:val="both"/>
      </w:pPr>
      <w:r>
        <w:rPr>
          <w:rFonts w:ascii="Times New Roman" w:hAnsi="Times New Roman" w:eastAsia="宋体"/>
          <w:b w:val="0"/>
          <w:sz w:val="24"/>
        </w:rPr>
        <w:t>学校推免生工作监督举报电话：0816-6089051（纪委）、0816-6089095（教务处）。</w:t>
      </w:r>
    </w:p>
    <w:p>
      <w:pPr>
        <w:spacing w:after="80" w:lineRule="auto" w:line="360"/>
        <w:ind w:firstLine="482"/>
        <w:jc w:val="both"/>
      </w:pPr>
      <w:r>
        <w:rPr>
          <w:rFonts w:ascii="Times New Roman" w:hAnsi="Times New Roman" w:eastAsia="宋体"/>
          <w:b w:val="0"/>
          <w:sz w:val="24"/>
        </w:rPr>
        <w:t>学院推免工作联系人：倪霞，电话：0816-6089329。</w:t>
      </w:r>
    </w:p>
    <w:p>
      <w:pPr>
        <w:spacing w:after="80" w:lineRule="auto" w:line="360"/>
        <w:ind w:firstLine="482"/>
        <w:jc w:val="both"/>
      </w:pPr>
      <w:r>
        <w:rPr>
          <w:rFonts w:ascii="Times New Roman" w:hAnsi="Times New Roman" w:eastAsia="宋体"/>
          <w:b w:val="0"/>
          <w:sz w:val="24"/>
        </w:rPr>
        <w:t>特此通知</w:t>
      </w:r>
    </w:p>
    <w:p>
      <w:pPr>
        <w:spacing w:after="80" w:lineRule="auto" w:line="360"/>
        <w:ind w:firstLine="482"/>
        <w:jc w:val="both"/>
      </w:pPr>
      <w:r>
        <w:rPr>
          <w:rFonts w:ascii="Times New Roman" w:hAnsi="Times New Roman" w:eastAsia="宋体"/>
          <w:b w:val="0"/>
          <w:sz w:val="24"/>
        </w:rPr>
        <w:t>附件：西南科技大学信息与控制工程学院推荐免试研究生优先计分方法</w:t>
      </w:r>
    </w:p>
    <w:p>
      <w:pPr>
        <w:spacing w:after="80" w:lineRule="auto" w:line="360"/>
        <w:ind w:firstLine="482"/>
        <w:jc w:val="both"/>
      </w:pPr>
      <w:r>
        <w:rPr>
          <w:rFonts w:ascii="Times New Roman" w:hAnsi="Times New Roman" w:eastAsia="宋体"/>
          <w:b w:val="0"/>
          <w:sz w:val="24"/>
        </w:rPr>
        <w:t>西南科技大学信息与控制工程学院</w:t>
      </w:r>
    </w:p>
    <w:p>
      <w:pPr>
        <w:spacing w:after="80" w:lineRule="auto" w:line="360"/>
        <w:ind w:firstLine="482"/>
        <w:jc w:val="both"/>
      </w:pPr>
      <w:r>
        <w:rPr>
          <w:rFonts w:ascii="Times New Roman" w:hAnsi="Times New Roman" w:eastAsia="宋体"/>
          <w:b w:val="0"/>
          <w:sz w:val="24"/>
        </w:rPr>
        <w:t>2025年9月8日</w:t>
      </w:r>
    </w:p>
    <w:p>
      <w:pPr>
        <w:spacing w:after="80" w:lineRule="auto" w:line="360"/>
        <w:ind w:firstLine="482"/>
        <w:jc w:val="both"/>
      </w:pPr>
      <w:r>
        <w:rPr>
          <w:rFonts w:ascii="Times New Roman" w:hAnsi="Times New Roman" w:eastAsia="宋体"/>
          <w:b w:val="0"/>
          <w:sz w:val="24"/>
        </w:rPr>
        <w:t>信息与控制工程学院</w:t>
      </w:r>
    </w:p>
    <w:p>
      <w:pPr>
        <w:spacing w:after="80" w:lineRule="auto" w:line="360"/>
        <w:ind w:firstLine="482"/>
        <w:jc w:val="both"/>
      </w:pPr>
      <w:r>
        <w:rPr>
          <w:rFonts w:ascii="Times New Roman" w:hAnsi="Times New Roman" w:eastAsia="宋体"/>
          <w:b w:val="0"/>
          <w:sz w:val="24"/>
        </w:rPr>
        <w:t>2025年9月8日印发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