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关于公示我校2026级研究生支教团复试名单的通知</w:t>
      </w:r>
    </w:p>
    <w:p>
      <w:pPr>
        <w:spacing w:after="80" w:lineRule="auto" w:line="360"/>
        <w:ind w:firstLine="482"/>
        <w:jc w:val="both"/>
      </w:pPr>
      <w:r>
        <w:rPr>
          <w:rFonts w:ascii="Times New Roman" w:hAnsi="Times New Roman" w:eastAsia="宋体"/>
          <w:b w:val="0"/>
          <w:sz w:val="24"/>
        </w:rPr>
        <w:t>根据团中央《关于组建第28届中国青年志愿者研究生支教团（2026—2027年度）有关工作的通知》（全国项目办发〔2025〕3号）精神和《西南财经大学推荐免试研究生管理办法》、《西南财经大学研究生支教团招募选拔办法》要求，经校团委严格选拔，本年度有20名同学取得我校第二十八届研究生中国青年志愿者支教团志愿者资格。志愿者须严格按照我校推免生接收工作通知的要求完成志愿填报和复试工作，经复试合格后获得我校拟录取资格。现将复试名单公示如下：</w:t>
      </w:r>
    </w:p>
    <w:p>
      <w:pPr>
        <w:spacing w:after="80" w:lineRule="auto" w:line="360"/>
        <w:ind w:firstLine="482"/>
        <w:jc w:val="both"/>
      </w:pPr>
      <w:r>
        <w:rPr>
          <w:rFonts w:ascii="Times New Roman" w:hAnsi="Times New Roman" w:eastAsia="宋体"/>
          <w:b w:val="0"/>
          <w:sz w:val="24"/>
        </w:rPr>
        <w:t>发布日期：2025年9月17日</w:t>
      </w:r>
    </w:p>
    <w:p>
      <w:pPr>
        <w:spacing w:before="160" w:after="80" w:lineRule="auto" w:line="360"/>
        <w:jc w:val="left"/>
      </w:pPr>
      <w:r>
        <w:rPr>
          <w:rFonts w:ascii="Times New Roman" w:hAnsi="Times New Roman" w:eastAsia="宋体"/>
          <w:b/>
          <w:sz w:val="28"/>
        </w:rPr>
        <w:t>一、复试名单</w:t>
      </w:r>
    </w:p>
    <w:p>
      <w:pPr>
        <w:spacing w:after="80" w:lineRule="auto" w:line="360"/>
        <w:ind w:firstLine="482"/>
        <w:jc w:val="both"/>
      </w:pPr>
      <w:r>
        <w:rPr>
          <w:rFonts w:ascii="Times New Roman" w:hAnsi="Times New Roman" w:eastAsia="宋体"/>
          <w:b w:val="0"/>
          <w:sz w:val="24"/>
        </w:rPr>
        <w:t>附件：《2026级研究生支教团复试名单》.pdf</w:t>
      </w:r>
    </w:p>
    <w:p>
      <w:pPr>
        <w:spacing w:before="160" w:after="80" w:lineRule="auto" w:line="360"/>
        <w:jc w:val="left"/>
      </w:pPr>
      <w:r>
        <w:rPr>
          <w:rFonts w:ascii="Times New Roman" w:hAnsi="Times New Roman" w:eastAsia="宋体"/>
          <w:b/>
          <w:sz w:val="28"/>
        </w:rPr>
        <w:t>二、其他说明</w:t>
      </w:r>
    </w:p>
    <w:p>
      <w:pPr>
        <w:spacing w:after="80" w:lineRule="auto" w:line="360"/>
        <w:ind w:firstLine="482"/>
        <w:jc w:val="both"/>
      </w:pPr>
      <w:r>
        <w:rPr>
          <w:rFonts w:ascii="Times New Roman" w:hAnsi="Times New Roman" w:eastAsia="宋体"/>
          <w:b w:val="0"/>
          <w:sz w:val="24"/>
        </w:rPr>
        <w:t>1. 本年度取得我校第二十八届研究生中国青年志愿者支教团志愿者资格人数为20名。</w:t>
      </w:r>
    </w:p>
    <w:p>
      <w:pPr>
        <w:spacing w:after="80" w:lineRule="auto" w:line="360"/>
        <w:ind w:firstLine="482"/>
        <w:jc w:val="both"/>
      </w:pPr>
      <w:r>
        <w:rPr>
          <w:rFonts w:ascii="Times New Roman" w:hAnsi="Times New Roman" w:eastAsia="宋体"/>
          <w:b w:val="0"/>
          <w:sz w:val="24"/>
        </w:rPr>
        <w:t>2. 志愿者须严格按照我校推免生接收工作通知的要求完成志愿填报和复试工作，经复试合格后获得我校拟录取资格。</w:t>
      </w:r>
    </w:p>
    <w:p>
      <w:pPr>
        <w:spacing w:after="80" w:lineRule="auto" w:line="360"/>
        <w:ind w:firstLine="482"/>
        <w:jc w:val="both"/>
      </w:pPr>
      <w:r>
        <w:rPr>
          <w:rFonts w:ascii="Times New Roman" w:hAnsi="Times New Roman" w:eastAsia="宋体"/>
          <w:b w:val="0"/>
          <w:sz w:val="24"/>
        </w:rPr>
        <w:t>西南财经大学研究生院招生办公室</w:t>
      </w:r>
    </w:p>
    <w:p>
      <w:pPr>
        <w:spacing w:after="80" w:lineRule="auto" w:line="360"/>
        <w:ind w:firstLine="482"/>
        <w:jc w:val="both"/>
      </w:pPr>
      <w:r>
        <w:rPr>
          <w:rFonts w:ascii="Times New Roman" w:hAnsi="Times New Roman" w:eastAsia="宋体"/>
          <w:b w:val="0"/>
          <w:sz w:val="24"/>
        </w:rPr>
        <w:t>2025年9月17日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