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物理学院推荐2025届优秀本科毕业生免试攻读研究生工作方案-湖北大学物理学院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物理学院推荐2025届优秀本科毕业生免试攻读研究生工作方案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发布单位：湖北大学物理学院。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适用对象：2025届优秀本科毕业生。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事项：推荐免试攻读研究生（推免）工作。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本段内容为网站导航与栏目信息，未包含申请条件、报名时间、活动时间、接收条件、流程、材料清单、时间节点、名额及联系方式等具体通知内容。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可确认的栏目信息包括：网站首页、学院领导、联系我们、管理制度、专家学者、博士后、实验技术人员、管理人员、本科教育、质量工程、示范资源案例、研究生教育、重点学科、博硕士点、导师信息、答辩公告、党群工作、支部设置、党员活动、党校工作、工会工作、格物讲坛、学生事务、学工动态、学生组织、学子风采、学生获奖、校友工作、工作动态、优秀校友、校友捐赠、合影照片、相关下载、English、通知公告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