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 w:lineRule="auto" w:line="360"/>
        <w:jc w:val="center"/>
      </w:pPr>
      <w:r>
        <w:rPr>
          <w:rFonts w:ascii="Times New Roman" w:hAnsi="Times New Roman" w:eastAsia="宋体"/>
          <w:b/>
          <w:sz w:val="32"/>
        </w:rPr>
        <w:t>生命科学学院2024年接收推荐免试攻读研究生（含直博生）工作方案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时间：2023-09-26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发布日期：2023年9月26日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10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生命科学学院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2024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年接收推荐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免试攻读研究生（含直博生）工作方案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根据上级文件要求及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《福建师范大学接收优秀应届本科毕业生免试攻读研究生实施办法》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闽师研〔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2019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24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以下简称《接收办法》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、《关于做好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2024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年推荐免试攻读研究生（含直博生）接收工作的通知》（师大研〔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2023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19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号）等文件精神，并结合我院实际情况，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制订本工作方案。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接收专业和名额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注：实际接收名额由学院根据生源情况做适当调整。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推免接收对象和条件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（一）接收对象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按照相关政策规定，取得推荐免试资格的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2024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年校内、外优秀应届本科毕业生。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其他符合免初试资格条件（如在部队荣立二等功以上退役人员等）的考生。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（二）接收条件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按要求参加我校组织的考核和体检，符合录取要求。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福建省复合型硕士层次公费师范生推荐免试攻读研究生（以下简称“复合型教育硕士计划”）、“本硕一体化”卓越中学教师培养计划（以下简称“本硕一体化计划”）仅接收我校取得相应专项计划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2024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年推免生资格的考生。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“复合型教育硕士计划”接收专业为学科教学（生物）；“本硕一体化计划”接收的领域原则上与推免生本科专业相对应。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接收工作安排：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（一）报名申请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具有推免资格且符合我院申请条件的考生，自行通过“全国推荐免试攻读研究生（免初试、转段）信息公开暨管理服务系统”（下称“推免服务系统”）进行网上申请，并按照要求向学院递交有关材料。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（二）复试时间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2023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10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16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日前，我院将根据报名情况和审核结果，开展若干次复试、录取工作，具体时间请关注我院在研招网的通知。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（三）复试方式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现场复试，具体学院网站将另行通知。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（四）复试时需提交的材料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所有推免生均需提交的材料：二代身份证（必须在有效期内）、学生证电子版，于复试前发送到邮箱：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cyy@fjnu.edu.cn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直博生还需提交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封所报考学科专业领域内正高职称的教授（或相当专业技术职称的专家）的书面推荐意见，可通过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或顺丰快递寄达学院。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拟录取的考生，须参加我校医院组织的体检或提交三甲医院升学体检报告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体检项目及要求详见研究生院网站招生管理模块文档下载区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，三甲医院的体检报告需于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10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30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日前通过快递（我校仅接收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或者顺丰快递）寄达：福建福州闽侯上街镇大学城师大旗山校区行政楼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527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室，研究生院研究生招生科（收），联系电话：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0591-22867434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复试考核内容及分值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录取规则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（一）各专业（领域）按照复试成绩（总分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100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分）排名，对考核成绩合格的考生，按复试成绩由高到低的顺序录取。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（二）如有考生放弃或招生计划动态调整，依以上规则递补录取。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（三）复试成绩不合格（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60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分以下）者、思想政治素质和道德品质考核不合格、体检不合格者、有违诚信或弄虚作假者不予录取。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（一）本工作方案在学校相关文件要求的基础上制定，其他未尽事宜，按照学校相关规定执行。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（二）联系方式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学院咨询电话及邮箱：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0591-22868205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cyy@fjnu.edu.cn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学院监督电话：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0591-22868219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学院地址：福建省福州市大学城科技路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号福建师范大学旗山校区理工楼群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13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生命科学学院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2023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9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25</w:t>
      </w:r>
    </w:p>
    <w:sectPr w:rsidR="00FC693F" w:rsidRPr="0006063C" w:rsidSect="00034616">
      <w:pgSz w:w="12240" w:h="15840"/>
      <w:pgMar w:top="1440" w:right="1803" w:bottom="1440" w:left="180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宋体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