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医学教育】我院举办2025年全国优秀大学生暑期夏令营-西安交通大学口腔医院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7月11日，西安交通大学口腔医院举办第十二届全国优秀大学生暑期夏令营。经过层层严格的资格审核与综合选拔，10名品学兼优的本科生脱颖而出，成为本届夏令营的正式营员。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活动当日清晨，在专业讲解员引导下，全体营员走进我院“牙小俑奇幻之旅”口腔科普教育基地，通过沉浸式观看科普短片、参与互动体验项目等形式感受口腔医学。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开营仪式上，研规办王丽颖副主任代表我院向营员们致以热烈欢迎，表示夏令营是连接青年学子与顶尖学府的重要纽带，希望同学们深度感知西安交通大学口腔医（学）院的学术底蕴与发展活力。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各教研室主任结合学科前沿动态，分别就本学科的研究方向、学术成果、团队优势及未来发展规划进行了详细解读。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三、活动意义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此次夏令营活动的成功举办，搭建了国内优秀大学生与我院深度交流的桥梁，让青年学子全方位、多角度地认识了西安交通大学口腔医（学）院在口腔医学领域的深厚积淀与前瞻布局。学院期待与各位学子明年在古都西安再聚首，寄语青年一代以使命担当为帆，以创新精神为桨，在医学探索的道路上勇毅前行，成长为推动口腔医学事业发展的高层次创新人才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