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土木与环境工程学院2026年推荐优秀应届本科毕业生免试攻读研究生工作方案</w:t>
      </w:r>
    </w:p>
    <w:p>
      <w:pPr>
        <w:spacing w:line="360" w:lineRule="auto" w:before="0" w:after="80"/>
        <w:ind w:firstLine="482"/>
        <w:jc w:val="both"/>
      </w:pPr>
      <w:r>
        <w:rPr>
          <w:rFonts w:ascii="Times New Roman" w:hAnsi="Times New Roman" w:eastAsia="宋体"/>
          <w:b w:val="0"/>
          <w:sz w:val="24"/>
        </w:rPr>
        <w:t>为了加强2026年推荐优秀应届本科毕业生免试攻读研究生工作的组织和管理，根据《长沙理工大学推荐优秀应届本科毕业生免试攻读硕士学位研究生实施办法》（长理工大教〔2024〕26 号）及《关于做好长沙理工大学2026年推荐优秀应届本科毕业生免试攻读研究生工作的通知》文件精神，特制定土木与环境工程学院2026年推荐优秀应届本科毕业生免试攻读研究生工作方案。</w:t>
      </w:r>
    </w:p>
    <w:p>
      <w:pPr>
        <w:spacing w:line="360" w:lineRule="auto" w:before="160" w:after="80"/>
        <w:ind w:firstLine="0"/>
        <w:jc w:val="left"/>
      </w:pPr>
      <w:r>
        <w:rPr>
          <w:rFonts w:ascii="Times New Roman" w:hAnsi="Times New Roman" w:eastAsia="宋体"/>
          <w:b/>
          <w:sz w:val="28"/>
        </w:rPr>
        <w:t>一、组织机构及职责</w:t>
      </w:r>
    </w:p>
    <w:p>
      <w:pPr>
        <w:spacing w:line="360" w:lineRule="auto" w:before="0" w:after="80"/>
        <w:ind w:firstLine="482"/>
        <w:jc w:val="both"/>
      </w:pPr>
      <w:r>
        <w:rPr>
          <w:rFonts w:ascii="Times New Roman" w:hAnsi="Times New Roman" w:eastAsia="宋体"/>
          <w:b w:val="0"/>
          <w:sz w:val="24"/>
        </w:rPr>
        <w:t>成立学院推免生推荐工作小组，负责学院“工作细则”、“推免生工作方案”，负责推荐指标分配、符合资格学生名单和学院推荐名单的审定和公示，负责申请资格与条件、思想政治品德、学业成绩、科研成果、学科竞赛成绩等核查，对科研成果、学科竞赛获奖等进行质询、综合评价和审核鉴定。学院推免生推荐工作小组人员如下：</w:t>
      </w:r>
    </w:p>
    <w:p>
      <w:pPr>
        <w:spacing w:line="360" w:lineRule="auto" w:before="120" w:after="60"/>
        <w:ind w:firstLine="0"/>
        <w:jc w:val="left"/>
      </w:pPr>
      <w:r>
        <w:rPr>
          <w:rFonts w:ascii="Times New Roman" w:hAnsi="Times New Roman" w:eastAsia="宋体"/>
          <w:b/>
          <w:sz w:val="24"/>
        </w:rPr>
        <w:t>组 长: 肖 寒 曾 铃</w:t>
      </w:r>
    </w:p>
    <w:p>
      <w:pPr>
        <w:spacing w:line="360" w:lineRule="auto" w:before="0" w:after="80"/>
        <w:ind w:firstLine="482"/>
        <w:jc w:val="both"/>
      </w:pPr>
      <w:r>
        <w:rPr>
          <w:rFonts w:ascii="Times New Roman" w:hAnsi="Times New Roman" w:eastAsia="宋体"/>
          <w:b w:val="0"/>
          <w:sz w:val="24"/>
        </w:rPr>
        <w:t>成 员: 付 果 吴振华 蒋友宝 张永杰 马亚飞 彭建新 李 毅 黄 阜 彭旭龙 鲁乃唯</w:t>
      </w:r>
    </w:p>
    <w:p>
      <w:pPr>
        <w:spacing w:line="360" w:lineRule="auto" w:before="120" w:after="60"/>
        <w:ind w:firstLine="0"/>
        <w:jc w:val="left"/>
      </w:pPr>
      <w:r>
        <w:rPr>
          <w:rFonts w:ascii="Times New Roman" w:hAnsi="Times New Roman" w:eastAsia="宋体"/>
          <w:b/>
          <w:sz w:val="24"/>
        </w:rPr>
        <w:t>秘 书: 陈丽君 彭怡峰 董治佑</w:t>
      </w:r>
    </w:p>
    <w:p>
      <w:pPr>
        <w:spacing w:line="360" w:lineRule="auto" w:before="160" w:after="80"/>
        <w:ind w:firstLine="0"/>
        <w:jc w:val="left"/>
      </w:pPr>
      <w:r>
        <w:rPr>
          <w:rFonts w:ascii="Times New Roman" w:hAnsi="Times New Roman" w:eastAsia="宋体"/>
          <w:b/>
          <w:sz w:val="28"/>
        </w:rPr>
        <w:t>二、推免生申请条件</w:t>
      </w:r>
    </w:p>
    <w:p>
      <w:pPr>
        <w:spacing w:line="360" w:lineRule="auto" w:before="160" w:after="80"/>
        <w:ind w:firstLine="0"/>
        <w:jc w:val="left"/>
      </w:pPr>
      <w:r>
        <w:rPr>
          <w:rFonts w:ascii="Times New Roman" w:hAnsi="Times New Roman" w:eastAsia="宋体"/>
          <w:b/>
          <w:sz w:val="28"/>
        </w:rPr>
        <w:t>（一）基本条件</w:t>
      </w:r>
    </w:p>
    <w:p>
      <w:pPr>
        <w:spacing w:line="360" w:lineRule="auto" w:before="0" w:after="80"/>
        <w:ind w:firstLine="482"/>
        <w:jc w:val="both"/>
      </w:pPr>
      <w:r>
        <w:rPr>
          <w:rFonts w:ascii="Times New Roman" w:hAnsi="Times New Roman" w:eastAsia="宋体"/>
          <w:b w:val="0"/>
          <w:sz w:val="24"/>
        </w:rPr>
        <w:t>推免学生应思想政治可靠、品德优良、诚实守信、学风端正、身心健康；无任何考试作弊或剽窃他人学术成果等行为及处分记录，无其他学术不端记录；思想品德考核不合格者不予推荐。推免生基本条件应满足《长沙理工大学推荐优秀应届本科毕业生免试攻读硕士学位研究生实施办法》（长理工大教〔2024〕26号）第二章第九条的要求。</w:t>
      </w:r>
    </w:p>
    <w:p>
      <w:pPr>
        <w:spacing w:line="360" w:lineRule="auto" w:before="160" w:after="80"/>
        <w:ind w:firstLine="0"/>
        <w:jc w:val="left"/>
      </w:pPr>
      <w:r>
        <w:rPr>
          <w:rFonts w:ascii="Times New Roman" w:hAnsi="Times New Roman" w:eastAsia="宋体"/>
          <w:b/>
          <w:sz w:val="28"/>
        </w:rPr>
        <w:t>（二）推免学生应学业优秀，补考、重修课程严格按初修成绩计分。</w:t>
      </w:r>
    </w:p>
    <w:p>
      <w:pPr>
        <w:spacing w:line="360" w:lineRule="auto" w:before="160" w:after="80"/>
        <w:ind w:firstLine="0"/>
        <w:jc w:val="left"/>
      </w:pPr>
      <w:r>
        <w:rPr>
          <w:rFonts w:ascii="Times New Roman" w:hAnsi="Times New Roman" w:eastAsia="宋体"/>
          <w:b/>
          <w:sz w:val="28"/>
        </w:rPr>
        <w:t>三、推免生的指标分配</w:t>
      </w:r>
    </w:p>
    <w:p>
      <w:pPr>
        <w:spacing w:line="360" w:lineRule="auto" w:before="0" w:after="80"/>
        <w:ind w:firstLine="482"/>
        <w:jc w:val="both"/>
      </w:pPr>
      <w:r>
        <w:rPr>
          <w:rFonts w:ascii="Times New Roman" w:hAnsi="Times New Roman" w:eastAsia="宋体"/>
          <w:b w:val="0"/>
          <w:sz w:val="24"/>
        </w:rPr>
        <w:t>由学校推免生遴选工作领导小组分配指标，具体指标数和分配方案另行通知。</w:t>
      </w:r>
    </w:p>
    <w:p>
      <w:pPr>
        <w:spacing w:line="360" w:lineRule="auto" w:before="160" w:after="80"/>
        <w:ind w:firstLine="0"/>
        <w:jc w:val="left"/>
      </w:pPr>
      <w:r>
        <w:rPr>
          <w:rFonts w:ascii="Times New Roman" w:hAnsi="Times New Roman" w:eastAsia="宋体"/>
          <w:b/>
          <w:sz w:val="28"/>
        </w:rPr>
        <w:t>四、推免生遴选方法</w:t>
      </w:r>
    </w:p>
    <w:p>
      <w:pPr>
        <w:spacing w:line="360" w:lineRule="auto" w:before="160" w:after="80"/>
        <w:ind w:firstLine="0"/>
        <w:jc w:val="left"/>
      </w:pPr>
      <w:r>
        <w:rPr>
          <w:rFonts w:ascii="Times New Roman" w:hAnsi="Times New Roman" w:eastAsia="宋体"/>
          <w:b/>
          <w:sz w:val="28"/>
        </w:rPr>
        <w:t>（一）推免生的遴选方法参照《长沙理工大学推荐优秀应届本科毕业生免试攻读硕士学位研究生实施办法》（长理工大教〔2024〕26 号）的要求执行。</w:t>
      </w:r>
    </w:p>
    <w:p>
      <w:pPr>
        <w:spacing w:line="360" w:lineRule="auto" w:before="0" w:after="80"/>
        <w:ind w:firstLine="482"/>
        <w:jc w:val="both"/>
      </w:pPr>
      <w:r>
        <w:rPr>
          <w:rFonts w:ascii="Times New Roman" w:hAnsi="Times New Roman" w:eastAsia="宋体"/>
          <w:b w:val="0"/>
          <w:sz w:val="24"/>
        </w:rPr>
        <w:t>（二）根据教育部《关于进一步规范和加强推荐优秀应届本科毕业免试攻读研究生工作的通知》文件要求：“学生在某一方面中有多项加分情况时，原则上只取一项”，长理工大教〔2024〕26 号文件中的附件《长沙理工大学推免生科研创新潜质与专业能力考核办法》中第二条至第八条7类别中，除各条有明确规定外，每个类别只取得分最高的一项计分。例如，在体育比赛类别中，只能计其中一项赛事的最高分。但在学科竞赛类别中，如获得其他学科竞赛奖，同时获得“中国国际大学生创新大赛”“挑战杯”及“创青春”等国家级奖，可分别取两者中得分最高的一项进行累加。</w:t>
      </w:r>
    </w:p>
    <w:p>
      <w:pPr>
        <w:spacing w:line="360" w:lineRule="auto" w:before="0" w:after="80"/>
        <w:ind w:firstLine="482"/>
        <w:jc w:val="both"/>
      </w:pPr>
      <w:r>
        <w:rPr>
          <w:rFonts w:ascii="Times New Roman" w:hAnsi="Times New Roman" w:eastAsia="宋体"/>
          <w:b w:val="0"/>
          <w:sz w:val="24"/>
        </w:rPr>
        <w:t>（三）科研创新潜质与专业能力考核计分办法：如所在专业参评推免生的累计最高分超过 20 分，则将该最高分计为 20 分，同专业其余学生以此折算；如所在专业参评推免生的累计最高分未超过 20 分，则同专业学生均按实际得分计算。</w:t>
      </w:r>
    </w:p>
    <w:p>
      <w:pPr>
        <w:spacing w:line="360" w:lineRule="auto" w:before="160" w:after="80"/>
        <w:ind w:firstLine="0"/>
        <w:jc w:val="left"/>
      </w:pPr>
      <w:r>
        <w:rPr>
          <w:rFonts w:ascii="Times New Roman" w:hAnsi="Times New Roman" w:eastAsia="宋体"/>
          <w:b/>
          <w:sz w:val="28"/>
        </w:rPr>
        <w:t>五、推免生遴选程序</w:t>
      </w:r>
    </w:p>
    <w:p>
      <w:pPr>
        <w:spacing w:line="360" w:lineRule="auto" w:before="0" w:after="80"/>
        <w:ind w:firstLine="482"/>
        <w:jc w:val="both"/>
      </w:pPr>
      <w:r>
        <w:rPr>
          <w:rFonts w:ascii="Times New Roman" w:hAnsi="Times New Roman" w:eastAsia="宋体"/>
          <w:b w:val="0"/>
          <w:sz w:val="24"/>
        </w:rPr>
        <w:t>学院推免生工作遴选程序如下：</w:t>
      </w:r>
    </w:p>
    <w:p>
      <w:pPr>
        <w:spacing w:line="360" w:lineRule="auto" w:before="160" w:after="80"/>
        <w:ind w:firstLine="0"/>
        <w:jc w:val="left"/>
      </w:pPr>
      <w:r>
        <w:rPr>
          <w:rFonts w:ascii="Times New Roman" w:hAnsi="Times New Roman" w:eastAsia="宋体"/>
          <w:b/>
          <w:sz w:val="28"/>
        </w:rPr>
        <w:t>（一）2025年9月4日前，学院成立推免生推荐工作小组，根据学校政策并结合学院的实际情况，制订学院推免生工作方案和工作细则，报教务处审定并将方案在学院网站公示。</w:t>
      </w:r>
    </w:p>
    <w:p>
      <w:pPr>
        <w:spacing w:line="360" w:lineRule="auto" w:before="0" w:after="80"/>
        <w:ind w:firstLine="482"/>
        <w:jc w:val="both"/>
      </w:pPr>
      <w:r>
        <w:rPr>
          <w:rFonts w:ascii="Times New Roman" w:hAnsi="Times New Roman" w:eastAsia="宋体"/>
          <w:b w:val="0"/>
          <w:sz w:val="24"/>
        </w:rPr>
        <w:t>（二）2025年9月8日17:00前，符合学校推免生申请条件的学生本人提出申请，填写《长沙理工大学2026年推荐免试攻读研究生资格申请表》，并提供英语和计算机过级成绩单、有关科研成果与学科竞赛奖励证明复印件及其它证明材料（由教务办打印学生在校成绩单）至学院教务办（工二A417），过期提交材料视为弃权。</w:t>
      </w:r>
    </w:p>
    <w:p>
      <w:pPr>
        <w:spacing w:line="360" w:lineRule="auto" w:before="0" w:after="80"/>
        <w:ind w:firstLine="482"/>
        <w:jc w:val="both"/>
      </w:pPr>
      <w:r>
        <w:rPr>
          <w:rFonts w:ascii="Times New Roman" w:hAnsi="Times New Roman" w:eastAsia="宋体"/>
          <w:b w:val="0"/>
          <w:sz w:val="24"/>
        </w:rPr>
        <w:t>（三）2025年9月10日，学院教务办和学工办审查申请人提交材料的真实性，拟定推荐免试攻读研究生申请人考核名单，报专业类推免生遴选与审核鉴定工作小组复核后确定进入考核名单。考核时间与地点：另行通知。</w:t>
      </w:r>
    </w:p>
    <w:p>
      <w:pPr>
        <w:spacing w:line="360" w:lineRule="auto" w:before="0" w:after="80"/>
        <w:ind w:firstLine="482"/>
        <w:jc w:val="both"/>
      </w:pPr>
      <w:r>
        <w:rPr>
          <w:rFonts w:ascii="Times New Roman" w:hAnsi="Times New Roman" w:eastAsia="宋体"/>
          <w:b w:val="0"/>
          <w:sz w:val="24"/>
        </w:rPr>
        <w:t>（四）2025年9月11日，推免生遴选工作小组对申请者在符合基本条件的基础上，依据学业成绩、学术成果、获奖情况（含在文艺体育和社会工作中有突出表现）等进行综合排名、公示和推荐。上报推免生推荐名单汇总表及相关材料。</w:t>
      </w:r>
    </w:p>
    <w:p>
      <w:pPr>
        <w:spacing w:line="360" w:lineRule="auto" w:before="120" w:after="60"/>
        <w:ind w:firstLine="0"/>
        <w:jc w:val="left"/>
      </w:pPr>
      <w:r>
        <w:rPr>
          <w:rFonts w:ascii="Times New Roman" w:hAnsi="Times New Roman" w:eastAsia="宋体"/>
          <w:b/>
          <w:sz w:val="24"/>
        </w:rPr>
        <w:t>土木与环境工程学院</w:t>
      </w:r>
    </w:p>
    <w:p>
      <w:pPr>
        <w:spacing w:line="360" w:lineRule="auto" w:before="120" w:after="60"/>
        <w:ind w:firstLine="0"/>
        <w:jc w:val="left"/>
      </w:pPr>
      <w:r>
        <w:rPr>
          <w:rFonts w:ascii="Times New Roman" w:hAnsi="Times New Roman" w:eastAsia="宋体"/>
          <w:b/>
          <w:sz w:val="24"/>
        </w:rPr>
        <w:t>2025年9月3日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