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青岛农业大学2026年拟录取推免硕士研究生名单公示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青岛农业大学2026年拟录取推免硕士研究生名单总计3人，分学院明细为：动漫与传媒学院1人、海洋科学与工程学院1人、动物科技学院1人，共涵盖3个学院。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李杉杉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动漫与传媒学院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戏剧与影视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85.55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孔安冉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090800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明梦灵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经学生申请、学院考核、学校审核等环节确定拟录取名单；公示名单含复试成绩，分别为李杉杉85.55分、孔安冉93.30分、明梦灵86.70分。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公示时间为2025年10月24日至10月31日，共计8天。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公示期内如有异议，可向学校反映。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联系电话：0532-58957598。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电子邮箱：qnyjszs@qau.edu.cn。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拟录取专业及代码分别为戏剧与影视（135400）、水产（090800）、畜牧学（090500），学习形式均为全日制。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