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附件2、数学学院（珠海）2026年预推免面试流程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发布日期：2025-08-21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一、面试安排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我院2026年硕士研究生（含直博）预推免面试拟定于2025年9月1日至2日全天进行。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2025年8月31日下午为现场报到时间。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具体面试名单、面试安排等详见附件。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如考生放弃面试机会，请务必提前告知。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二、报到现场提交材料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面试材料封面页（使用附件中的模板）。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个人简历（格式不限，但篇幅只限一页纸）。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本科阶段成绩单复印件（原件需盖学校教务管理部门公章）。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外语水平证明复印件（如有）。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竞赛获奖证明复印件（如有）。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代表性学术成果复印件（如有）。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社会实践等其他材料（如有）。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以上材料按顺序摆放，用订书机将整份材料订成一份（无需胶装），一共准备5份同样的材料，报到时带到现场。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该材料务必在报到现场提交。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三、面试材料封面页内容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XXX面试材料。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本科学校。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本科专业。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报考专业。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四、面试流程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考生英语自我介绍（口头陈述，3分钟以内）。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专业能力考核（随机抽题并作答，约10分钟）。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综合素质考核（评委自由提问，约7分钟）。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五、面试名单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应用统计专业（专业代码025200）面试名单共60人，详见附件3。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数学专业（专业代码070100）面试名单共65人，详见附件4。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联系人：叶老师。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联系邮箱：yehaixia@mail.sysu.edu.cn。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联系电话：0756-3668236。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学院邮箱：mathzh@mail.sysu.edu.cn。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学院地址：广东省珠海市唐家湾中山大学珠海校区。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邮编：519082。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