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航空航天学院2026年推免复试补充通知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航空航天学院2026年推免复试补充通知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我院第一批预推免复试名单，考虑到有同学可能放弃复试，现对4个硕士招生专业增加一定数量的候补复试学生。按照我院网站公布的第一批复试学生名单（https://ae.hust.edu.cn/info/1079/3811.htm），如果某专业有学生放弃复试，则按照候补名单依次递补相应数量学生进入复试环节（如无学生放弃复试，则不进行递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一、递补学生复试时间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力学专业：19日上午最后时段。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宇航、低空、机械专业：18日下午最后时段。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二、候补名单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常海博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力学(080100)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张卓骋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力学(080100)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力学(080100)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力学(080100)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力学(080100)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航空宇航科学与技术(082500)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魏永烨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航空宇航科学与技术(082500)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马方乘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航空宇航科学与技术(082500)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杨宪邦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航空宇航科学与技术(082500)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航空宇航科学与技术(082500)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赵嘉旭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低空技术与工程(990200)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低空技术与工程(990200)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机械(085500)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杨天硕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机械(085500)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机械(085500)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杨培文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机械(085500)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机械(085500)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航空航天学院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航空航天学院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