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生命科学学院关于接收2026年推免研究生预报名的通知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生命科学学院关于接收2026年推免研究生预报名的通知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凡取得所在学校推免生资格、身心健康的考生，均可申请。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二、工作程序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预报名系统开放时间：2025年9月10日至15日（非校园网用户可访问系统时间为6:00-24:00）。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符合报名条件的考生（含A类营员），登录推免预报名系统yz.whu.edu.cn（建议使用谷歌浏览器），如实填写各项信息，并提交相关证明材料。夏令营系统用户可直接使用夏令营账号、密码登录预推免系统。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学院将根据网上报名情况组织审核，按研究方向（优先考虑志愿一研究方向）分别择优确定考核名单。请谨慎填报志愿。考核安排等具体信息另行通知（预计9月18日左右）。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通过推免预报名的推免生（含A类营员），须在规定时间内（另行通知），登录教育部推免系统（开通时间详见中国研招网公告），完成志愿填报和接受待录取等工作。接收名额有限，请考生珍惜机会。教育部推免系统中的结果为2026年推免生正式录取结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联系人：薛云 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联系电话：027-68756695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电子邮箱：yxue@whu.edu.cn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招生咨询QQ群：武大生科院研招咨询群368816574（申请加入QQ群时请备注：本科就读学校+姓名）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地址：湖北省武汉市武昌区八一路武汉大学生命科学学院1105办公室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