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北京大学材料科学与工程学院2026年“全国优秀大学生夏令营”参营通知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北京大学材料科学与工程学院2026年全国优秀大学生夏令营参营名单已经确定，详见附件。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学院将于24小时内向入选营员发送邮件通知参营安排，请留意报名系统注册邮箱。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未能获得参营资格的同学，可继续关注学院后续相关活动通知。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夏令营活动将于2026年7月5日至7日线下举办。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具体活动形式与安排请查看邮件通知。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每位营员须全程参加，如有特殊情况需提前与学院沟通。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电话：010-62756697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邮箱：gmsezb@pku.edu.cn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