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 87 人，涉及报考学科包括 0701 数学、0702 物理学、0703 化学、0711 系统科学、0801 力学、0827 核科学与技术、0857 资源与环境。名单按报考学科1分组排列，部分考生同时填报报考学科2，并标注是否申请参军入伍。名单分 3 页，第 1 页为序号 1—31，第 2 页为序号 32—65，第 3 页为序号 66—87。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一、0701 数学（序号 1—20，共 20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1303**********0518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5303**********1161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1302**********7615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2107**********0314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3401**********2027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葛*冉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1305**********4784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6103**********0026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4303**********0031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5203**********3565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4313**********0478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3415**********0819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3501**********0085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4213**********4018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5101**********0167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3702**********2910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2203**********3616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4105**********037X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4116**********1140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4304**********0089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2203**********2421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0701数学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二、0702 物理学（序号 21—38，共 18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3303**********0834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5002**********8994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5107**********3921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4117**********6311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4309**********0515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4303**********0151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4109**********1234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6124**********6132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1301**********0044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郝*茜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1408**********0024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3203**********7926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1311**********0231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4302**********7840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尚*帆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1401**********0067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4201**********3226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4203**********002X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2224**********1512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三、0703 化学（序号 39—43，共 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3412**********2824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付*同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5104**********5118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顾*佳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3204**********7140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5105**********6928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3415**********0610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四、0711 系统科学（序号 44—60，共 17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4301**********7369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3509**********009X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1410**********0146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4414**********0721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4403**********4313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5103**********2017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1401**********0049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4305**********2522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4304**********0238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王*文雍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3706**********1327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4104**********6599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4301**********9376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4303**********0059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禹*泽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4305**********8774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3713**********5311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4503**********0328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庄*泽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3505**********5252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0711系统科学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五、0801 力学（序号 61—68，共 8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1305**********6010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4313**********0313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1306**********0035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沃*涵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3302**********3412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3301**********2413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3502**********2311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4113**********9015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六、0827 核科学与技术（序号 69—79，共 11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4304**********0055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5002**********1351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5326**********1226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曲*旭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3705**********3213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5116**********0947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3401**********0170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4409**********1232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4112**********0056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5227**********0011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3607**********0039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5203**********0815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0827核科学与技术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七、0857 资源与环境（序号 80—87，共 8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是否申请参军入伍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4502**********0322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4205**********1516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3707**********0816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鲁*睿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4408**********1334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4116**********3821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4228**********2114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5221**********4032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6531**********3229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