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发布日期：2018年3月26日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2018自动化学院硕士研究生预录取公示名单（通信学科），公示日期为2018.03.26。名单共51人，其中通信与信息系统29人，电子与通信工程22人。通信与信息系统含推免4人（序号26至29），电子与通信工程含校企专项1人（序号49）、士兵计划2人（序号50、51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二、预录取名单明细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准考证号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107008013043119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贾之娟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107008062073105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韩安丽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惠佳欣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107008061413122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白旭天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周媛媛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107008022073110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程敏花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曹丹丹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宋世渊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魏亚飞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107008061443124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南友新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107008041423097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马趁想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尹奔康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107008062083116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107008015333103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武轶凡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107008061433102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梁韩立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107008061361015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雷亚茹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107008015013118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白佳俊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林亚茹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翟治珠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通信与信息系统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马李庆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田哲嘉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史闻灏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107008014063867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任倩楠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107008041463864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107008061433862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魏嘉鑫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107008037063885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107008041333865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宫春杰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贺锦涛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107008061413874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陈新欣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107008061443888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杨培琦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由广宇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107008041153863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胡晓龙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107008062063883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马燕明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107008050153857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陈生涛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107008012073880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107008037023852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任立超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史海泉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士兵计划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季旭宽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士兵计划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名单中序号26至29为推免生，无准考证号。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名单中序号50、51为士兵计划，无准考证号。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名单中序号49为校企专项。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公示日期为2018.03.26。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