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护理学院推荐2026届优秀应届本科毕业生免试攻读硕士学位研究生工作实施方案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护理学院推荐2026届优秀应届本科毕业生免试攻读硕士学位研究生工作实施方案。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一、文件信息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文件名称：护理学院推荐2026届优秀应届本科毕业生免试攻读硕士学位研究生工作实施方案。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附件名称：护理学院推荐2026届优秀应届本科毕业生免试攻读硕士学位研究生工作实施方案9.1.pdf。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地址：吉林省吉林市滨江东路3999号。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