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福州大学梅努斯国际工程学院2026年优秀应届本科毕业生免试攻读硕士学位研究生拟推荐名单公示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据《关于做好我校2026年推荐优秀应届本科毕业生免试攻读研究生工作的通知》和《福州大学推荐优秀应届本科毕业生免试攻读研究生工作实施办法（2022年修订）》（福大招考〔2022〕5号）等文件精神，结合学院制定的《福州大学梅努斯国际工程学院2026年推荐优秀应届本科毕业生免试攻读研究生工作方案》及综合测评实施细则，经学生本人自愿申请，学院2026年推免生遴选工作领导小组审议，确定拟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公示时间为三个工作日。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如有异议，可向学院纪检委员反映。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联系电话：0591-22801606；邮箱：miecjxb@163.com。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二、拟推荐名单（按专业）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2022级电子信息工程专业（推免计划9人）：拟推荐陈雯静、卢炀、庄晨鑫、赖振鹏、潘芳玲、林锦涛、罗宇昕、苏景瑄、吴旭炜；另有邱嘉毅为奖励名额（奖励1），尚天翼、黄涵、薛墨澜为第一轮放弃。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2022级自动化专业（推免计划6人）：拟推荐夏元昊、宋文睿、赖宇晟、谭皓瑞、张皓骏、宋明哲；欧宇辰为候补1，张聚鑫、俞卓轶为第一轮放弃。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2022级软件工程专业（推免计划9人）：拟推荐陈子翔、徐晨然、徐思颖、庄佳敏、陈斯绮、陈思怡、郑鉴书、周乐轩、杨俊翔；另有姚政伟为奖励名额（奖励2），赵铂翀、曾维帅、顾宸、鲍子硕、陈志婷为第一轮放弃，郑欣为第二轮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2022级数字媒体技术专业（推免计划6人）：拟推荐林玥阳、张林奕涵、白润、施雨卓、张佳慧、黎睿博；邱辰岳、陈妍茹、黄蓥、洪鑫裕为第一轮放弃，佘宇轩、何佳凌、李君瑶为第二轮放弃，何昊为第三轮放弃，王天一为第四轮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三、竞赛获奖加分名单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吴灵远（学号832201213，电子信息工程专业）：中国国际大学生创新大赛（2024）金奖。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李铭祺（学号832202210，自动化专业）：第十九届“挑战杯”竞赛“揭榜挂帅”赛特等奖。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