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40" w:lineRule="auto" w:line="360"/>
        <w:jc w:val="center"/>
      </w:pPr>
      <w:r>
        <w:rPr>
          <w:rFonts w:ascii="Times New Roman" w:hAnsi="Times New Roman" w:eastAsia="宋体"/>
          <w:b/>
          <w:sz w:val="32"/>
        </w:rPr>
        <w:t>南方科技大学2026级推免生（含直博生）拟录取名单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南方科技大学2026级推免生（含直博生）拟录取名单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发布日期（推定）：2025年8月26日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八、材料科学与工程系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材料科学与工程（080500），录取类别均为硕士，共41人。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233"/>
        <w:gridCol w:w="1233"/>
        <w:gridCol w:w="1233"/>
        <w:gridCol w:w="1233"/>
        <w:gridCol w:w="1233"/>
        <w:gridCol w:w="1233"/>
        <w:gridCol w:w="1233"/>
      </w:tblGrid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姓名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证件号码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录取类别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录取院系名称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录取专业代码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录取专业名称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备注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董易鸣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4104****553X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材料科学与工程系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080500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材料科学与工程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方俊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3301****2719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材料科学与工程系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080500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材料科学与工程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高晓明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1309****261X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材料科学与工程系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080500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材料科学与工程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龚奕涵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1306****1527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材料科学与工程系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080500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材料科学与工程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贺雅楠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1501****3620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材料科学与工程系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080500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材料科学与工程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黄迪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4401****0042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材料科学与工程系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080500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材料科学与工程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黄健伟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4419****3012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材料科学与工程系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080500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材料科学与工程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黄校英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4401****4217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材料科学与工程系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080500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材料科学与工程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贾云婷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2101****3621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材料科学与工程系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080500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材料科学与工程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蓝佳曼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4452****2468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材料科学与工程系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080500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材料科学与工程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李经韬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4310****0017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材料科学与工程系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080500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材料科学与工程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李沁懿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4311****009X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材料科学与工程系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080500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材料科学与工程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李奕可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4403****6714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材料科学与工程系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080500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材料科学与工程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李英杰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5110****8797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材料科学与工程系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080500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材料科学与工程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李莹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4313****0283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材料科学与工程系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080500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材料科学与工程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李毓源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4401****335X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材料科学与工程系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080500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材料科学与工程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刘广荣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4509****3212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材料科学与工程系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080500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材料科学与工程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刘吉达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4310****6217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材料科学与工程系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080500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材料科学与工程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刘泰来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2201****0215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材料科学与工程系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080500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材料科学与工程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刘新宇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4302****0048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材料科学与工程系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080500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材料科学与工程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罗舒扬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4508****1979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材料科学与工程系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080500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材料科学与工程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麦浩婷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4453****332X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材料科学与工程系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080500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材料科学与工程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彭代钟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5226****401X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材料科学与工程系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080500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材料科学与工程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曲其壮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3715****5337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材料科学与工程系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080500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材料科学与工程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任卓航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3407****1018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材料科学与工程系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080500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材料科学与工程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史宸语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4310****4567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材料科学与工程系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080500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材料科学与工程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孙传玺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1311****6019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材料科学与工程系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080500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材料科学与工程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孙方一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3715****0051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材料科学与工程系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080500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材料科学与工程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谭树煌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3607****6412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材料科学与工程系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080500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材料科学与工程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王安知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5001****7514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材料科学与工程系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080500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材料科学与工程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吴搏扬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3604****7614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材料科学与工程系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080500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材料科学与工程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吴琦美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5113****0325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材料科学与工程系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080500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材料科学与工程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吴志翔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4310****0078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材料科学与工程系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080500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材料科学与工程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夏倪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4307****0103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材料科学与工程系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080500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材料科学与工程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熊承峰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3601****4511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材料科学与工程系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080500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材料科学与工程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徐汉宇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4309****3910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材料科学与工程系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080500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材料科学与工程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徐昕宁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4301****1723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材料科学与工程系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080500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材料科学与工程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闫承泽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4101****0054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材料科学与工程系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080500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材料科学与工程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闫艺媛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4205****2229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材料科学与工程系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080500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材料科学与工程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姚超凡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4210****1025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材料科学与工程系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080500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材料科学与工程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张鸿堽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5111****2552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材料科学与工程系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080500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材料科学与工程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张毅帆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4301****8678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材料科学与工程系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080500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材料科学与工程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张子贤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4405****5115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材料科学与工程系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080500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材料科学与工程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章程锦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3601****5735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材料科学与工程系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080500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材料科学与工程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赵浩然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4305****8474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材料科学与工程系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080500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材料科学与工程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赵梦媛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3708****5223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材料科学与工程系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080500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材料科学与工程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赵一嵘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4203****2410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材料科学与工程系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080500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材料科学与工程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</w:tbl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材料与化工（085600），工程硕博士专项，共13人，其中硕士7人、直博生6人。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233"/>
        <w:gridCol w:w="1233"/>
        <w:gridCol w:w="1233"/>
        <w:gridCol w:w="1233"/>
        <w:gridCol w:w="1233"/>
        <w:gridCol w:w="1233"/>
        <w:gridCol w:w="1233"/>
      </w:tblGrid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姓名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证件号码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录取类别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录取院系名称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录取专业代码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录取专业名称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备注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邓皞程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4401****0032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材料科学与工程系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085600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材料与化工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工程硕博士专项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杜佳浩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1304****7512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材料科学与工程系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085600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材料与化工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工程硕博士专项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樊友康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3604****0017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材料科学与工程系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085600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材料与化工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工程硕博士专项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林子淳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4405****4819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材料科学与工程系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085600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材料与化工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工程硕博士专项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秦圣凡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4503****2719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材料科学与工程系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085600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材料与化工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工程硕博士专项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张晨曦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4290****405X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材料科学与工程系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085600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材料与化工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工程硕博士专项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郑双成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4408****0054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材料科学与工程系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085600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材料与化工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工程硕博士专项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黄宸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4115****0016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直博生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材料科学与工程系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085600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材料与化工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工程硕博士专项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罗思敏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4301****7939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直博生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材料科学与工程系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085600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材料与化工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工程硕博士专项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蒙德凤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4503****2421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直博生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材料科学与工程系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085600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材料与化工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工程硕博士专项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汤嘉恒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3504****6012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直博生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材料科学与工程系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085600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材料与化工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工程硕博士专项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杨浩楠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4114****8034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直博生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材料科学与工程系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085600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材料与化工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工程硕博士专项</w:t>
            </w:r>
          </w:p>
        </w:tc>
      </w:tr>
    </w:tbl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九、商学院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管理科学与工程（120100），录取类别均为硕士，共12人。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233"/>
        <w:gridCol w:w="1233"/>
        <w:gridCol w:w="1233"/>
        <w:gridCol w:w="1233"/>
        <w:gridCol w:w="1233"/>
        <w:gridCol w:w="1233"/>
        <w:gridCol w:w="1233"/>
      </w:tblGrid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姓名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证件号码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录取类别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录取院系名称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录取专业代码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录取专业名称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备注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胡叶锦轩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3303****5729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商学院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120100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管理科学与工程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李俊宏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5002****543X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商学院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120100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管理科学与工程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李玉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4452****6243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商学院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120100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管理科学与工程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林子涵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3508****0536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商学院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120100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管理科学与工程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刘晓阳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4416****4173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商学院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120100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管理科学与工程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毛柯杰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5101****7735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商学院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120100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管理科学与工程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覃奕颖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4501****302X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商学院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120100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管理科学与工程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肖涵曦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2208****0916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商学院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120100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管理科学与工程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许正宇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3411****4055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商学院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120100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管理科学与工程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杨宜婷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4202****0825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商学院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120100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管理科学与工程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张昊飞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3712****0313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商学院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120100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管理科学与工程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钟煜基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4414****0614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商学院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120100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管理科学与工程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</w:tbl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金融（025100），录取类别均为硕士，共20人。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233"/>
        <w:gridCol w:w="1233"/>
        <w:gridCol w:w="1233"/>
        <w:gridCol w:w="1233"/>
        <w:gridCol w:w="1233"/>
        <w:gridCol w:w="1233"/>
        <w:gridCol w:w="1233"/>
      </w:tblGrid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姓名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证件号码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录取类别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录取院系名称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录取专业代码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录取专业名称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备注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白舒媛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4601****1321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商学院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025100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金融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陈羽林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4401****6916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商学院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025100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金融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程璐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4403****0064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商学院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025100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金融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董万昌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3303****2010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商学院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025100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金融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郭翔冲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4205****0016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商学院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025100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金融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韩佳夏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4114****104X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商学院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025100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金融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姜昱丞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6101****0517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商学院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025100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金融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李博然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4403****771X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商学院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025100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金融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李可轩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3603****1049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商学院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025100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金融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梁福炎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3715****4433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商学院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025100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金融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彭兆阳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4301****0712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商学院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025100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金融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皮宇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4307****0081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商学院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025100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金融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任思妤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4304****0326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商学院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025100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金融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邵俊鹏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4418****0010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商学院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025100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金融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孙沐妍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3714****3542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商学院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025100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金融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文玺荧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4403****4527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商学院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025100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金融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张诗悦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4502****0725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商学院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025100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金融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章文翰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3601****2214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商学院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025100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金融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郑妙心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6205****002X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商学院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025100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金融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郑玥坤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2206****0281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商学院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025100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金融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庄熙文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4408****1213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商学院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025100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金融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</w:tbl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十、环境科学与工程学院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环境科学与工程（083000），录取类别均为硕士，共36人。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233"/>
        <w:gridCol w:w="1233"/>
        <w:gridCol w:w="1233"/>
        <w:gridCol w:w="1233"/>
        <w:gridCol w:w="1233"/>
        <w:gridCol w:w="1233"/>
        <w:gridCol w:w="1233"/>
      </w:tblGrid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姓名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证件号码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录取类别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录取院系名称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录取专业代码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录取专业名称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备注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陈宝妮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6501****282X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环境科学与工程学院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083000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环境科学与工程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陈燕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4505****6143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环境科学与工程学院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083000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环境科学与工程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陈钰炫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4401****4820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环境科学与工程学院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083000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环境科学与工程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陈智豪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4304****0015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环境科学与工程学院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083000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环境科学与工程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戴锐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4301****2923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环境科学与工程学院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083000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环境科学与工程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杜婉瑄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4313****0122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环境科学与工程学院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083000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环境科学与工程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甘欣玉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3609****5045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环境科学与工程学院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083000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环境科学与工程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高子淇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1401****194X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环境科学与工程学院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083000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环境科学与工程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黄晓琪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4451****142X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环境科学与工程学院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083000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环境科学与工程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李佳晨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1311****4415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环境科学与工程学院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083000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环境科学与工程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李江海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3603****0538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环境科学与工程学院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083000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环境科学与工程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李科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3714****0614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环境科学与工程学院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083000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环境科学与工程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林佳敏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3505****0022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环境科学与工程学院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083000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环境科学与工程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刘天赐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4115****7617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环境科学与工程学院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083000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环境科学与工程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刘鑫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4313****9311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环境科学与工程学院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083000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环境科学与工程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罗载扬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4307****0177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环境科学与工程学院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083000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环境科学与工程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苗子凡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4403****2014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环境科学与工程学院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083000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环境科学与工程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欧荣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3607****0051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环境科学与工程学院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083000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环境科学与工程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齐国琳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3715****6068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环境科学与工程学院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083000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环境科学与工程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上官立昕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5115****2425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环境科学与工程学院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083000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环境科学与工程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孙铠璐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2201****1225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环境科学与工程学院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083000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环境科学与工程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孙一涵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3204****5123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环境科学与工程学院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083000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环境科学与工程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王淇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4452****0621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环境科学与工程学院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083000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环境科学与工程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王翕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4402****1641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环境科学与工程学院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083000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环境科学与工程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王玥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1407****0085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环境科学与工程学院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083000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环境科学与工程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魏健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</w:tbl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本段为南方科技大学2026级推免生（含直博生）拟录取名单的连续表格内容，涉及环境科学与工程学院、海洋科学与工程系、力学与航空航天工程系、机械与能源工程系、计算机科学与工程系等单位，录取类别包括硕士、直博生，备注含“工程硕博士专项”“国优计划”。名单按“姓名、证件号码、录取类别、录取院系名称、录取专业代码、录取专业名称、备注”字段排列，证件号码中间位以“****”脱敏。以下按原文顺序整理为表格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八、环境科学与工程学院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233"/>
        <w:gridCol w:w="1233"/>
        <w:gridCol w:w="1233"/>
        <w:gridCol w:w="1233"/>
        <w:gridCol w:w="1233"/>
        <w:gridCol w:w="1233"/>
        <w:gridCol w:w="1233"/>
      </w:tblGrid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姓名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证件号码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录取类别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录取院系名称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录取专业代码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录取专业名称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备注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张妙英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4452****1824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环境科学与工程学院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083000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环境科学与工程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张皖秋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5001****2693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环境科学与工程学院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083000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环境科学与工程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郑玮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3509****0053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环境科学与工程学院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083000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环境科学与工程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周璇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5120****3265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环境科学与工程学院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083000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环境科学与工程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邹艇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4313****0346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环境科学与工程学院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083000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环境科学与工程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龚弘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3605****7139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环境科学与工程学院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083000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环境科学与工程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冷阔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3717****061X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环境科学与工程学院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085700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资源与环境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王子聪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4113****0091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环境科学与工程学院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085700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资源与环境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奚杨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2101****3227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环境科学与工程学院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085700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资源与环境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张士状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4113****4532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环境科学与工程学院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085700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资源与环境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工程硕博士专项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张腾蛟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4109****3033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环境科学与工程学院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085700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资源与环境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梁煦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4601****1827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直博生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环境科学与工程学院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085700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资源与环境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工程硕博士专项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蒋若琳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3505****5522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环境科学与工程学院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083000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环境科学与工程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工程硕博士专项</w:t>
            </w:r>
          </w:p>
        </w:tc>
      </w:tr>
    </w:tbl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九、海洋科学与工程系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233"/>
        <w:gridCol w:w="1233"/>
        <w:gridCol w:w="1233"/>
        <w:gridCol w:w="1233"/>
        <w:gridCol w:w="1233"/>
        <w:gridCol w:w="1233"/>
        <w:gridCol w:w="1233"/>
      </w:tblGrid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姓名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证件号码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录取类别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录取院系名称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录取专业代码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录取专业名称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备注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林晖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3504****0016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海洋科学与工程系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0708Z1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海洋地球物理学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刘虎益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5306****0553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海洋科学与工程系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0708Z1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海洋地球物理学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王彦洁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4108****0027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海洋科学与工程系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0708Z1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海洋地球物理学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何丽珍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3607****3521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海洋科学与工程系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070300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化学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林曈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3706****0021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海洋科学与工程系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070300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化学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邹炘志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3609****6812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海洋科学与工程系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070300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化学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肖梦楠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4101****0065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海洋科学与工程系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083000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环境科学与工程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曹铮阁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1302****2312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海洋科学与工程系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080100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力学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邓佳楠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5116****3413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海洋科学与工程系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080100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力学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蒋政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4420****2595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海洋科学与工程系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080100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力学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刘过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3209****1975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海洋科学与工程系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080100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力学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汪刘阳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4302****7213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海洋科学与工程系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080100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力学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黎生菜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3607****0082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海洋科学与工程系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071000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生物学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李方乐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3424****5827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海洋科学与工程系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071000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生物学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钟子傲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4504****0012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海洋科学与工程系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071000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生物学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王铭杰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3306****5918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直博生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海洋科学与工程系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080100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力学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</w:tbl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十、力学与航空航天工程系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233"/>
        <w:gridCol w:w="1233"/>
        <w:gridCol w:w="1233"/>
        <w:gridCol w:w="1233"/>
        <w:gridCol w:w="1233"/>
        <w:gridCol w:w="1233"/>
        <w:gridCol w:w="1233"/>
      </w:tblGrid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姓名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证件号码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录取类别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录取院系名称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录取专业代码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录取专业名称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备注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吕彩茹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4417****462X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力学与航空航天工程系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0801Z2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低空技术与工程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戚洺硕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3203****0218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力学与航空航天工程系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0801Z2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低空技术与工程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徐嫚琦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4416****296X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力学与航空航天工程系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0801Z2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低空技术与工程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常伟琦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1310****1232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力学与航空航天工程系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085500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机械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韩嘉茗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4312****0036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力学与航空航天工程系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085500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机械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刘灵军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3603****4773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力学与航空航天工程系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085500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机械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工程硕博士专项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苏凌欣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3603****2024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力学与航空航天工程系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085500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机械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许文科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3712****1211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力学与航空航天工程系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085500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机械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钟嘉俊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4401****3331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力学与航空航天工程系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085500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机械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工程硕博士专项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白航雨帆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2101****5318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力学与航空航天工程系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080100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力学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陈雨果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4201****0446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力学与航空航天工程系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080100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力学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付宛昕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3601****0022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力学与航空航天工程系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080100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力学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郭天瑞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3303****0236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力学与航空航天工程系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080100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力学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郝芮莹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2107****1720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力学与航空航天工程系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080100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力学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洪汀渊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4601****2711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力学与航空航天工程系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080100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力学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侯如海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6101****3552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力学与航空航天工程系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080100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力学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蓝景豪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4503****0012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力学与航空航天工程系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080100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力学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乐晶琳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3602****0025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力学与航空航天工程系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080100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力学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李泉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4305****5818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力学与航空航天工程系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080100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力学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李玮航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1401****0836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力学与航空航天工程系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080100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力学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廖晓松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3607****8612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力学与航空航天工程系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080100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力学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林幸仪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4452****4922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力学与航空航天工程系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080100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力学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林怡含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4415****4285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力学与航空航天工程系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080100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力学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凌欣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3607****4319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力学与航空航天工程系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080100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力学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刘宸睿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4209****2014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力学与航空航天工程系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080100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力学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刘海航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4415****6793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力学与航空航天工程系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080100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力学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刘一进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4403****2619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力学与航空航天工程系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080100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力学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区锦俊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4407****1518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力学与航空航天工程系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080100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力学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王菁仪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4206****0025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力学与航空航天工程系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080100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力学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王泽鹏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1409****0152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力学与航空航天工程系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080100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力学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卫舒丽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4211****2025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力学与航空航天工程系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080100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力学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武潇俊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4103****3013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力学与航空航天工程系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080100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力学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于善飞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3701****173X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力学与航空航天工程系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080100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力学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余奕翰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3623****0057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力学与航空航天工程系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080100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力学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袁正威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3609****2618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力学与航空航天工程系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080100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力学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郑熠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4311****0196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力学与航空航天工程系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080100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力学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周奕君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4312****0020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力学与航空航天工程系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080100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力学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黄宇鑫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4201****3650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直博生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力学与航空航天工程系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085500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机械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工程硕博士专项</w:t>
            </w:r>
          </w:p>
        </w:tc>
      </w:tr>
    </w:tbl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七、机械与能源工程系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233"/>
        <w:gridCol w:w="1233"/>
        <w:gridCol w:w="1233"/>
        <w:gridCol w:w="1233"/>
        <w:gridCol w:w="1233"/>
        <w:gridCol w:w="1233"/>
        <w:gridCol w:w="1233"/>
      </w:tblGrid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姓名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证件号码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录取类别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录取院系名称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录取专业代码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录取专业名称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备注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曾梓妍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4451****4264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机械与能源工程系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080500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材料科学与工程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陈重晓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4409****6292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机械与能源工程系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080500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材料科学与工程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陈壮嘉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4405****0718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机械与能源工程系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080500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材料科学与工程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范昊杰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4405****6038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机械与能源工程系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080500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材料科学与工程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管文煜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3707****201X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机械与能源工程系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080500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材料科学与工程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郭宇航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4310****1535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机械与能源工程系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080500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材料科学与工程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李昱霖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4414****1574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机械与能源工程系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080500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材料科学与工程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秦志强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3416****1510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机械与能源工程系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080500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材料科学与工程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汤新宇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3607****2411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机械与能源工程系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080500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材料科学与工程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涂思敏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4405****3584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机械与能源工程系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080500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材料科学与工程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王文帅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4105****0030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机械与能源工程系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080500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材料科学与工程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张锦泽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4105****0076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机械与能源工程系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080500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材料科学与工程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张科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3412****8170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机械与能源工程系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080500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材料科学与工程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朱田波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4114****3312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机械与能源工程系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080500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材料科学与工程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李阳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2113****001X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机械与能源工程系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085500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机械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孙乐妍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4201****1025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机械与能源工程系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085500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机械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唐远东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4308****3113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机械与能源工程系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085500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机械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滕灿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4331****1522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机械与能源工程系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085500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机械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田雨薇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4206****0546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机械与能源工程系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085500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机械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叶永恩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4401****5634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机械与能源工程系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085500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机械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袁学辉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4401****1714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机械与能源工程系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085500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机械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蔡文钰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4418****7441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机械与能源工程系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0801Z1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智能制造与机器人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曹子昂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3601****6010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机械与能源工程系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0801Z1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智能制造与机器人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曾嘉乐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4305****3368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机械与能源工程系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0801Z1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智能制造与机器人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陈弘斌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6542****0718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机械与能源工程系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0801Z1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智能制造与机器人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陈嘉祺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3310****4478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机械与能源工程系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0801Z1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智能制造与机器人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都书洋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3707****1814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机械与能源工程系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0801Z1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智能制造与机器人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杜天佑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4305****0713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机械与能源工程系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0801Z1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智能制造与机器人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冯佳敏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3609****041X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机械与能源工程系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0801Z1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智能制造与机器人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何贤勇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4408****3930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机械与能源工程系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0801Z1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智能制造与机器人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胡美棋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3610****3510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机械与能源工程系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0801Z1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智能制造与机器人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黄耀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4304****0032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机械与能源工程系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0801Z1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智能制造与机器人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黄芷瑜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4401****6526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机械与能源工程系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0801Z1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智能制造与机器人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阚程驰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4113****2337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机械与能源工程系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0801Z1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智能制造与机器人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李威毅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4452****185X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机械与能源工程系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0801Z1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智能制造与机器人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林烨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4405****8515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机械与能源工程系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0801Z1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智能制造与机器人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刘学杪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3424****0910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机械与能源工程系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0801Z1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智能制造与机器人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刘志超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1301****5517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机械与能源工程系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0801Z1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智能制造与机器人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马瀚卿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2201****4611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机械与能源工程系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0801Z1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智能制造与机器人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宁文菲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4418****6928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机械与能源工程系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0801Z1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智能制造与机器人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牛豫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2110****0115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机械与能源工程系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0801Z1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智能制造与机器人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孙皓天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4403****1531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机械与能源工程系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0801Z1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智能制造与机器人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王海潮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4403****8215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机械与能源工程系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0801Z1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智能制造与机器人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王志远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4113****0053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</w:tbl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本段为南方科技大学2026级推免生（含直博生）拟录取名单，涉及计算机科学与工程系、生物医学工程系、地球与空间科学系、创新创业学院、医学院等院系，录取类别包括硕士和直博生，学习方式均为全日制。名单按院系、专业代码及录取类别排列，部分学生备注为“国优计划”或“工程硕博士专项”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八、计算机科学与工程系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硕士，专业代码081200，专业名称计算机科学与技术，共47人：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边越、陈乐祺（国优计划）、陈泽南、丁昊天、方磊、冯秋皓、冯照航、冯梓桐、龚浚哲、何佳轩、何林翰（国优计划）、孔智泉、李昊东、李嘉霖、林易成、刘洪玮（国优计划）、刘一凡、路广辉、秦恺通、舒飏（国优计划）、苏宇清、谭静（国优计划）、田文涛、涂峻绫、汪汇、汪鑫、王玺华、王奕非、王赵融杰、王梓硕、温云翔（国优计划）、吴同馨、徐东（国优计划）、徐剑儒、袁龙（国优计划）、张倍诚、张超、张柬禾、张声涛、张天奕、张梓帆、章恒谦、赵子悦、钟林然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直博生，专业代码085400，专业名称电子信息，备注工程硕博士专项，共4人：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蔡骐骏、陈峙安、吴思锐、于斯瑶。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直博生，专业代码081200，专业名称计算机科学与技术，共3人：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李容川、李奕含、欧阳文柯。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九、生物医学工程系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硕士，专业代码085400，专业名称电子信息，共13人：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蔡宗烨、陈涵、陈思彤（工程硕博士专项）、陈奕欢、何紫阳、胡艺欣（工程硕博士专项）、黄悦蓁、林丛榕、林钰贵（工程硕博士专项）、刘泽楠、唐仁义、王诗为、杨俊宝。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硕士，专业代码083100，专业名称生物医学工程，共27人：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陈超盛、陈慧敏、陈佳博、谷雨晴、关依林、何晓伟、黄霭淘、林思明、刘炫威、刘彦彤、马铭宣、苏诗越、覃子易、汤舒婧、田佰灵、王亦煊、谢骁健、徐杰、徐致远、杨思齐、叶宸麟、叶紫桐、殷睿昕、苑长琦、赵敏轩、郑琦、朱耿岚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硕士，专业代码086000，专业名称生物与医药，共4人：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黄晓晴、李梦如、罗雪、马嘉豪。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十、地球与空间科学系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硕士，专业代码070800，专业名称地球物理学，共21人：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白晨熹、曹春潮、樊佳璐、冯志远、关植文、贺明淏、林心悦、林壹、刘佳庚、刘依水、罗煌安、沈昶任、粟朗诺、谭华强、魏煜、温利泉、杨明勇、张嘉伟、张泉怡、张善宁、周艺。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硕士，专业代码085400，专业名称电子信息，备注工程硕博士专项，共2人：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康家乐、罗雨涵。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直博生，专业代码070800，专业名称地球物理学，共1人：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简迅。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七、创新创业学院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硕士，专业代码085600，专业名称材料与化工，共7人：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范佳伟、郭亚玲、黄子锐、史国帅（工程硕博士专项）、谭正鑫、吴晨、赵琪（工程硕博士专项）。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硕士，专业代码085400，专业名称电子信息，共2人：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高宇辰、李路田。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五、医学院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硕士，专业代码105100，专业名称临床医学，共5人：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丁开、付善妮、蒋妮真、刘敏琪、潘莉莉。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六、名单明细表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233"/>
        <w:gridCol w:w="1233"/>
        <w:gridCol w:w="1233"/>
        <w:gridCol w:w="1233"/>
        <w:gridCol w:w="1233"/>
        <w:gridCol w:w="1233"/>
        <w:gridCol w:w="1233"/>
      </w:tblGrid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姓名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证件号码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录取类别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录取院系名称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录取专业代码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录取专业名称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备注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边越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1307****6027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计算机科学与工程系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081200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计算机科学与技术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陈乐祺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4405****5563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计算机科学与工程系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081200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计算机科学与技术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国优计划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陈泽南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4403****2793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计算机科学与工程系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081200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计算机科学与技术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丁昊天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4402****6419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计算机科学与工程系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081200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计算机科学与技术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方磊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4306****0134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计算机科学与工程系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081200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计算机科学与技术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冯秋皓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4310****0512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计算机科学与工程系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081200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计算机科学与技术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冯照航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3303****0050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计算机科学与工程系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081200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计算机科学与技术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冯梓桐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5101****0099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计算机科学与工程系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081200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计算机科学与技术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龚浚哲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4401****4512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计算机科学与工程系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081200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计算机科学与技术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何佳轩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3625****0038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计算机科学与工程系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081200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计算机科学与技术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何林翰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4521****0018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计算机科学与工程系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081200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计算机科学与技术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国优计划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孔智泉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4106****0014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计算机科学与工程系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081200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计算机科学与技术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李昊东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3303****3617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计算机科学与工程系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081200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计算机科学与技术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李嘉霖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4113****3015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计算机科学与工程系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081200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计算机科学与技术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林易成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3311****0010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计算机科学与工程系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081200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计算机科学与技术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刘洪玮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1101****151X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计算机科学与工程系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081200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计算机科学与技术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国优计划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刘一凡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3702****8636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计算机科学与工程系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081200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计算机科学与技术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路广辉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3715****0719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计算机科学与工程系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081200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计算机科学与技术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秦恺通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4102****0030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计算机科学与工程系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081200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计算机科学与技术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舒飏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3308****501X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计算机科学与工程系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081200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计算机科学与技术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国优计划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苏宇清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4311****0077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计算机科学与工程系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081200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计算机科学与技术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谭静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4412****5220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计算机科学与工程系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081200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计算机科学与技术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国优计划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田文涛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5203****0071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计算机科学与工程系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081200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计算机科学与技术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涂峻绫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5115****0018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计算机科学与工程系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081200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计算机科学与技术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汪汇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3101****9032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计算机科学与工程系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081200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计算机科学与技术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汪鑫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3606****9017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计算机科学与工程系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081200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计算机科学与技术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王玺华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2102****2218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计算机科学与工程系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081200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计算机科学与技术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王奕非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4201****5518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计算机科学与工程系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081200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计算机科学与技术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王赵融杰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4301****1057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计算机科学与工程系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081200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计算机科学与技术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王梓硕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2110****2011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计算机科学与工程系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081200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计算机科学与技术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温云翔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1502****0013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计算机科学与工程系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081200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计算机科学与技术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国优计划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吴同馨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3401****3027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计算机科学与工程系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081200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计算机科学与技术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徐东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4601****1513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计算机科学与工程系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081200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计算机科学与技术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国优计划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徐剑儒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3303****7910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计算机科学与工程系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081200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计算机科学与技术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袁龙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2224****5210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计算机科学与工程系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081200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计算机科学与技术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国优计划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张倍诚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1427****1611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计算机科学与工程系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081200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计算机科学与技术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张超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4115****6012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计算机科学与工程系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081200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计算机科学与技术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张柬禾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3713****1616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计算机科学与工程系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081200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计算机科学与技术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张声涛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3509****0054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计算机科学与工程系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081200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计算机科学与技术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张天奕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3201****3659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计算机科学与工程系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081200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计算机科学与技术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张梓帆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4405****2632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计算机科学与工程系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081200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计算机科学与技术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章恒谦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3418****401X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计算机科学与工程系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081200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计算机科学与技术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赵子悦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4301****051X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计算机科学与工程系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081200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计算机科学与技术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钟林然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5330****0348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计算机科学与工程系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081200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计算机科学与技术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蔡骐骏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5117****0017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直博生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计算机科学与工程系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085400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电子信息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工程硕博士专项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陈峙安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3201****0019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直博生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计算机科学与工程系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085400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电子信息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工程硕博士专项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吴思锐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5101****005X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直博生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计算机科学与工程系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085400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电子信息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工程硕博士专项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于斯瑶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1502****0924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直博生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计算机科学与工程系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085400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电子信息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工程硕博士专项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李容川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3701****4935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直博生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计算机科学与工程系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081200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计算机科学与技术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李奕含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1101****541X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直博生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计算机科学与工程系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081200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计算机科学与技术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欧阳文柯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5001****7012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直博生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计算机科学与工程系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081200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计算机科学与技术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蔡宗烨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5222****0414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生物医学工程系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085400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电子信息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陈涵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3303****631X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生物医学工程系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085400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电子信息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陈思彤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4109****0104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生物医学工程系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085400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电子信息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工程硕博士专项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陈奕欢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4452****1314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生物医学工程系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085400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电子信息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何紫阳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4213****4229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生物医学工程系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085400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电子信息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胡艺欣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3605****0461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生物医学工程系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085400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电子信息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工程硕博士专项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黄悦蓁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4301****0022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生物医学工程系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085400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电子信息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林丛榕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3303****0025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生物医学工程系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085400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电子信息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林钰贵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4405****221X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生物医学工程系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085400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电子信息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工程硕博士专项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刘泽楠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3506****7233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生物医学工程系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085400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电子信息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唐仁义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4106****101X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生物医学工程系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085400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电子信息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王诗为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2111****2310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生物医学工程系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085400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电子信息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杨俊宝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4452****5016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生物医学工程系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085400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电子信息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陈超盛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4412****7037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生物医学工程系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083100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生物医学工程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陈慧敏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4452****3068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生物医学工程系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083100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生物医学工程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陈佳博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4451****4535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生物医学工程系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083100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生物医学工程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谷雨晴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1502****2742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生物医学工程系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083100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生物医学工程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关依林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3708****0049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生物医学工程系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083100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生物医学工程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何晓伟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4115****0032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生物医学工程系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083100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生物医学工程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黄霭淘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4401****6625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生物医学工程系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083100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生物医学工程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林思明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4401****2310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生物医学工程系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083100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生物医学工程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刘炫威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4407****3012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生物医学工程系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083100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生物医学工程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刘彦彤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1411****0086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生物医学工程系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083100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生物医学工程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马铭宣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1301****7616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生物医学工程系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083100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生物医学工程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苏诗越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2101****401X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生物医学工程系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083100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生物医学工程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覃子易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5301****0319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生物医学工程系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083100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生物医学工程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汤舒婧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3206****1229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生物医学工程系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083100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生物医学工程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田佰灵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1307****562X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生物医学工程系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083100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生物医学工程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王亦煊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4108****0115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生物医学工程系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083100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生物医学工程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谢骁健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3507****0812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生物医学工程系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083100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生物医学工程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徐杰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3201****5658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生物医学工程系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083100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生物医学工程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徐致远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3401****2616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生物医学工程系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083100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生物医学工程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杨思齐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3501****1600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生物医学工程系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083100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生物医学工程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叶宸麟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3310****5914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生物医学工程系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083100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生物医学工程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叶紫桐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4407****6021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生物医学工程系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083100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生物医学工程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殷睿昕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4406****344X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生物医学工程系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083100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生物医学工程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苑长琦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1305****6931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生物医学工程系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083100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生物医学工程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赵敏轩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4412****3579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生物医学工程系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083100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生物医学工程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郑琦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4403****0013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生物医学工程系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083100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生物医学工程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朱耿岚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3508****0035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生物医学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</w:tbl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本段为南方科技大学2026级推免生（含直博生）拟录取名单的连续片段，涉及创新创业学院、医学院、深港微电子学院、自动化与智能制造学院、统计与数据科学系等单位，录取类别分为硕士与直博生，备注中标注“工程硕博士专项”。名单按“姓名、证件号码、录取类别、录取院系名称、录取专业代码、录取专业名称、备注”字段排列，证件号码均作脱敏处理（中间四位以****代替）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八、创新创业学院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赵琪，5106****8328，硕士，创新创业学院，085600，材料与化工，工程硕博士专项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高宇辰，4414****1018，硕士，创新创业学院，085400，电子信息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李路田，1304****5413，硕士，创新创业学院，085400，电子信息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九、医学院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临床医学（105100，硕士）：丁开（4309****811X）、付善妮（4203****0069）、蒋妮真（5117****0040）、刘敏琪（1411****0141）、潘莉莉（4409****684X）、谭文洁（4103****4520）、杨甜甜（4305****100X）、张川婷（5224****5280），共8人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生物学（071000，硕士）：曾诗诗（4212****4727）、陈欣婷（4452****0026）、程堉（4111****0164）、崔皓涵（4401****1511）、翟武迪（3713****2112）、范义浩（3601****8738）、冯煜桐（4401****7222）、符爱涌（1406****4522）、付敏（6224****1227）、何欣颖（4503****1226）、何应辉（4228****0437）、贺玟萱（3604****1144）、黄镕杰（4405****1319）、黄文倩（5109****0287）、贾新颖（4105****0101）、李华婷（4408****1925）、李全全（4290****5115）、李翔宇（4116****1217）、李小能（4416****3315）、李瑶（4402****5320）、梁妍越（1410****0189）、林鹭媛（3506****1106）、林梓达（4451****5657）、刘舒琪（3624****0022）、罗裔宵（4402****4012）、覃炎烽（4210****8818）、田帆（4331****0045）、汪子怡（4210****5365）、吴芊慧（4408****0624）、谢佳慧（4113****2543）、杨心怡（4408****3228）、姚博文（4307****0079）、叶恒延（4507****092X）、余施妍（4406****4224）、虞雅婷（4301****1027）、岳睿敏（4305****4528）、张佳敏（6227****0026）、张仁侠（3622****0513）、张庭瑞（3207****0014）、张滢月（1410****0045）、张原浦（4111****0212）、郑瑾禧（4452****5928）、周柳宏（4401****6723），共43人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生物与医药（086000，硕士）：胡若怡（3508****1548），工程硕博士专项，共1人。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直博生：尹宇涛（4105****9750），临床医学（100200）；王紫璐（1502****3922），生物学（071000）；郑涵予（4405****0628），生物学（071000），共3人。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十、深港微电子学院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集成电路工程（085403，硕士）：安馨（4209****4226）、丁宇轩（2102****6016）、范荣佳（4405****1312）、梁瑞健（4409****2013）、梁小龙（1527****0315）、刘圳钰（4108****0142）、罗通宇（4408****1814）、王意铭（3209****8317）、于勃锐（3701****5877）、张业淋（4417****3317），共10人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集成电路科学与工程（087300，硕士）：曹致远（4407****6915）、曾伟勋（4402****2614）、陈倩（3303****6108）、郭一凡（4105****0182）、黄郅钦（5201****5418）、李轩宇（4403****1515）、李奕萱（3708****1121）、廖黄荪（4526****0718）、刘慧英（4105****014X）、刘骁（2201****0613）、刘玉标（4109****0619）、庞瑜耿（4509****6095）、唐浩天（5101****0016）、陶昕阳（1304****301X）、汪子睿（3407****0014）、吴永福（3717****3992）、邢孙鹏贺（1301****5730）、杨淋渊（5104****5518）、姚弈舟（5110****004X）、游明博（3506****403X）、张拓元（4403****4817）、张扬（5134****0633）、郑思源（3303****4338）、钟兴华（4401****1535）、邹仲煊（4414****6034），共25人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电子信息（085400，直博生）：李明亮（3607****1251）、林正予（3624****3033）、姚宇铭（4405****0018）、张天宇（3401****1516），均为工程硕博士专项，共4人。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集成电路科学与工程（087300，直博生）：冯建哲（3715****5231）、刘光夏（3710****0052），共2人。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七、自动化与智能制造学院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电子信息（085400，硕士）：曾焕明（4451****7317）、胡翰泓（4452****0019），均为工程硕博士专项，共2人。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工业设计工程（085507，硕士）：廖俊哲（4301****3015）、柳秦璇（3602****652X）、孙点点（3710****8821）、吴尚鸿（4409****1411）、赵珮岑（5201****1621），共5人。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控制科学与工程（081100，硕士）：曾柏霖（4409****5713）、曾昶文（4402****0015）、陈维瑞（3504****0012）、陈子若（4114****1848）、陈尊佳（4405****4632）、丁若愚（5001****3841）、董瑞麟（4301****0312）、冯靖深（4409****0758）、高鼎凯（1424****0037）、龚子利（4401****405X）、李硕（2301****4810）、林恒毅（4416****0470）、刘清影（4309****5421）、刘天行（2101****1839）、刘心刚（4406****4314）、刘洵（4406****009X）、吕岑玥（3306****1687）、石岩松（1306****0016）、石易平（2107****3816）、万力行（5101****6456）、王昀筱（4103****7538）、吴丰杨（4403****6918）、谢耀纬（5107****9355）、有擎翰（4206****2918）、张楷雨（4409****7333）、张天翼（1307****0638）、郑圆浩（3303****3010），共27人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直博生：林伟浩（4408****291X），电子信息（085400），工程硕博士专项；王博彬（4503****2511），电子信息（085400），工程硕博士专项；翟新宇（3205****4516），控制科学与工程（081100）；熊宏伟（4115****5138），控制科学与工程（081100），共4人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五、统计与数据科学系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计算机科学与技术（081200，硕士）：蔡立焜（4415****273X）、刘锦达（4416****4413）、申家豪（5301****2613）、徐锦焜（证件号码未显示完整），共4人。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六、名单字段与说明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名单表头字段为：姓名、证件号码、录取类别、录取院系名称、录取专业代码、录取专业名称、备注。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录取类别包括硕士、直博生；备注中标注“工程硕博士专项”。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本段未出现排名或评分方式、公示期信息。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本段为南方科技大学2026级推免生（含直博生）拟录取名单的一部分，共涉及拟录取学生 100 人。录取类别分为硕士与直博生两类，录取院系包括自动化与智能制造学院、统计与数据科学系、创新创意设计学院、公共卫生及应急管理学院、国家卓越工程师学院。录取专业涵盖电子信息、控制科学与工程、计算机科学与技术、数学、工业设计工程、智能制造与机器人、管理科学与工程、生物学、生物医学工程、生物与医药、材料与化工、机械等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八、自动化与智能制造学院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直博生 3 人：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439"/>
        <w:gridCol w:w="1439"/>
        <w:gridCol w:w="1439"/>
        <w:gridCol w:w="1439"/>
        <w:gridCol w:w="1439"/>
        <w:gridCol w:w="1439"/>
      </w:tblGrid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姓名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证件号码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录取类别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录取院系名称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录取专业代码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录取专业名称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王博彬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4503****2511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直博生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自动化与智能制造学院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085400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电子信息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翟新宇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3205****4516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直博生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自动化与智能制造学院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081100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控制科学与工程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熊宏伟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4115****5138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直博生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自动化与智能制造学院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081100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控制科学与工程</w:t>
            </w:r>
          </w:p>
        </w:tc>
      </w:tr>
    </w:tbl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九、统计与数据科学系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硕士 17 人：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439"/>
        <w:gridCol w:w="1439"/>
        <w:gridCol w:w="1439"/>
        <w:gridCol w:w="1439"/>
        <w:gridCol w:w="1439"/>
        <w:gridCol w:w="1439"/>
      </w:tblGrid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姓名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证件号码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录取类别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录取院系名称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录取专业代码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录取专业名称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蔡立焜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4415****273X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统计与数据科学系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081200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计算机科学与技术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刘锦达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4416****4413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统计与数据科学系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081200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计算机科学与技术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申家豪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5301****2613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统计与数据科学系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081200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计算机科学与技术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徐锦焜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3302****2012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统计与数据科学系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081200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计算机科学与技术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徐璇喆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3702****3030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统计与数据科学系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081200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计算机科学与技术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曾扬焰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4313****0070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统计与数据科学系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070100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数学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冯乐瑶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4404****9161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统计与数据科学系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070100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数学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孔令旭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3210****5254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统计与数据科学系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070100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数学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刘俊贤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5223****0417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统计与数据科学系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070100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数学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刘肇凯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3702****0912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统计与数据科学系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070100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数学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罗嘉丽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4412****2821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统计与数据科学系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070100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数学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彭雨欣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4301****3242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统计与数据科学系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070100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数学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邵研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4201****1017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统计与数据科学系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070100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数学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王伟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3303****2014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统计与数据科学系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070100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数学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杨倩羽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3210****0846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统计与数据科学系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070100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数学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张欣雨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4105****0020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统计与数据科学系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070100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数学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刘小寒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1301****5112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直博生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统计与数据科学系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070100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数学</w:t>
            </w:r>
          </w:p>
        </w:tc>
      </w:tr>
    </w:tbl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直博生 4 人：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439"/>
        <w:gridCol w:w="1439"/>
        <w:gridCol w:w="1439"/>
        <w:gridCol w:w="1439"/>
        <w:gridCol w:w="1439"/>
        <w:gridCol w:w="1439"/>
      </w:tblGrid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姓名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证件号码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录取类别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录取院系名称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录取专业代码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录取专业名称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杨璐祯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1304****0043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直博生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统计与数据科学系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081200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计算机科学与技术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付垚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5321****1762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直博生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统计与数据科学系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081200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计算机科学与技术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童禹昂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4302****0091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直博生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统计与数据科学系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070100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数学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刘涵月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1310****0526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直博生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统计与数据科学系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070100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数学</w:t>
            </w:r>
          </w:p>
        </w:tc>
      </w:tr>
    </w:tbl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十、创新创意设计学院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硕士 13 人：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439"/>
        <w:gridCol w:w="1439"/>
        <w:gridCol w:w="1439"/>
        <w:gridCol w:w="1439"/>
        <w:gridCol w:w="1439"/>
        <w:gridCol w:w="1439"/>
      </w:tblGrid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姓名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证件号码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录取类别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录取院系名称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录取专业代码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录取专业名称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牛文可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4101****0087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创新创意设计学院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085507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工业设计工程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任蕊婷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5101****2529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创新创意设计学院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085507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工业设计工程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施汀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3204****4123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创新创意设计学院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085507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工业设计工程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许跃骞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4101****0257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创新创意设计学院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085507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工业设计工程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张桂萌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4408****2924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创新创意设计学院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085507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工业设计工程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周文皓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3702****0021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创新创意设计学院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085507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工业设计工程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陈小川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4403****1311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创新创意设计学院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081200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计算机科学与技术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董廷霄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3705****0036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创新创意设计学院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081200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计算机科学与技术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史卓宇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1304****0617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创新创意设计学院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081200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计算机科学与技术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徐襄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4201****6627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创新创意设计学院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081200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计算机科学与技术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高雅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4301****3328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创新创意设计学院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0801Z1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智能制造与机器人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吕俊纬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6101****3515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创新创意设计学院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0801Z1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智能制造与机器人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陶秋凤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4304****0266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创新创意设计学院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0801Z1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智能制造与机器人</w:t>
            </w:r>
          </w:p>
        </w:tc>
      </w:tr>
    </w:tbl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七、公共卫生及应急管理学院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硕士 13 人：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439"/>
        <w:gridCol w:w="1439"/>
        <w:gridCol w:w="1439"/>
        <w:gridCol w:w="1439"/>
        <w:gridCol w:w="1439"/>
        <w:gridCol w:w="1439"/>
      </w:tblGrid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姓名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证件号码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录取类别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录取院系名称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录取专业代码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录取专业名称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王贤慧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5105****8029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公共卫生及应急管理学院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120100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管理科学与工程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宾萱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4303****0024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公共卫生及应急管理学院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120100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管理科学与工程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陈子妍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4405****0026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公共卫生及应急管理学院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071000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生物学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宋美莹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2103****3120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公共卫生及应急管理学院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071000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生物学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王宇颖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4409****4083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公共卫生及应急管理学院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071000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生物学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郑学斌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4405****4114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公共卫生及应急管理学院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071000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生物学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邹江晖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4406****0011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公共卫生及应急管理学院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071000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生物学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邹语欣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4403****1328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公共卫生及应急管理学院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071000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生物学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梁恩琦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4509****1264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公共卫生及应急管理学院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083100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生物医学工程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闫静文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3416****0643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公共卫生及应急管理学院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083100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生物医学工程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杨猛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4306****0156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公共卫生及应急管理学院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083100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生物医学工程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孙灿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4201****5521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公共卫生及应急管理学院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086000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生物与医药</w:t>
            </w:r>
          </w:p>
        </w:tc>
      </w:tr>
    </w:tbl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五、国家卓越工程师学院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硕士 47 人：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439"/>
        <w:gridCol w:w="1439"/>
        <w:gridCol w:w="1439"/>
        <w:gridCol w:w="1439"/>
        <w:gridCol w:w="1439"/>
        <w:gridCol w:w="1439"/>
      </w:tblGrid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姓名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证件号码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录取类别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录取院系名称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录取专业代码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录取专业名称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蔡琦峰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3310****9318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国家卓越工程师学院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085600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材料与化工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崔田枫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4210****2935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国家卓越工程师学院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085600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材料与化工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黄建铭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4404****9092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国家卓越工程师学院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085600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材料与化工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陈灿阳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4451****4813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国家卓越工程师学院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085400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电子信息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陈麒为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4301****1016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国家卓越工程师学院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085400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电子信息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陈涛虞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4521****3137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国家卓越工程师学院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085400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电子信息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成佳磊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1306****2278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国家卓越工程师学院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085400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电子信息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邓万果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4412****5735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国家卓越工程师学院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085400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电子信息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冯俊玮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4417****1716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国家卓越工程师学院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085400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电子信息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郭厚君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4307****017X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国家卓越工程师学院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085400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电子信息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黄烁韩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4405****0015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国家卓越工程师学院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085400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电子信息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姜子琪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3207****0515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国家卓越工程师学院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085400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电子信息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李嘉言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4403****0021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国家卓越工程师学院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085400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电子信息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李志天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3303****0959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国家卓越工程师学院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085400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电子信息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林山小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4403****0412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国家卓越工程师学院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085400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电子信息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林绍阳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3505****0012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国家卓越工程师学院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085400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电子信息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刘炜坚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4414****0970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国家卓越工程师学院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085400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电子信息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刘宇舟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4302****051X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国家卓越工程师学院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085400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电子信息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卢坤标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4452****4919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国家卓越工程师学院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085400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电子信息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卢依芳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4419****658X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国家卓越工程师学院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085400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电子信息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马圣钧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4526****0011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国家卓越工程师学院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085400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电子信息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缪韵诗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6101****1625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国家卓越工程师学院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085400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电子信息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聂家政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3717****5754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国家卓越工程师学院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085400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电子信息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戚起宁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4505****8752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国家卓越工程师学院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085400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电子信息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齐奥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3402****0670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国家卓越工程师学院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085400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电子信息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裘成虎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4115****0016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国家卓越工程师学院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085400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电子信息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史高圆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3407****5423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国家卓越工程师学院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085400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电子信息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苏睿熹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4451****1934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国家卓越工程师学院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085400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电子信息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王硕涵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3710****9317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国家卓越工程师学院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085400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电子信息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温锦松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3607****2915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国家卓越工程师学院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085400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电子信息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谢雨欣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1304****2712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国家卓越工程师学院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085400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电子信息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徐一恒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1305****0554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国家卓越工程师学院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085400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电子信息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杨泽栋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4201****2414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国家卓越工程师学院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085400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电子信息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张喆烨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5111****0015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国家卓越工程师学院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085400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电子信息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张铸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3414****4416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国家卓越工程师学院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085400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电子信息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周杰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3405****5217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国家卓越工程师学院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085400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电子信息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周子恒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4201****121X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国家卓越工程师学院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085400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电子信息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周子善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4304****0497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国家卓越工程师学院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085400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电子信息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朱国泰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3717****2415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国家卓越工程师学院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085400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电子信息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朱泽洋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4503****0024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国家卓越工程师学院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085400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电子信息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曹钧尧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4202****0419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国家卓越工程师学院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085500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机械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刘天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4304****0755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国家卓越工程师学院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085500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机械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马世方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3506****4535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国家卓越工程师学院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085500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机械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王传治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5104****4317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国家卓越工程师学院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085500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机械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王陶然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1301****0332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国家卓越工程师学院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085500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机械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王武恒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5201****0410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国家卓越工程师学院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085500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机械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王一梁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3207****0039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国家卓越工程师学院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085500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机械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王者也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3601****481X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国家卓越工程师学院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085500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机械</w:t>
            </w:r>
          </w:p>
        </w:tc>
      </w:tr>
    </w:tbl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直博生 7 人：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439"/>
        <w:gridCol w:w="1439"/>
        <w:gridCol w:w="1439"/>
        <w:gridCol w:w="1439"/>
        <w:gridCol w:w="1439"/>
        <w:gridCol w:w="1439"/>
      </w:tblGrid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姓名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证件号码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录取类别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录取院系名称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录取专业代码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录取专业名称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李明达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2101****4634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直博生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国家卓越工程师学院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085600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材料与化工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王怡敏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4310****5760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直博生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国家卓越工程师学院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085600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材料与化工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张和平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4107****191X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直博生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国家卓越工程师学院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085600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材料与化工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卢海滨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3701****5756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直博生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国家卓越工程师学院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085400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电子信息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吴嘉铭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3717****5374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直博生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国家卓越工程师学院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085400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电子信息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周佳涛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3714****1577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直博生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国家卓越工程师学院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085400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电子信息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徐菡阳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5111****0015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直博生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国家卓越工程师学院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085500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机械</w:t>
            </w:r>
          </w:p>
        </w:tc>
      </w:tr>
    </w:tbl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六、说明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本段名单为南方科技大学2026级推免生（含直博生）拟录取名单的组成部分，名单表头为：姓名、证件号码、录取类别、录取院系名称、录取专业代码、录取专业名称、备注。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本段共涉及拟录取 100 人，其中硕士 90 人、直博生 10 人。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本段未包含排名或评分方式、公示期信息。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八、拟录取名单概况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本段为南方科技大学2026级推免生（含直博生）拟录取名单，涵盖国家卓越工程师学院、数学系、物理系、化学系、生命科学学院、电子与电气工程系等院系，录取类别包括硕士和直博生，学习方式为推免。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九、各院系拟录取明细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国家卓越工程师学院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233"/>
        <w:gridCol w:w="1233"/>
        <w:gridCol w:w="1233"/>
        <w:gridCol w:w="1233"/>
        <w:gridCol w:w="1233"/>
        <w:gridCol w:w="1233"/>
        <w:gridCol w:w="1233"/>
      </w:tblGrid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姓名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证件号码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录取类别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录取院系名称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录取专业代码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录取专业名称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备注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李明达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2101****4634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直博生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国家卓越工程师学院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085600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材料与化工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王怡敏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4310****5760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直博生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国家卓越工程师学院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085600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材料与化工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张和平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4107****191X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直博生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国家卓越工程师学院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085600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材料与化工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卢海滨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3701****5756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直博生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国家卓越工程师学院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085400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电子信息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吴嘉铭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3717****5374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直博生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国家卓越工程师学院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085400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电子信息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周佳涛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3714****1577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直博生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国家卓越工程师学院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085400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电子信息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徐菡阳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5111****0015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直博生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国家卓越工程师学院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085500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机械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</w:tbl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数学系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233"/>
        <w:gridCol w:w="1233"/>
        <w:gridCol w:w="1233"/>
        <w:gridCol w:w="1233"/>
        <w:gridCol w:w="1233"/>
        <w:gridCol w:w="1233"/>
        <w:gridCol w:w="1233"/>
      </w:tblGrid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姓名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证件号码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录取类别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录取院系名称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录取专业代码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录取专业名称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备注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柴浩博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3705****0038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数学系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070100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数学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陈海杜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4453****3717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数学系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070100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数学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陈浩阳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4407****3915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数学系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070100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数学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程锦睿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4201****8417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数学系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070100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数学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国优计划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程政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3604****0059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数学系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070100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数学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邓栋元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4527****271X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数学系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070100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数学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国优计划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冯松宇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3310****0151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数学系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070100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数学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干俊涵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3412****083X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数学系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070100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数学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龚相宇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5001****0216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数学系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070100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数学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龚佑康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3205****3811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数学系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070100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数学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国优计划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华万皓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3202****0416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数学系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070100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数学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黄启睿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4401****2410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数学系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070100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数学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黄雯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3607****7033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数学系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070100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数学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黄一夫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4413****3618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数学系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070100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数学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国优计划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金仁良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3303****0857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数学系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070100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数学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李健彬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4419****0910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数学系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070100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数学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李力涛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4401****3314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数学系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070100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数学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刘东航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2101****5513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数学系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070100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数学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卢启睿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4401****2314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数学系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070100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数学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潘韦烨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4413****6923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数学系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070100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数学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邱俊晰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4403****8119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数学系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070100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数学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沙天伟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3405****021X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数学系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070100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数学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国优计划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沈博翰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3301****401X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数学系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070100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数学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谭文瀚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4201****5019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数学系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070100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数学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国优计划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唐祎亮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4303****0173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数学系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070100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数学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陶徐添石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3205****1713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数学系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070100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数学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涂峻旗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5115****0077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数学系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070100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数学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国优计划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王海粼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5001****0653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数学系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070100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数学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韦媛元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4420****0046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数学系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070100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数学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魏基宁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3703****1011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数学系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070100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数学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国优计划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吴福城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3303****3318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数学系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070100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数学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应浩然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3310****0078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数学系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070100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数学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国优计划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李晶阳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5117****2018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直博生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数学系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070100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数学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李明昊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6541****1199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直博生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数学系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070100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数学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吕康禾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5332****0033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直博生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数学系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070100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数学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王秉鑫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2201****2110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直博生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数学系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070100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数学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</w:tbl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物理系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233"/>
        <w:gridCol w:w="1233"/>
        <w:gridCol w:w="1233"/>
        <w:gridCol w:w="1233"/>
        <w:gridCol w:w="1233"/>
        <w:gridCol w:w="1233"/>
        <w:gridCol w:w="1233"/>
      </w:tblGrid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姓名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证件号码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录取类别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录取院系名称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录取专业代码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录取专业名称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备注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蔡心如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4409****4328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物理系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070200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物理学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陈沛安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3307****0019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物理系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070200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物理学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国优计划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初沣朔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2301****4513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物理系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070200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物理学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崔凯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1301****061X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物理系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070200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物理学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邓永舜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3703****1712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物理系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070200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物理学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董文庆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3623****2412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物理系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070200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物理学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段宗辰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3701****7712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物理系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070200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物理学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范修豪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5107****0758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物理系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070200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物理学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高茂林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4309****8117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物理系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070200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物理学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韩子康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4104****5571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物理系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070200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物理学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胡培真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4452****1888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物理系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070200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物理学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李航宇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4304****0071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物理系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070200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物理学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梁晨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4110****4032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物理系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070200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物理学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刘恭文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4304****0033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物理系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070200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物理学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刘奕婷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5301****2721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物理系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070200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物理学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卢盛平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4310****521X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物理系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070200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物理学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罗逸航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4209****2430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物理系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070200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物理学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茆宇浩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3401****7695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物理系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070200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物理学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潘培杰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4416****4710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物理系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070200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物理学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曲晓飞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1305****3910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物理系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070200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物理学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佘天健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4405****4619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物理系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070200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物理学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谭永钦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4453****1771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物理系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070200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物理学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王晟戎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4418****8512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物理系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070200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物理学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王登昱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1401****351X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物理系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070200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物理学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王一鑫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6205****0412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物理系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070200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物理学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工程硕博士专项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王子龙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1427****3315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物理系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070200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物理学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吴嘉怡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4301****1020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物理系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070200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物理学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伍冬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5139****7063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物理系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070200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物理学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熊壬正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4207****0190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物理系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070200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物理学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许舒菲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4600****7027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物理系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070200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物理学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张宝心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4403****2745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物理系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070200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物理学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国优计划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张海钰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4313****0090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物理系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070200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物理学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卓哲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3623****1632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物理系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070200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物理学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王子轩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3301****2612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直博生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物理系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085400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电子信息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工程硕博士专项</w:t>
            </w:r>
          </w:p>
        </w:tc>
      </w:tr>
    </w:tbl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化学系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233"/>
        <w:gridCol w:w="1233"/>
        <w:gridCol w:w="1233"/>
        <w:gridCol w:w="1233"/>
        <w:gridCol w:w="1233"/>
        <w:gridCol w:w="1233"/>
        <w:gridCol w:w="1233"/>
      </w:tblGrid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姓名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证件号码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录取类别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录取院系名称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录取专业代码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录取专业名称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备注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蔡子嫣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3607****0044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化学系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070300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化学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曾欣雨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4115****2124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化学系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070300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化学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陈昊天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3401****1091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化学系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070300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化学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陈乐辉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4452****301X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化学系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070300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化学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陈爽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4107****592X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化学系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070300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化学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陈文静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3408****7224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化学系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070300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化学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陈希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5001****8325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化学系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070300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化学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陈晓睿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4211****582X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化学系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070300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化学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陈晓煜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3703****7620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化学系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070300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化学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陈愉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2110****7822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化学系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070300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化学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陈志远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4203****2010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化学系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070300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化学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程昶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5113****0710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化学系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070300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化学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戴易川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4401****1855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化学系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070300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化学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邓婷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3610****0040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化学系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070300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化学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丁宇俊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3622****0036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化学系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070300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化学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杜文滔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4409****3416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化学系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070300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化学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冯羽飞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3625****0613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化学系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070300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化学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何磊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4307****0015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化学系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070300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化学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胡佩伶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5002****1004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化学系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070300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化学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胡湘林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4307****0105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化学系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070300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化学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胡雪如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4306****0081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化学系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070300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化学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胡杨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3401****6015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化学系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070300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化学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黄依芸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4209****8920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化学系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070300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化学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黄泳斌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4401****0313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化学系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070300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化学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李姝慧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4304****0129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化学系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070300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化学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李想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2302****2523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化学系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070300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化学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李烨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4405****7129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化学系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070300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化学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梁至弘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4401****0010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化学系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070300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化学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国优计划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廖威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4201****3515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化学系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070300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化学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凌佳鑫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1302****0646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化学系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070300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化学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刘嘉懿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3601****1426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化学系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070300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化学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刘琳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3412****1530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化学系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070300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化学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刘星雨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4303****0024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化学系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070300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化学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刘雨桐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4600****7425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化学系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070300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化学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卢为炜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4405****0014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化学系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070300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化学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鲁茸拉姆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5334****1524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化学系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070300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化学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麻青青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3306****162X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化学系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070300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化学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牟烁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2312****0076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化学系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070300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化学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年子丰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3413****0610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化学系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070300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化学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彭向博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4312****0054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化学系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070300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化学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秦玲鸥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5133****0029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化学系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070300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化学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邱图权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4524****4215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化学系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070300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化学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全玉琳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5109****2368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化学系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070300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化学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阮德彪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3408****483X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化学系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070300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化学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汤文康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4306****0013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化学系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070300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化学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国优计划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唐威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3417****5037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化学系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070300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化学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陶龙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5002****4259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化学系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070300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化学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王敬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3508****0424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化学系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070300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化学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韦文静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4508****1464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化学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</w:tbl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本段为南方科技大学2026级推免生（含直博生）拟录取名单，涉及电子与电气工程系、材料科学与工程系两个院系，录取类别分为硕士和直博生两类。名单按“姓名、证件号码、录取类别、录取院系名称、录取专业代码、录取专业名称、备注”字段列示，证件号码均做脱敏处理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八、电子与电气工程系（080900电子科学与技术，录取类别均为硕士）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洪泉生，3623****7134，硕士，电子与电气工程系，080900，电子科学与技术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黄嘉洛，4407****0011，硕士，电子与电气工程系，080900，电子科学与技术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雷天永，4228****1541，硕士，电子与电气工程系，080900，电子科学与技术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李飞燕，3607****4542，硕士，电子与电气工程系，080900，电子科学与技术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5. 李家锐，4407****6618，硕士，电子与电气工程系，080900，电子科学与技术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6. 林锦涛，3505****3773，硕士，电子与电气工程系，080900，电子科学与技术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7. 林芷晴，4407****2528，硕士，电子与电气工程系，080900，电子科学与技术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8. 刘凤娇，4116****3742，硕士，电子与电气工程系，080900，电子科学与技术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9. 刘廷楷，4405****3114，硕士，电子与电气工程系，080900，电子科学与技术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10. 隆行，4301****0014，硕士，电子与电气工程系，080900，电子科学与技术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11. 卢鸿志，4202****4911，硕士，电子与电气工程系，080900，电子科学与技术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12. 吕子轩，1410****015X，硕士，电子与电气工程系，080900，电子科学与技术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13. 孙铭，3212****0412，硕士，电子与电气工程系，080900，电子科学与技术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14. 孙杨洋，4403****6719，硕士，电子与电气工程系，080900，电子科学与技术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15. 唐易凤，4312****0203，硕士，电子与电气工程系，080900，电子科学与技术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16. 王莫涵，3707****426X，硕士，电子与电气工程系，080900，电子科学与技术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17. 王帅迪，4103****8573，硕士，电子与电气工程系，080900，电子科学与技术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18. 韦逸鑫，4509****0729，硕士，电子与电气工程系，080900，电子科学与技术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19. 吴昊，5115****1418，硕士，电子与电气工程系，080900，电子科学与技术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20. 张宸，3505****4019，硕士，电子与电气工程系，080900，电子科学与技术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21. 张文欣，4408****0341，硕士，电子与电气工程系，080900，电子科学与技术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22. 张莹莹，5109****4821，硕士，电子与电气工程系，080900，电子科学与技术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23. 周泓骏，4401****4218，硕士，电子与电气工程系，080900，电子科学与技术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24. 周志赋，4521****301X，硕士，电子与电气工程系，080900，电子科学与技术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九、电子与电气工程系（085400电子信息，录取类别为硕士）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蔡世豪，4409****0554，硕士，电子与电气工程系，085400，电子信息，工程硕博士专项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陈力恺，4301****3615，硕士，电子与电气工程系，085400，电子信息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冯健君，4407****4811，硕士，电子与电气工程系，085400，电子信息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姜昊，4312****0033，硕士，电子与电气工程系，085400，电子信息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5. 黎晋栩，4419****1358，硕士，电子与电气工程系，085400，电子信息，工程硕博士专项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6. 李佳倩，1411****0122，硕士，电子与电气工程系，085400，电子信息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7. 李钇漳，4307****0139，硕士，电子与电气工程系，085400，电子信息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8. 彭诗桐，3504****1029，硕士，电子与电气工程系，085400，电子信息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9. 王楠渝，4403****0034，硕士，电子与电气工程系，085400，电子信息，工程硕博士专项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10. 王源，2301****4017，硕士，电子与电气工程系，085400，电子信息，工程硕博士专项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11. 吴宗洋，5201****6710，硕士，电子与电气工程系，085400，电子信息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12. 伍悦，4301****4042，硕士，电子与电气工程系，085400，电子信息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十、电子与电气工程系（085400电子信息，录取类别为直博生）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高珩珺，1309****6519，直博生，电子与电气工程系，085400，电子信息，工程硕博士专项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江子晗，3407****4023，直博生，电子与电气工程系，085400，电子信息，工程硕博士专项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康瑛凯，4409****0833，直博生，电子与电气工程系，085400，电子信息，工程硕博士专项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刘子洋，3702****4911，直博生，电子与电气工程系，085400，电子信息，工程硕博士专项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5. 卢君妍，4406****2645，直博生，电子与电气工程系，085400，电子信息，工程硕博士专项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6. 王春林，4403****1210，直博生，电子与电气工程系，085400，电子信息，工程硕博士专项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7. 赵威强，4105****019X，直博生，电子与电气工程系，085400，电子信息，工程硕博士专项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8. 朱翔，3713****0018，直博生，电子与电气工程系，085400，电子信息，工程硕博士专项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七、材料科学与工程系（080500材料科学与工程，录取类别均为硕士）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陈佳玲，4405****6325，硕士，材料科学与工程系，080500，材料科学与工程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陈铭容，3505****4526，硕士，材料科学与工程系，080500，材料科学与工程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邓诗妍，4311****0081，硕士，材料科学与工程系，080500，材料科学与工程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五、名单汇总表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233"/>
        <w:gridCol w:w="1233"/>
        <w:gridCol w:w="1233"/>
        <w:gridCol w:w="1233"/>
        <w:gridCol w:w="1233"/>
        <w:gridCol w:w="1233"/>
        <w:gridCol w:w="1233"/>
      </w:tblGrid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姓名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证件号码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录取类别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录取院系名称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录取专业代码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录取专业名称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备注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洪泉生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3623****7134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电子与电气工程系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080900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电子科学与技术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黄嘉洛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4407****0011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电子与电气工程系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080900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电子科学与技术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雷天永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4228****1541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电子与电气工程系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080900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电子科学与技术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李飞燕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3607****4542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电子与电气工程系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080900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电子科学与技术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李家锐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4407****6618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电子与电气工程系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080900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电子科学与技术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林锦涛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3505****3773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电子与电气工程系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080900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电子科学与技术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林芷晴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4407****2528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电子与电气工程系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080900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电子科学与技术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刘凤娇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4116****3742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电子与电气工程系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080900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电子科学与技术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刘廷楷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4405****3114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电子与电气工程系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080900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电子科学与技术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隆行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4301****0014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电子与电气工程系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080900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电子科学与技术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卢鸿志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4202****4911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电子与电气工程系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080900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电子科学与技术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吕子轩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1410****015X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电子与电气工程系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080900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电子科学与技术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孙铭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3212****0412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电子与电气工程系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080900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电子科学与技术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孙杨洋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4403****6719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电子与电气工程系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080900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电子科学与技术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唐易凤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4312****0203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电子与电气工程系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080900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电子科学与技术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王莫涵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3707****426X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电子与电气工程系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080900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电子科学与技术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王帅迪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4103****8573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电子与电气工程系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080900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电子科学与技术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韦逸鑫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4509****0729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电子与电气工程系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080900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电子科学与技术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吴昊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5115****1418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电子与电气工程系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080900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电子科学与技术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张宸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3505****4019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电子与电气工程系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080900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电子科学与技术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张文欣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4408****0341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电子与电气工程系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080900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电子科学与技术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张莹莹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5109****4821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电子与电气工程系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080900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电子科学与技术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周泓骏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4401****4218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电子与电气工程系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080900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电子科学与技术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周志赋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4521****301X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电子与电气工程系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080900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电子科学与技术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蔡世豪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4409****0554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电子与电气工程系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085400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电子信息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工程硕博士专项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陈力恺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4301****3615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电子与电气工程系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085400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电子信息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冯健君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4407****4811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电子与电气工程系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085400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电子信息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姜昊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4312****0033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电子与电气工程系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085400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电子信息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黎晋栩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4419****1358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电子与电气工程系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085400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电子信息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工程硕博士专项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李佳倩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1411****0122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电子与电气工程系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085400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电子信息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李钇漳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4307****0139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电子与电气工程系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085400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电子信息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彭诗桐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3504****1029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电子与电气工程系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085400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电子信息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王楠渝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4403****0034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电子与电气工程系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085400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电子信息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工程硕博士专项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王源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2301****4017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电子与电气工程系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085400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电子信息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工程硕博士专项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吴宗洋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5201****6710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电子与电气工程系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085400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电子信息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伍悦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4301****4042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电子与电气工程系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085400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电子信息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高珩珺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1309****6519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直博生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电子与电气工程系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085400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电子信息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工程硕博士专项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江子晗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3407****4023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直博生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电子与电气工程系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085400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电子信息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工程硕博士专项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康瑛凯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4409****0833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直博生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电子与电气工程系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085400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电子信息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工程硕博士专项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刘子洋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3702****4911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直博生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电子与电气工程系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085400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电子信息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工程硕博士专项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卢君妍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4406****2645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直博生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电子与电气工程系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085400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电子信息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工程硕博士专项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王春林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4403****1210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直博生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电子与电气工程系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085400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电子信息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工程硕博士专项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赵威强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4105****019X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直博生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电子与电气工程系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085400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电子信息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工程硕博士专项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朱翔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3713****0018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直博生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电子与电气工程系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085400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电子信息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工程硕博士专项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陈佳玲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4405****6325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材料科学与工程系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080500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材料科学与工程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陈铭容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3505****4526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材料科学与工程系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080500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材料科学与工程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邓诗妍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4311****0081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材料科学与工程系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080500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材料科学与工程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</w:tbl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六、统计说明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本段名单合计47人。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按录取类别统计：硕士39人，直博生8人。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按院系统计：电子与电气工程系44人，材料科学与工程系3人。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按专业统计：080900电子科学与技术24人，085400电子信息20人（其中硕士12人、直博生8人），080500材料科学与工程3人。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5. 备注为“工程硕博士专项”的共12人，其中硕士4人、直博生8人。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6. 本段未包含排名或评分方式、公示期信息。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八、名单信息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本段共涉及 7 人，均为电子信息工程硕博士专项或材料科学与工程专业拟录取人员，包含直博生 5 人、硕士 2 人。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九、录取明细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439"/>
        <w:gridCol w:w="1439"/>
        <w:gridCol w:w="1439"/>
        <w:gridCol w:w="1439"/>
        <w:gridCol w:w="1439"/>
        <w:gridCol w:w="1439"/>
      </w:tblGrid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姓名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证件号码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层次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院系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专业代码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专业名称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卢君妍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4406****2645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直博生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电子与电气工程系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085400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电子信息工程硕博士专项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王春林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4403****1210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直博生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电子与电气工程系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085400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电子信息工程硕博士专项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赵威强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4105****019X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直博生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电子与电气工程系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085400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电子信息工程硕博士专项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朱翔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3713****0018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直博生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电子与电气工程系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085400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电子信息工程硕博士专项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陈佳玲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4405****6325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材料科学与工程系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080500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材料科学与工程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陈铭容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3505****4526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材料科学与工程系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080500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材料科学与工程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邓诗妍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4311****0081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材料科学与工程系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080500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材料科学与工程</w:t>
            </w:r>
          </w:p>
        </w:tc>
      </w:tr>
    </w:tbl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十、统计说明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直博生 5 人，均为电子与电气工程系 085400 电子信息工程硕博士专项。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硕士 2 人，均为材料科学与工程系 080500 材料科学与工程。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本段未提供排名、评分方式及公示期信息。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八、名单信息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本段共涉及拟录取学生 8 人，其中直博生 5 人，硕士 5 人（按原文顺序统计，直博生 5 人、硕士 3 人，合计 8 人）。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九、专业与学院明细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233"/>
        <w:gridCol w:w="1233"/>
        <w:gridCol w:w="1233"/>
        <w:gridCol w:w="1233"/>
        <w:gridCol w:w="1233"/>
        <w:gridCol w:w="1233"/>
        <w:gridCol w:w="1233"/>
      </w:tblGrid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序号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姓名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证件号码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层次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院系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专业代码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专业名称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卢君妍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4406****2645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直博生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电子与电气工程系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085400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电子信息工程硕博士专项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王春林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4403****1210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直博生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电子与电气工程系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085400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电子信息工程硕博士专项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赵威强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4105****019X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直博生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电子与电气工程系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085400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电子信息工程硕博士专项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朱翔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3713****0018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直博生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电子与电气工程系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085400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电子信息工程硕博士专项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陈佳玲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4405****6325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材料科学与工程系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080500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材料科学与工程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陈铭容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3505****4526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材料科学与工程系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080500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材料科学与工程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邓诗妍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4311****0081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材料科学与工程系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080500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材料科学与工程</w:t>
            </w:r>
          </w:p>
        </w:tc>
      </w:tr>
    </w:tbl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十、排名与评分方式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原文未提供排名或评分方式。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七、公示期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原文未提供公示期。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八、名单信息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本段为电子信息工程硕博士专项及材料科学与工程专业拟录取名单，共涉及 7 人，其中直博生 4 人、硕士 3 人。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九、录取明细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727"/>
        <w:gridCol w:w="1727"/>
        <w:gridCol w:w="1727"/>
        <w:gridCol w:w="1727"/>
        <w:gridCol w:w="1727"/>
      </w:tblGrid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姓名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证件号码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层次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院系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专业代码及名称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卢君妍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4406****2645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直博生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电子与电气工程系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085400 电子信息工程硕博士专项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王春林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4403****1210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直博生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电子与电气工程系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085400 电子信息工程硕博士专项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赵威强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4105****019X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直博生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电子与电气工程系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085400 电子信息工程硕博士专项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朱翔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3713****0018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直博生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电子与电气工程系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085400 电子信息工程硕博士专项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陈佳玲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4405****6325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材料科学与工程系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080500 材料科学与工程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陈铭容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3505****4526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材料科学与工程系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080500 材料科学与工程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邓诗妍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4311****0081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材料科学与工程系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080500 材料科学与工程</w:t>
            </w:r>
          </w:p>
        </w:tc>
      </w:tr>
    </w:tbl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十、统计汇总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直博生 4 人，均为电子与电气工程系 085400 电子信息工程硕博士专项。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硕士 3 人，均为材料科学与工程系 080500 材料科学与工程。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本段未提供排名或评分方式，亦未提供公示期信息。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八、拟录取名单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卢君妍，身份证号 4406****2645，直博生，电子与电气工程系，专业：085400 电子信息工程硕博士专项。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王春林，身份证号 4403****1210，直博生，电子与电气工程系，专业：085400 电子信息工程硕博士专项。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赵威强，身份证号 4105****019X，直博生，电子与电气工程系，专业：085400 电子信息工程硕博士专项。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朱翔，身份证号 3713****0018，直博生，电子与电气工程系，专业：085400 电子信息工程硕博士专项。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5. 陈佳玲，身份证号 4405****6325，硕士，材料科学与工程系，专业：080500 材料科学与工程。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6. 陈铭容，身份证号 3505****4526，硕士，材料科学与工程系，专业：080500 材料科学与工程。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7. 邓诗妍，身份证号 4311****0081，硕士，材料科学与工程系，专业：080500 材料科学与工程。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九、名单汇总表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727"/>
        <w:gridCol w:w="1727"/>
        <w:gridCol w:w="1727"/>
        <w:gridCol w:w="1727"/>
        <w:gridCol w:w="1727"/>
      </w:tblGrid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姓名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身份证号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培养层次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院系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专业代码及名称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卢君妍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4406****2645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直博生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电子与电气工程系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085400 电子信息工程硕博士专项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王春林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4403****1210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直博生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电子与电气工程系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085400 电子信息工程硕博士专项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赵威强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4105****019X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直博生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电子与电气工程系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085400 电子信息工程硕博士专项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朱翔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3713****0018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直博生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电子与电气工程系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085400 电子信息工程硕博士专项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陈佳玲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4405****6325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材料科学与工程系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080500 材料科学与工程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陈铭容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3505****4526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材料科学与工程系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080500 材料科学与工程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邓诗妍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4311****0081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材料科学与工程系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080500 材料科学与工程</w:t>
            </w:r>
          </w:p>
        </w:tc>
      </w:tr>
    </w:tbl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十、人数统计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拟录取总人数：7 人。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按培养层次：直博生 4 人，硕士 3 人。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按院系：电子与电气工程系 4 人，材料科学与工程系 3 人。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按专业：085400 电子信息工程硕博士专项 4 人，080500 材料科学与工程 3 人。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七、其他说明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原文未提供排名或评分方式、公示期信息。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八、拟录取名单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本名单共包含 7 人，其中直博生 5 人、硕士 5 人（原文所列明细如下）。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直博生（5 人），录取专业均为 085400 电子信息，专项为电子信息工程硕博士专项，录取院系均为电子与电气工程系：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卢君妍，证件号码 4406****2645；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王春林，证件号码 4403****1210；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赵威强，证件号码 4105****019X；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朱翔，证件号码 3713****0018；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陈佳玲，证件号码 4405****6325。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硕士（3 人），录取专业均为 080500 材料科学与工程，录取院系均为材料科学与工程系：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陈铭容，证件号码 3505****4526；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邓诗妍，证件号码 4311****0081；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（原文另列）陈佳玲，证件号码 4405****6325。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九、名单明细表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439"/>
        <w:gridCol w:w="1439"/>
        <w:gridCol w:w="1439"/>
        <w:gridCol w:w="1439"/>
        <w:gridCol w:w="1439"/>
        <w:gridCol w:w="1439"/>
      </w:tblGrid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姓名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证件号码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层次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院系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专业代码及名称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专项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卢君妍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4406****2645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直博生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电子与电气工程系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085400 电子信息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电子信息工程硕博士专项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王春林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4403****1210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直博生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电子与电气工程系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085400 电子信息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电子信息工程硕博士专项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赵威强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4105****019X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直博生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电子与电气工程系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085400 电子信息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电子信息工程硕博士专项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朱翔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3713****0018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直博生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电子与电气工程系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085400 电子信息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电子信息工程硕博士专项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陈佳玲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4405****6325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材料科学与工程系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080500 材料科学与工程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电子信息工程硕博士专项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陈铭容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3505****4526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材料科学与工程系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080500 材料科学与工程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电子信息工程硕博士专项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邓诗妍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4311****0081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材料科学与工程系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080500 材料科学与工程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电子信息工程硕博士专项</w:t>
            </w:r>
          </w:p>
        </w:tc>
      </w:tr>
    </w:tbl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十、说明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原文未提供排名或评分方式。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原文未提供公示期。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原文未提供图片。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八、拟录取名单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电子与电气工程系（085400 电子信息，工程硕博士专项，直博生，共5人）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439"/>
        <w:gridCol w:w="1439"/>
        <w:gridCol w:w="1439"/>
        <w:gridCol w:w="1439"/>
        <w:gridCol w:w="1439"/>
        <w:gridCol w:w="1439"/>
      </w:tblGrid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姓名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证件号码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录取层次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院系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专业代码及名称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专项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卢君妍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4406****2645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直博生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电子与电气工程系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085400 电子信息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工程硕博士专项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王春林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4403****1210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直博生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电子与电气工程系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085400 电子信息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工程硕博士专项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赵威强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4105****019X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直博生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电子与电气工程系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085400 电子信息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工程硕博士专项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朱翔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3713****0018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直博生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电子与电气工程系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085400 电子信息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工程硕博士专项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陈佳玲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4405****6325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材料科学与工程系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080500 材料科学与工程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工程硕博士专项</w:t>
            </w:r>
          </w:p>
        </w:tc>
      </w:tr>
    </w:tbl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材料科学与工程系（080500 材料科学与工程，硕士，共3人）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727"/>
        <w:gridCol w:w="1727"/>
        <w:gridCol w:w="1727"/>
        <w:gridCol w:w="1727"/>
        <w:gridCol w:w="1727"/>
      </w:tblGrid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姓名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证件号码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录取层次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院系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专业代码及名称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陈铭容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3505****4526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材料科学与工程系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080500 材料科学与工程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邓诗妍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4311****0081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材料科学与工程系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080500 材料科学与工程</w:t>
            </w:r>
          </w:p>
        </w:tc>
      </w:tr>
    </w:tbl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注：原文中“陈佳玲”条目列示院系为材料科学与工程系、专业为080500材料科学与工程，录取层次为硕士，专项为工程硕博士专项，已按原文归入上表。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八、拟录取名单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电子与电气工程系（专业：085400 电子信息，信息工程硕博士专项，直博生，共5人）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727"/>
        <w:gridCol w:w="1727"/>
        <w:gridCol w:w="1727"/>
        <w:gridCol w:w="1727"/>
        <w:gridCol w:w="1727"/>
      </w:tblGrid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姓名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证件号码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录取类别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院系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专业代码及名称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卢君妍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4406****2645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直博生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电子与电气工程系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085400 电子信息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王春林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4403****1210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直博生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电子与电气工程系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085400 电子信息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赵威强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4105****019X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直博生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电子与电气工程系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085400 电子信息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朱翔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3713****0018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直博生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电子与电气工程系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085400 电子信息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陈佳玲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4405****6325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材料科学与工程系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080500 材料科学与工程</w:t>
            </w:r>
          </w:p>
        </w:tc>
      </w:tr>
    </w:tbl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材料科学与工程系（专业：080500 材料科学与工程，硕士，共3人）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727"/>
        <w:gridCol w:w="1727"/>
        <w:gridCol w:w="1727"/>
        <w:gridCol w:w="1727"/>
        <w:gridCol w:w="1727"/>
      </w:tblGrid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姓名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证件号码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录取类别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院系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专业代码及名称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陈铭容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3505****4526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材料科学与工程系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080500 材料科学与工程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邓诗妍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4311****0081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材料科学与工程系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080500 材料科学与工程</w:t>
            </w:r>
          </w:p>
        </w:tc>
      </w:tr>
    </w:tbl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说明：原文未提供排名或评分方式、公示期信息。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八、拟录取名单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卢君妍，身份证号 4406****2645，直博生，电子与电气工程系，085400 电子信息，工程硕博士专项。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王春林，身份证号 4403****1210，直博生，电子与电气工程系，085400 电子信息，工程硕博士专项。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赵威强，身份证号 4105****019X，直博生，电子与电气工程系，085400 电子信息，工程硕博士专项。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朱翔，身份证号 3713****0018，直博生，电子与电气工程系，085400 电子信息，工程硕博士专项。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5. 陈佳玲，身份证号 4405****6325，硕士，材料科学与工程系，080500 材料科学与工程。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6. 陈铭容，身份证号 3505****4526，硕士，材料科学与工程系，080500 材料科学与工程。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7. 邓诗妍，身份证号 4311****0081，硕士，材料科学与工程系，080500 材料科学与工程。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九、名单明细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439"/>
        <w:gridCol w:w="1439"/>
        <w:gridCol w:w="1439"/>
        <w:gridCol w:w="1439"/>
        <w:gridCol w:w="1439"/>
        <w:gridCol w:w="1439"/>
      </w:tblGrid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姓名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身份证号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培养层次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院系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专业代码及名称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专项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卢君妍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4406****2645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直博生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电子与电气工程系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085400 电子信息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工程硕博士专项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王春林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4403****1210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直博生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电子与电气工程系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085400 电子信息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工程硕博士专项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赵威强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4105****019X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直博生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电子与电气工程系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085400 电子信息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工程硕博士专项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朱翔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3713****0018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直博生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电子与电气工程系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085400 电子信息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工程硕博士专项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陈佳玲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4405****6325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材料科学与工程系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080500 材料科学与工程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无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陈铭容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3505****4526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材料科学与工程系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080500 材料科学与工程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无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邓诗妍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4311****0081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材料科学与工程系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080500 材料科学与工程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无</w:t>
            </w:r>
          </w:p>
        </w:tc>
      </w:tr>
    </w:tbl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十、统计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拟录取总人数：7 人。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按培养层次：直博生 4 人，硕士 3 人。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按院系：电子与电气工程系 4 人，材料科学与工程系 3 人。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按专项：工程硕博士专项 4 人，无专项 3 人。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八、名单信息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本段为工程硕博士专项拟录取名单，共 7 人，其中直博生 5 人、硕士 2 人。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直博生 5 人，均为电子与电气工程系 085400 电子信息专业，培养类型为工程硕博士专项：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卢君妍，证件号码 4406****2645；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王春林，证件号码 4403****1210；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赵威强，证件号码 4105****019X；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朱翔，证件号码 3713****0018；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陈佳玲，证件号码 4405****6325。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硕士 2 人，均为材料科学与工程系 080500 材料科学与工程专业：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陈铭容，证件号码 3505****4526；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邓诗妍，证件号码 4311****0081。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九、明细表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439"/>
        <w:gridCol w:w="1439"/>
        <w:gridCol w:w="1439"/>
        <w:gridCol w:w="1439"/>
        <w:gridCol w:w="1439"/>
        <w:gridCol w:w="1439"/>
      </w:tblGrid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姓名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证件号码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培养层次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院系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专业代码及名称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专项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卢君妍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4406****2645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直博生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电子与电气工程系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085400 电子信息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工程硕博士专项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王春林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4403****1210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直博生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电子与电气工程系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085400 电子信息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工程硕博士专项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赵威强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4105****019X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直博生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电子与电气工程系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085400 电子信息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工程硕博士专项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朱翔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3713****0018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直博生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电子与电气工程系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085400 电子信息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工程硕博士专项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陈佳玲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4405****6325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材料科学与工程系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080500 材料科学与工程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工程硕博士专项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陈铭容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3505****4526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材料科学与工程系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080500 材料科学与工程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工程硕博士专项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邓诗妍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4311****0081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材料科学与工程系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080500 材料科学与工程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工程硕博士专项</w:t>
            </w:r>
          </w:p>
        </w:tc>
      </w:tr>
    </w:tbl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十、其他说明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本段未包含排名或评分方式、公示期信息。</w:t>
      </w:r>
    </w:p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