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延边大学法学院2025年“践行涉外法治，筑梦边疆”优秀大学生主题夏令营第二批入选名单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延边大学法学院2025年“践行涉外法治，筑梦边疆”优秀大学生主题夏令营第二批入选名单已发布，公示时间为2025年7月1日至2025年7月2日，共计2天。入选学生需在公示期内通过邮件形式回复确认，如不回复视为放弃入营资格。如有疑问，联系电话：0433-2732202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名单人数：第二批入选名单总人数未在正文中公示，具体人数详见附件。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涵盖专业：未在正文中明确列出，具体专业信息详见附件。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排名/评分方式：未在正文中说明。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二、公示与确认要求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公示期为2025年7月1日至2025年7月2日，共计2天。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入选学生需在公示期内通过邮件形式回复确认。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如不回复，视为放弃入营资格。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联系电话：0433-2732202。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