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北京外国语大学日语学院、日研中心接收2026年推免生考试准考名单序号报考专业报考研究方向姓名1日语语言文学日本语学张明志2日语语言文学日本语学陶洪欣3日语语言文学日本语学崔一诺4日语语言文学日本语学杜祥娟5日语语言文学日本语学孙小晶6日语语言文学日本语学崔雨琪7日语语言文学日本语学赵梦瑶8日语语言文学日本语学董嘉慧9日语语言文学日本语学渠圣悦10日语语言文学日本语学唐淑媛11日语语言文学日本语学申思雨12日语语言文学日本语学王语璨13日语语言文学日本语学周芃利14日语语言文学日本语学杨景涵15日语语言文学日语教育刘责16日语语言文学日语教育桂金歆17日语语言文学日语教育陈雅馨18日语语言文学日语教育杨贺婷19日语语言文学日语教育许照科20日语语言文学日语教育胡浩21日语语言文学日语教育刘梦楠22日语语言文学日语教育吴欣忆23日语语言文学日语教育张馨雅24日语语言文学日语教育唐诗云25日语语言文学日语教育史涣儒26日语语言文学日本文学弘宇27日语语言文学日本文学杨紫玉28日语语言文学日本文学胡新悦29日语语言文学日本文学崔梓涵30日语语言文学日本文学郭佳缘31日语语言文学日本文学俞璐悦32日语语言文学日本文学张添翼33日语语言文学日本文学张耀丹34日语语言文学日本文学庄逸35日语语言文学日本文学张曼妮36日语语言文学日本文化徐思涵37日语语言文学日本文化汪皓楠38日语语言文学日本文化麻月朋39日语语言文学日本文化刘珂40日语语言文学日本文化方德媛41日语语言文学日本文化高珊42日语语言文学日本文化李越希43日语语言文学日本文化张思远44日语语言文学日本社会王嘉浩45日语语言文学日本社会徐欣46日语语言文学日本社会刘汝琪47日语语言文学日本社会陈天阳48日语语言文学日本社会杨硕49日语语言文学日本社会汤羽茜50日语语言文学日本社会唐可欣51日语语言文学日本经济曹馨月52日语语言文学日本经济陆悠53日语语言文学日本经济沈裕波54日语口译不区分研究方向周妍馨55日语口译不区分研究方向胡卓然56日语口译不区分研究方向史文欣57日语口译不区分研究方向淑正58日语口译不区分研究方向李雨泽59日语口译不区分研究方向侯婧宇60日语口译不区分研究方向杨睿斌61日语口译不区分研究方向曾锦菡62日语口译不区分研究方向宋佳蔚63日语口译不区分研究方向景潇禾64日语口译不区分研究方向何诗琪65日语口译不区分研究方向王佳怡66日语口译不区分研究方向刘楠楠67日语口译不区分研究方向蔡兴艳68日语口译不区分研究方向吴婷婷69日语口译不区分研究方向王梦寒70日语口译不区分研究方向韩金倩71日语口译不区分研究方向刘璐72日语口译不区分研究方向王小匀73日语口译不区分研究方向李月彤74日语口译不区分研究方向闵甜甜75日语口译不区分研究方向赵睿琪76日语口译不区分研究方向陈烨77日语口译不区分研究方向郭晓旭78日语口译不区分研究方向王琨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北京外国语大学日语学院、日研中心接收2026年推免生考试准考名单，共78人。报考专业包括日语语言文学、日语口译；其中日语语言文学分设日本语学、日语教育、日本文学、日本文化、日本社会、日本经济等研究方向，日语口译不区分研究方向。名单按序号、报考专业、报考研究方向、姓名列出，具体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发布日期（推定）：2025年9月5日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报考专业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日本语学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张明志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日本语学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陶洪欣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日本语学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崔一诺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日本语学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杜祥娟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日本语学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孙小晶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日本语学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崔雨琪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日本语学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赵梦瑶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日本语学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董嘉慧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日本语学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渠圣悦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日本语学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唐淑媛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日本语学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申思雨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日本语学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王语璨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日本语学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周芃利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日本语学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杨景涵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日语教育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刘责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日语教育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桂金歆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日语教育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陈雅馨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日语教育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杨贺婷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日语教育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许照科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日语教育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胡浩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日语教育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刘梦楠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日语教育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吴欣忆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日语教育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张馨雅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日语教育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唐诗云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日语教育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史涣儒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日本文学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弘宇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日本文学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杨紫玉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日本文学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胡新悦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日本文学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崔梓涵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日本文学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郭佳缘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日本文学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俞璐悦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日本文学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张添翼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日本文学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张耀丹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日本文学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庄逸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日本文学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张曼妮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日本文化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徐思涵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日本文化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汪皓楠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日本文化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麻月朋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日本文化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刘珂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日本文化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方德媛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日本文化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高珊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日本文化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李越希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日本文化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张思远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日本社会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王嘉浩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日本社会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徐欣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日本社会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刘汝琪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日本社会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陈天阳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日本社会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杨硕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日本社会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汤羽茜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日本社会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唐可欣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日本经济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曹馨月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日本经济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陆悠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日语语言文学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日本经济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沈裕波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周妍馨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胡卓然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史文欣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淑正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李雨泽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侯婧宇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杨睿斌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曾锦菡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宋佳蔚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景潇禾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何诗琪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王佳怡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刘楠楠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蔡兴艳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吴婷婷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王梦寒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韩金倩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刘璐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王小匀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李月彤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闵甜甜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赵睿琪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陈烨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郭晓旭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王琨月</w:t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