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生命科学学院2026年接收推免生攻读硕士学位研究生复试工作细则</w:t>
      </w:r>
    </w:p>
    <w:p>
      <w:pPr>
        <w:spacing w:after="80" w:lineRule="auto" w:line="360"/>
        <w:ind w:firstLine="482"/>
        <w:jc w:val="both"/>
      </w:pPr>
      <w:r>
        <w:rPr>
          <w:rFonts w:ascii="Times New Roman" w:hAnsi="Times New Roman" w:eastAsia="宋体"/>
          <w:b w:val="0"/>
          <w:sz w:val="24"/>
        </w:rPr>
        <w:t>根据《黑龙江大学2026年接收推免研究生（含直博生）工作方案》，结合学院推免接收工作实际，特制订本工作细则。</w:t>
      </w:r>
    </w:p>
    <w:p>
      <w:pPr>
        <w:spacing w:after="80" w:lineRule="auto" w:line="360"/>
        <w:ind w:firstLine="482"/>
        <w:jc w:val="both"/>
      </w:pPr>
      <w:r>
        <w:rPr>
          <w:rFonts w:ascii="Times New Roman" w:hAnsi="Times New Roman" w:eastAsia="宋体"/>
          <w:b w:val="0"/>
          <w:sz w:val="24"/>
        </w:rPr>
        <w:t>发布日期：2025年9月19日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学院研究生招生工作领导小组全面负责推免生接收复试工作的组织实施。</w:t>
      </w:r>
    </w:p>
    <w:p>
      <w:pPr>
        <w:spacing w:after="80" w:lineRule="auto" w:line="360"/>
        <w:ind w:firstLine="482"/>
        <w:jc w:val="both"/>
      </w:pPr>
      <w:r>
        <w:rPr>
          <w:rFonts w:ascii="Times New Roman" w:hAnsi="Times New Roman" w:eastAsia="宋体"/>
          <w:b w:val="0"/>
          <w:sz w:val="24"/>
        </w:rPr>
        <w:t>组长：李海英 郑建华</w:t>
      </w:r>
    </w:p>
    <w:p>
      <w:pPr>
        <w:spacing w:after="80" w:lineRule="auto" w:line="360"/>
        <w:ind w:firstLine="482"/>
        <w:jc w:val="both"/>
      </w:pPr>
      <w:r>
        <w:rPr>
          <w:rFonts w:ascii="Times New Roman" w:hAnsi="Times New Roman" w:eastAsia="宋体"/>
          <w:b w:val="0"/>
          <w:sz w:val="24"/>
        </w:rPr>
        <w:t>成员：马春泉、宋国东、宋福强、葛菁萍、张彦龙、孙庆申、宋刚、杨智宇、梁昭宇</w:t>
      </w:r>
    </w:p>
    <w:p>
      <w:pPr>
        <w:spacing w:after="80" w:lineRule="auto" w:line="360"/>
        <w:ind w:firstLine="482"/>
        <w:jc w:val="both"/>
      </w:pPr>
      <w:r>
        <w:rPr>
          <w:rFonts w:ascii="Times New Roman" w:hAnsi="Times New Roman" w:eastAsia="宋体"/>
          <w:b w:val="0"/>
          <w:sz w:val="24"/>
        </w:rPr>
        <w:t>纪检监督：宋国东</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1. 获得本科就读院校推免生资格。</w:t>
      </w:r>
    </w:p>
    <w:p>
      <w:pPr>
        <w:spacing w:after="80" w:lineRule="auto" w:line="360"/>
        <w:ind w:firstLine="482"/>
        <w:jc w:val="both"/>
      </w:pPr>
      <w:r>
        <w:rPr>
          <w:rFonts w:ascii="Times New Roman" w:hAnsi="Times New Roman" w:eastAsia="宋体"/>
          <w:b w:val="0"/>
          <w:sz w:val="24"/>
        </w:rPr>
        <w:t>2. 德智体美劳全面发展，具有高尚的爱国主义情操和思想道德品质，社会主义信念坚定，社会责任感强，遵纪守法，积极向上，身心健康。</w:t>
      </w:r>
    </w:p>
    <w:p>
      <w:pPr>
        <w:spacing w:after="80" w:lineRule="auto" w:line="360"/>
        <w:ind w:firstLine="482"/>
        <w:jc w:val="both"/>
      </w:pPr>
      <w:r>
        <w:rPr>
          <w:rFonts w:ascii="Times New Roman" w:hAnsi="Times New Roman" w:eastAsia="宋体"/>
          <w:b w:val="0"/>
          <w:sz w:val="24"/>
        </w:rPr>
        <w:t>3. 大学外语达到如下水平：</w:t>
      </w:r>
    </w:p>
    <w:p>
      <w:pPr>
        <w:spacing w:after="80" w:lineRule="auto" w:line="360"/>
        <w:ind w:firstLine="482"/>
        <w:jc w:val="both"/>
      </w:pPr>
      <w:r>
        <w:rPr>
          <w:rFonts w:ascii="Times New Roman" w:hAnsi="Times New Roman" w:eastAsia="宋体"/>
          <w:b w:val="0"/>
          <w:sz w:val="24"/>
        </w:rPr>
        <w:t>（1）非外语类专业学生全国大学英语四级考试成绩达到425分及以上（小语种成绩达到60分及以上），或取得有公信力的外语水平证明，如PETS4：60分、IELTS：5.5分、TOEFL：80分、BFT(中高级)：120分等。</w:t>
      </w:r>
    </w:p>
    <w:p>
      <w:pPr>
        <w:spacing w:after="80" w:lineRule="auto" w:line="360"/>
        <w:ind w:firstLine="482"/>
        <w:jc w:val="both"/>
      </w:pPr>
      <w:r>
        <w:rPr>
          <w:rFonts w:ascii="Times New Roman" w:hAnsi="Times New Roman" w:eastAsia="宋体"/>
          <w:b w:val="0"/>
          <w:sz w:val="24"/>
        </w:rPr>
        <w:t>（2）外语类专业学生第二外国语校内四级教学课程考试成绩达到60分及以上，或提供与其第二外国语语种相同的具有公信力的外语水平证明。</w:t>
      </w:r>
    </w:p>
    <w:p>
      <w:pPr>
        <w:spacing w:after="80" w:lineRule="auto" w:line="360"/>
        <w:ind w:firstLine="482"/>
        <w:jc w:val="both"/>
      </w:pPr>
      <w:r>
        <w:rPr>
          <w:rFonts w:ascii="Times New Roman" w:hAnsi="Times New Roman" w:eastAsia="宋体"/>
          <w:b w:val="0"/>
          <w:sz w:val="24"/>
        </w:rPr>
        <w:t>（3）专项计划另有规定的除外。</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1. 在10月20日之前，具有资格的推免生通过“推免服务系统”（网址：http://yz.chsi.com.cn/tm）向黑龙江大学提交申请。</w:t>
      </w:r>
    </w:p>
    <w:p>
      <w:pPr>
        <w:spacing w:after="80" w:lineRule="auto" w:line="360"/>
        <w:ind w:firstLine="482"/>
        <w:jc w:val="both"/>
      </w:pPr>
      <w:r>
        <w:rPr>
          <w:rFonts w:ascii="Times New Roman" w:hAnsi="Times New Roman" w:eastAsia="宋体"/>
          <w:b w:val="0"/>
          <w:sz w:val="24"/>
        </w:rPr>
        <w:t>2. 学院对推免生申请者进行资格审查，确定复试名单，复试名单报研究生院备案后，在本单位网站公布。研究生院在规定时间内，向申请者发出准予复试或不予复试的通知。</w:t>
      </w:r>
    </w:p>
    <w:p>
      <w:pPr>
        <w:spacing w:after="80" w:lineRule="auto" w:line="360"/>
        <w:ind w:firstLine="482"/>
        <w:jc w:val="both"/>
      </w:pPr>
      <w:r>
        <w:rPr>
          <w:rFonts w:ascii="Times New Roman" w:hAnsi="Times New Roman" w:eastAsia="宋体"/>
          <w:b w:val="0"/>
          <w:sz w:val="24"/>
        </w:rPr>
        <w:t>3. 复试时应提供以下材料：</w:t>
      </w:r>
    </w:p>
    <w:p>
      <w:pPr>
        <w:spacing w:after="80" w:lineRule="auto" w:line="360"/>
        <w:ind w:firstLine="482"/>
        <w:jc w:val="both"/>
      </w:pPr>
      <w:r>
        <w:rPr>
          <w:rFonts w:ascii="Times New Roman" w:hAnsi="Times New Roman" w:eastAsia="宋体"/>
          <w:b w:val="0"/>
          <w:sz w:val="24"/>
        </w:rPr>
        <w:t>（1）有效居民身份证。</w:t>
      </w:r>
    </w:p>
    <w:p>
      <w:pPr>
        <w:spacing w:after="80" w:lineRule="auto" w:line="360"/>
        <w:ind w:firstLine="482"/>
        <w:jc w:val="both"/>
      </w:pPr>
      <w:r>
        <w:rPr>
          <w:rFonts w:ascii="Times New Roman" w:hAnsi="Times New Roman" w:eastAsia="宋体"/>
          <w:b w:val="0"/>
          <w:sz w:val="24"/>
        </w:rPr>
        <w:t>（2）本科阶段成绩单1份，并加盖所在学校教务处公章。</w:t>
      </w:r>
    </w:p>
    <w:p>
      <w:pPr>
        <w:spacing w:after="80" w:lineRule="auto" w:line="360"/>
        <w:ind w:firstLine="482"/>
        <w:jc w:val="both"/>
      </w:pPr>
      <w:r>
        <w:rPr>
          <w:rFonts w:ascii="Times New Roman" w:hAnsi="Times New Roman" w:eastAsia="宋体"/>
          <w:b w:val="0"/>
          <w:sz w:val="24"/>
        </w:rPr>
        <w:t>（3）获奖证书复印件各1份。</w:t>
      </w:r>
    </w:p>
    <w:p>
      <w:pPr>
        <w:spacing w:after="80" w:lineRule="auto" w:line="360"/>
        <w:ind w:firstLine="482"/>
        <w:jc w:val="both"/>
      </w:pPr>
      <w:r>
        <w:rPr>
          <w:rFonts w:ascii="Times New Roman" w:hAnsi="Times New Roman" w:eastAsia="宋体"/>
          <w:b w:val="0"/>
          <w:sz w:val="24"/>
        </w:rPr>
        <w:t>（4）大学英语四级考试成绩单复印件1份或PETS4成绩证明1份或ELTS成绩证明1份或TOEFL成绩证明1份或BFT(中高级) 成绩证明1份。</w:t>
      </w:r>
    </w:p>
    <w:p>
      <w:pPr>
        <w:spacing w:after="80" w:lineRule="auto" w:line="360"/>
        <w:ind w:firstLine="482"/>
        <w:jc w:val="both"/>
      </w:pPr>
      <w:r>
        <w:rPr>
          <w:rFonts w:ascii="Times New Roman" w:hAnsi="Times New Roman" w:eastAsia="宋体"/>
          <w:b w:val="0"/>
          <w:sz w:val="24"/>
        </w:rPr>
        <w:t>（5）体现自身学术水平的代表性学术论文、出版物或原创性工作成果等材料。</w:t>
      </w:r>
    </w:p>
    <w:p>
      <w:pPr>
        <w:spacing w:before="160" w:after="80" w:lineRule="auto" w:line="360"/>
        <w:jc w:val="left"/>
      </w:pPr>
      <w:r>
        <w:rPr>
          <w:rFonts w:ascii="Times New Roman" w:hAnsi="Times New Roman" w:eastAsia="宋体"/>
          <w:b/>
          <w:sz w:val="28"/>
        </w:rPr>
        <w:t>四、复试内容及安排</w:t>
      </w:r>
    </w:p>
    <w:p>
      <w:pPr>
        <w:spacing w:after="80" w:lineRule="auto" w:line="360"/>
        <w:ind w:firstLine="482"/>
        <w:jc w:val="both"/>
      </w:pPr>
      <w:r>
        <w:rPr>
          <w:rFonts w:ascii="Times New Roman" w:hAnsi="Times New Roman" w:eastAsia="宋体"/>
          <w:b w:val="0"/>
          <w:sz w:val="24"/>
        </w:rPr>
        <w:t>复试内容包含思想政治品德考核、外语听说能力、专业考核。复试满分100分，60分为及格，复试不及格不予录取。</w:t>
      </w:r>
    </w:p>
    <w:p>
      <w:pPr>
        <w:spacing w:after="80" w:lineRule="auto" w:line="360"/>
        <w:ind w:firstLine="482"/>
        <w:jc w:val="both"/>
      </w:pPr>
      <w:r>
        <w:rPr>
          <w:rFonts w:ascii="Times New Roman" w:hAnsi="Times New Roman" w:eastAsia="宋体"/>
          <w:b w:val="0"/>
          <w:sz w:val="24"/>
        </w:rPr>
        <w:t>专业复试采取面试方式进行，主要考察学生的专业综合能力。除考察学生在专业理论和实验技术方面的掌握情况外，对于本学科领域前沿动态的掌握和是否具有创新科研潜力方面作为重点考察内容。具体包括学科专业基本理论和基本实验技能的掌握情况；对当前国内外本学科专业研究热点问题的把握情况；针对假定试验流程或问题，能否提出科学有效的解决方案或思路等。</w:t>
      </w:r>
    </w:p>
    <w:p>
      <w:pPr>
        <w:spacing w:after="80" w:lineRule="auto" w:line="360"/>
        <w:ind w:firstLine="482"/>
        <w:jc w:val="both"/>
      </w:pPr>
      <w:r>
        <w:rPr>
          <w:rFonts w:ascii="Times New Roman" w:hAnsi="Times New Roman" w:eastAsia="宋体"/>
          <w:b w:val="0"/>
          <w:sz w:val="24"/>
        </w:rPr>
        <w:t>时间地点安排</w:t>
      </w:r>
    </w:p>
    <w:p>
      <w:pPr>
        <w:spacing w:after="80" w:lineRule="auto" w:line="360"/>
        <w:ind w:firstLine="482"/>
        <w:jc w:val="both"/>
      </w:pPr>
      <w:r>
        <w:rPr>
          <w:rFonts w:ascii="Times New Roman" w:hAnsi="Times New Roman" w:eastAsia="宋体"/>
          <w:b w:val="0"/>
          <w:sz w:val="24"/>
        </w:rPr>
        <w:t>时间：2025年9月25日下午13：30</w:t>
      </w:r>
    </w:p>
    <w:p>
      <w:pPr>
        <w:spacing w:after="80" w:lineRule="auto" w:line="360"/>
        <w:ind w:firstLine="482"/>
        <w:jc w:val="both"/>
      </w:pPr>
      <w:r>
        <w:rPr>
          <w:rFonts w:ascii="Times New Roman" w:hAnsi="Times New Roman" w:eastAsia="宋体"/>
          <w:b w:val="0"/>
          <w:sz w:val="24"/>
        </w:rPr>
        <w:t>复试地点：生命科学学院315会议室</w:t>
      </w:r>
    </w:p>
    <w:p>
      <w:pPr>
        <w:spacing w:after="80" w:lineRule="auto" w:line="360"/>
        <w:ind w:firstLine="482"/>
        <w:jc w:val="both"/>
      </w:pPr>
      <w:r>
        <w:rPr>
          <w:rFonts w:ascii="Times New Roman" w:hAnsi="Times New Roman" w:eastAsia="宋体"/>
          <w:b w:val="0"/>
          <w:sz w:val="24"/>
        </w:rPr>
        <w:t>候考地点：生命科学学院314会议室</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复试合格且申请专业有接收计划者，可直接录取，由研究生招生办公室统一发送待录取通知；复试合格但申请专业没有接收计划时，可申请调整专业；复试不合格者，不予录取。复试录取以复试成绩高低为序，择优录取。</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2. 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3. 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4. 如文件与2026年国家下达的推免政策有不符之处，以国家政策为准。</w:t>
      </w:r>
    </w:p>
    <w:p>
      <w:pPr>
        <w:spacing w:before="160" w:after="80" w:lineRule="auto" w:line="360"/>
        <w:jc w:val="left"/>
      </w:pPr>
      <w:r>
        <w:rPr>
          <w:rFonts w:ascii="Times New Roman" w:hAnsi="Times New Roman" w:eastAsia="宋体"/>
          <w:b/>
          <w:sz w:val="28"/>
        </w:rPr>
        <w:t>七、咨询电话</w:t>
      </w:r>
    </w:p>
    <w:p>
      <w:pPr>
        <w:spacing w:after="80" w:lineRule="auto" w:line="360"/>
        <w:ind w:firstLine="482"/>
        <w:jc w:val="both"/>
      </w:pPr>
      <w:r>
        <w:rPr>
          <w:rFonts w:ascii="Times New Roman" w:hAnsi="Times New Roman" w:eastAsia="宋体"/>
          <w:b w:val="0"/>
          <w:sz w:val="24"/>
        </w:rPr>
        <w:t>生命科学学院招生咨询电话：杨智宇：18800435873</w:t>
      </w:r>
    </w:p>
    <w:p>
      <w:pPr>
        <w:spacing w:after="80" w:lineRule="auto" w:line="360"/>
        <w:ind w:firstLine="482"/>
        <w:jc w:val="both"/>
      </w:pPr>
      <w:r>
        <w:rPr>
          <w:rFonts w:ascii="Times New Roman" w:hAnsi="Times New Roman" w:eastAsia="宋体"/>
          <w:b w:val="0"/>
          <w:sz w:val="24"/>
        </w:rPr>
        <w:t>黑龙江大学生命科学学院</w:t>
      </w:r>
    </w:p>
    <w:p>
      <w:pPr>
        <w:spacing w:after="80" w:lineRule="auto" w:line="360"/>
        <w:ind w:firstLine="482"/>
        <w:jc w:val="both"/>
      </w:pPr>
      <w:r>
        <w:rPr>
          <w:rFonts w:ascii="Times New Roman" w:hAnsi="Times New Roman" w:eastAsia="宋体"/>
          <w:b w:val="0"/>
          <w:sz w:val="24"/>
        </w:rPr>
        <w:t>2025年9月19日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