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航空航天学院2026年推免线上复试会议地址信息公告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航空航天学院2026年推免线上复试会议地址信息公告，发布日期：2025年9月17日。本通知同时涵盖预推免与正式推免流程。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一、力学组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会议时间：2025年9月18日 14:00-19:00（北京时间）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入会链接：https://meeting.tencent.com/dm/oNw7oXgqYmaq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腾讯会议号：529-866-276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会议时间：2025年9月19日 08:00-12:30（北京时间）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入会链接：https://meeting.tencent.com/dm/Uld7AEsXhRci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腾讯会议号：475-160-771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二、宇航科学及低空技术组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会议时间：2025年9月18日 14:00-22:00（北京时间）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入会链接：https://meeting.tencent.com/dm/Fzr3wvguQAkT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腾讯会议号：581-177-211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三、机械组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会议时间：2025年9月18日 13:45-19:00（北京时间）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入会链接：https://meeting.tencent.com/dm/7lPBFDwWEbS9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腾讯会议号：680-150-068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