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艺术与设计学院2026届本科毕业生推免硕士研究生工作实施细则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艺术与设计学院2026届本科毕业生推免硕士研究生工作实施细则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发布单位：艺术与设计学院。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编辑：刘邦。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发布时间：2025年09月01日 15:27。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相关通知：艺术与设计学院2026届本科毕业生攻读硕士研究生拟推免名单公示。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本段内容仅为通知公告页面信息，未包含申请条件、报名时间、活动时间、接收条件、流程、材料清单、时间节点、名额及联系方式等具体内容。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