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河北大学电子信息工程学院2026年接收推荐免试硕士研究生面试成绩通知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河北大学电子信息工程学院2026年接收推荐免试硕士研究生面试成绩通知，本次公布内容为面试成绩相关信息。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分专业明细：控制科学与工程2人。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控制科学与工程（1个专业）。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面试成绩公布。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控制科学与工程专业面试成绩：谢淑贤86.8分，李卓成缺考。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未公示。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面试考核通过1人（谢淑贤）。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缺考1人（李卓成）。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