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苏州大学物理科学与技术学院推荐2026年优秀应届本科毕业生免试攻读研究生工作实施细则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苏州大学物理科学与技术学院推荐2026年优秀应届本科毕业生免试攻读研究生工作实施细则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发布日期（推定）：2025年6月15日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面向苏州大学物理科学与技术学院2026年优秀应届本科毕业生。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具体推荐条件以学校及学院当年推免工作相关规定为准，包括学业成绩、综合表现等要求。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学生根据学院通知要求，在规定时间内提交推免申请及相关材料。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学院对申请学生进行资格审核与综合评定，确定拟推荐名单。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拟推荐名单经学院公示无异议后，上报学校审核。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申请及材料提交时间：以学院具体通知为准。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名单公示及上报时间：按学校统一安排执行。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学院官网：https://physics.suda.edu.cn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具体咨询请关注学院通知公告或联系学院教务办公室。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