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苏州大学政治与公共管理学院推荐2026年优秀应届本科毕业生免试攻读研究生实施细则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发布日期：2025-09-04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一、学院推免工作小组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组长：陈忠、孙磊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副组长：周义程、李恩秀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组员：朱晓、尚书、桑明旭、沈承诚、李善良、宋典、张晨、董筱文、陈玲玲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二、申请对象和申请条件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申请对象：2022级四年制专业在读，且预计能于2026年6月正常毕业并获得学士学位的学生；在校期间曾因休学等原因延长学年，将于2026年6月首次进入毕业环节，且预计能正常毕业并获得学士学位的学生。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条件：拥护党的领导，品行表现优良，无任何违法违纪受处分记录及学术不端记录；纳入国家普通本科招生计划录取的应届本科毕业生（不含第二学士学位专业学生）；已修课程成绩全部合格，取得毕业要求总学分的四分之三及以上学分，完成前三学年所属专业指导性教学计划中规定的所有必修类课程；课程平均学分绩点（GPA）3.5及以上，外语水平优秀（PPE新文科项目实验班学生按班内排名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三、工作程序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动员工作：在2026届预毕业本科生中宣传学校推免政策、条件及学院推免工作程序。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安排：符合条件的学生于9月3日（周三）上午10:00至9月9日（周二）下午3:00，登录“苏州大学本科生推免申请系统”（网址：http://tmsq.jwb.suda.edu.cn，外网需先登录学校VPN）提交推免申请；9月11日起可查询申请资格审核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其他说明：学生须打印《苏州大学本科毕业生推荐免试攻读研究生申请承诺书》并手写签名；发展素质证明材料及承诺书最迟于9月8日（周一）中午12:00前提交至606号楼6315孔一鸣老师办公室；申请类型选择“普通计划”，研究生支教团计划按校团委通知执行；成绩单使用首次修读成绩，GPA保留两位小数；注意区分三个系统（教务处推免申请系统、研究生院报考服务系统、教育部推免管理服务系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申请资格审核：9月10日（周三）下午4:00前，学院教务老师完成申请学生资格审核。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回避和报备制度：有亲属或利益相关人参与推免工作的，应于9月9日（周二）下午3:00前提交书面回避或报备报告（联系电话：0512-65880153，邮箱：chenll2012@suda.edu.cn）。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材料初审：9月3日（周三）至10日（周三）对申请材料进行初审。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综合评价及遴选：学院专家审核小组于9月11日前分专业审核鉴定打分，按综合评价成绩排序确定拟推荐初选名单及候补人员。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初选名单报送：9月12日（周五）中午12:00前完成系统上报，并打印盖章报送教务处；初选名单公示5日。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四、有关管理事项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已获推免资格学生若在申请过程中弄虚作假或学术不端，取消推免资格。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获得推免资格后违反校纪校规受处分或被追究法律责任，取消推免资格。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本科毕业时不能获得学士学位，取消推免资格。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未按规定报备回避关系且影响公平公正，取消推免资格。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存在其他严重影响推免过程和结果公平公正行为，取消推免资格。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五、综合评价细则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（正文内容不完整，综合评价细则具体内容未提供）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