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吉林大学2026年接收推荐免试攻读研究生拟录取名单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吉林大学2026年接收推荐免试攻读研究生拟录取名单，原文共118页，未标注总人数，按页统计无法精确计数，总计约2000人；涵盖院系（所）约40个，涵盖录取专业约120个。名单含硕士与直博生两种招生类型，学制分别为2年、3年、5年；备注栏含“支教保研”“2+3辅导员”“强基转段”“国优计划”“工程硕博士”等专项类别标注。原文为拟录取名单公示，未涉及排名或评分方式说明，亦未标注公示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发布日期（推定）：2025年9月22日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一、涵盖院系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哲学社会学院、文学院、艺术学院、体育学院、考古学院、历史文化学院、外国语言文化学院、经济学院、法学院、行政学院、公共外交学院、国家发展与安全研究院、商学与管理学院、数学学院、物理学院、化学学院、生命科学学院、未来科学国际合作联合实验室、综合极端条件高压科学中心、白求恩医学转化与创新研究院、机械与航空航天工程学院、汽车工程学院、材料科学与工程学院、交通学院、生物与农业工程学院、食品科学与工程学院、仿生科学与工程学院、电子科学与工程学院、通信工程学院、计算机科学与技术学院、软件学院、仪器科学与电气工程学院、人工智能学院、地球科学学院等（原文截取至第83页，后续院系未完整呈现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二、排名/评分方式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原文为拟录取名单公示，未涉及排名或评分方式说明。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三、公示期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原文未标注公示期。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四、其他重要说明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名单含硕士与直博生两种招生类型，学制分别为2年、3年、5年。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备注栏含“支教保研”“2+3辅导员”“强基转段”“国优计划”“工程硕博士”等专项类别标注。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