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四川外国语大学国际教育学院2026年优秀本科生夏令营招生简章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四川外国语大学国际教育学院2026年优秀本科生夏令营招生简章");var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