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医学院2026年招收推荐免试研究生工作办法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医学院2026年招收推荐免试研究生工作办法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一、组织与领导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医学院研究生招生工作领导小组全面负责推免生招收工作，包括制定相关政策、受理申诉、审定拟录取名单。组长为黄荷凤、李晓明，常务副组长为王庆文、应颂敏，副组长为张岩、许怡、刘有恃、阮恒超，成员包括胡薇薇、周煜东、杨仕贵、郑敏、丁元、黄翯、程晓东、邹朝春、吴梦婕、郑一春、楼建晴、蒋笑莉、徐凌霄、李伟、王晓莹、姚碧文、陈周闻、陈超、宋琦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咨询电话：0571-88208118，咨询邮箱：yxyjsb@zju.edu.cn；申诉电话：0571-88208025，申诉邮箱：chch5500@zju.edu.cn。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医学院下设14个二级招生单位，各单位成立研究生招生委员会，负责报考咨询、资格审查及复试录取等工作，并组织复试考核小组进行考核。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各二级招生单位联系人及联系方式：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二级招生单位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邮箱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电话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phbzll@zju.edu.cn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0571-88981287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脑科学与脑医学学院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yenizhao@zju.edu.cn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0571-87076127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脑科学与脑医学学院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1476810580@qq.com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0571-85125730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lijr707@zju.edu.cn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0571-88981604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fahzjuad@aliyun.com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0571-87231277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zjuzeyy2015@163.com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0571-87784594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第三临床医学院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syf_yjs@163.com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0571-86006568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第四临床医学院/“一带一路”国际医学院（含遗传所）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0918248@zju.edu.cn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0579-89925132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第四临床医学院/“一带一路”国际医学院（含遗传所）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yinglonggao@zju.edu.cn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0571-88208328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妇产科学院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汪老师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zdfy@zju.edu.cn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