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生命科学学院关于推荐2026届优秀本科应届毕业生免试攻读硕士研究生名单的公示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本公示为生命科学学院关于推荐2026届优秀本科应届毕业生免试攻读硕士研究生名单的公示。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公示对象为2026届优秀本科应届毕业生，推荐其免试攻读硕士研究生。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二、发布信息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发布者：吕方舟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发布时间：2025年9月10日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学院地址：湖北武汉经济技术开发区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联系电话：027-84230422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邮编：430056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