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中国社会科学院大学2026年冷门绝学硕士推免生接收办法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中国社会科学院大学2026年冷门绝学硕士推免生接收办法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2026年冷门绝学硕士（招生方向包括：满学、简帛学、古典学、亚述学与埃及学）拟接收8名推免生，上述各方向均招收2名推免生。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热爱祖国，拥护中国共产党的领导，拥护社会主义制度，愿为社会主义现代化建设服务；道德品质良好，遵纪守法。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须是获得本科所在高校给予推荐免试资格的优秀应届本科毕业生，推荐免试资格经本科学校所在地区省级招办审核通过后方有效。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推荐生所学专业原则上属于历史学学科门类及相关相近专业。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通过大学英语六级考试。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诚实守信，学风端正，在校期间未曾受过任何处分，并在硕士研究生入学前取得学士学位与本科毕业证书。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身体健康状况符合国家和我校规定的体检要求，心理健康状况良好。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被通知复试的申请者须在复试前提交以下材料：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（1）使用A4纸正反面打印、填写完整并加盖公章的《中国社会科学院大学2026年接收推荐免试攻读硕士（博士）学位研究生申请表》；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（2）本科阶段学习成绩单和排名证明（须加盖推荐高校教务管理部门公章）；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（3）推免生所在高校出具的政审意见《中国社会科学院大学报考硕士（博士）学位研究生人员思想政治素质和品德考核表》；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（4）国家英语六级考试成绩单原件及复印件，或其他外语水平证明材料复印件；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（5）能够体现自身学术水平、科研能力的代表性学术论文、出版物或原创性工作成果等其它材料，有学术科研成果和获奖证书者请提供复印件，原件留存备查；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（6）有效期内的身份证复印件、每学期均注册的学生证复印件；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（7）个人简历等自我评价材料；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（8）其他需要提交的材料；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（9）网上报名时需要提交的相关表格。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以上材料的扫描件请于2025年9月19日前提交至指定邮箱：lmjx-zsyx@ucass.edu.cn（请勿重复发送，邮件发送人以真实姓名命名）。面试当天考生需提交纸质材料（原件）一套，所有材料均需存档备案，不退回。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初审合格者电话告知，未通过初审者不另行告知，进入复试名单将在历史学院网站公布。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复试实行差额复试，择优录取。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复试形式：专业课笔试和综合面试（包含专业课面试、外语听力和口试）。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复试分值：总分300分。专业课笔试总分150分，合格线为90分；综合面试总分150分，合格线为90分，其中外语听力和口试50分，合格线为30分。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复试时间及地点：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（1）笔试科目：冷门绝学综合，考试时间以电话通知为准，考试地点为良乡校区；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（2）面试内容：对申请者的学习能力、科研能力、创新精神以及思想品德等诸方面进行全面考核，考试时间以电话通知为准，考试地点为良乡校区。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五、体检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学院确定拟接收名单后，在二级甲等及以上医院或专业体检机构完成体检，将体检结果原件交至历史学院，具体事宜另行通知。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复试结果及拟录取名单在历史学院网站公示。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七、教育部推免服务系统报名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教育部“全国推荐免试攻读研究生信息公开暨管理服务系统”（网址：http://yz.chsi.com.cn/tm）为推免工作统一的信息备案公开平台和网上报考录取系统。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申请人须按教育部规定，登录教育部推免服务系统，办理注册、网上支付等手续，完成报名、接受复试确认和待录取确认等环节。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八、特别说明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未经研招网“推免服务系统”报名以及未经复试和公示的推免生不予录取。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入学（2026年9月1日）前未取得本科毕业证书、学士学位以及受过处分或有学术不端行为的推免生不予录取。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在推免申请过程中弄虚作假、提供的材料不真实，一经发现，即取消申请资格；对已录取者，亦将取消录取资格和学籍。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考生填报志愿和接受拟录取通知应慎重，诚实守信，一经自主选择并被确定为拟录取，不得提出放弃。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如教育部出台新的推免生招生工作要求，将按照相关规定顺应调整，以中国社会科学院大学推免生招生工作正式通知为准。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推免生如对推荐免试工作提出异议，可向复试考核小组提起申诉，招生受理投诉和举报部门电话：010-81360454。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