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广西师范大学设计学院关于2026年拟推荐优秀应届本科毕业生免试攻读硕士学位研究生名单公示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本公示为广西师范大学设计学院2026年拟推荐优秀应届本科毕业生免试攻读硕士学位研究生名单公示。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具体名单详见附件《广西师范大学设计学院关于2026年拟推荐优秀应届本科毕业生免试攻读硕士学位研究生名单公示.pdf》。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二、举报与联系方式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举报电话：0773-8996298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举报邮箱：sjxyjw@mailbox.gxnu.edu.cn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来信地址：中国广西壮族自治区桂林市雁山区雁山中路1号广西师范大学设计学院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邮政编码：541006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