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历史学院2026年推免研究生综合排名及具有推免资格名单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历史学院2026年推免研究生综合排名及具有推免资格名单，共涉及36名学生，涵盖历史学、世界史两个专业，班级包括22历史1、22历史2、22世界史。综合测评成绩由平均学分绩点与创新实践能力加分计算得出，名单按专业分别排名，历史学专业排名1至27，世界史专业排名1至9。其中标注“拟推免”的学生为获得推免资格者，标注“不符合推免条件”的学生不具备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二、历史学专业名单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推免资格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赵晗羽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4.1339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2.65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3.98551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4.3565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3.92085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庞文静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4.1855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3.86695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孟雨欣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4.2102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3.78918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李芳萌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4.2065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3.78585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20220401071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吴帅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4.2043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3.78387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马妍冉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4.1769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3.75921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4.1516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3.73644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4.0575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3.70175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20220201116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谷若泓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3.67455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魏靖林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4.0059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3.61531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3.60243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张月莹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3.59802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蒋卓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3.58695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马艺萱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3.9763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3.57867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3.51288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张楠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3.51198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朱欣悦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3.50901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3.4911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20220201062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史云天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3.48093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20222402040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崔哲轩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3.4524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20220201050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翟柏森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3.43593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20220201069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闫若晗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3.42774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李浩昕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3.41514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20220201109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3.41469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22历史1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3.37788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三、世界史专业名单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推免资格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瞿日月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4.4043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4.04387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郑博涵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4.1573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3.80157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3.64626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20220201111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蔡欣秀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3.59757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姚佳欣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3.54888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20220516013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牛初蕾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3.8059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3.42531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3.37815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张璐瑶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3.29112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20220201117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霍思媛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22世界史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3.21957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四、推免资格情况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拟推免人数共12人，其中历史学专业10人，世界史专业2人。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历史学专业拟推免学生为：赵晗羽、李天伊、庞文静、孟雨欣、李芳萌、吴帅、马妍冉、王鑫溁、王思杨、谷若泓。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世界史专业拟推免学生为：瞿日月、郑博涵。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标注“不符合推免条件”的学生共3人，分别为：李梦冉、崔哲轩、李一。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