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教育科学学院推荐2026届优秀应届本科毕业生免试攻读硕士学位研究生拟推荐人选公示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教育科学学院举办《儿童文学》课程原创作品展，日期为06/23。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教育科学学院举办国家级科研项目（教育学类）申报指导交流会，日期为06/10。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第二届“崇文杯”语文教学论坛在北华大学南校区举行，日期为06/04。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教育科学学院举办《手工制作》结课作品展，日期为06/03。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教育科学学院开展第二期“崇文论坛”教师学术讲座，日期为05/31。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教育科学学院学子在“田家炳杯”第八届吉林省师范院校师范生教师职业能力大赛”中再获佳绩，日期为05/28。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教育科学学院召开2026届毕业生座谈会，日期为05/19。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教育科学学院心理学专业举办“青博师慧·智脉绵延”系列活动（第二期），日期为05/19。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日期为05/16。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教育科学学院举办国家级科研项目（心理学类）申报指导交流会，日期为05/16。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教育科学学院位于北华大学南校区，是学校研究高等教育、基础教育和教师教育的基地，是培养适应教师职业专业化发展需要的高素质专业人才的摇篮。目前，学院已建设成为区域性教师教育资源中心。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学院设小学教育、学前教育、心理学3个系，有教育科学研究、心理咨询及健康教育研究、教师教育教学研究、课程与学科教学论教学研究4个研究中心。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