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西安交通大学医学部2025 年接收推荐免试研究生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为做好2025年接收推荐免试攻读硕士学位研究生（以下简称推免生）的工作，根据教育部相关文件和《西安交通大学2025年推荐免试研究生招生章程》，制定医学部接收2025年接收推免生实施办法如下：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医学部成立招收推免生工作领导小组，全面负责本单位推免生招收工作及其执行监管等职责，为复试过程创造公平、公开、公正的良好环境。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医学部成立推免系统操作组，负责教育部推免服务系统具体操作，同时也负责相关设备保障，日常咨询工作，推免招生宣传工作等，保障拟录取工作顺利进行。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符合《西安交通大学2025年推荐免试研究生招生章程》中规定的招收条件。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按照医学部公布的招收2025推免生预报名通知要求，登录预报名系统报名，网址 http://yzbm.xjtu.edu.cn。医学部各学院、系自主决定对申请学生的复试方式（包括现场面试、网络视频面试等）。医学部预计于9月26日在网页内公示获得医学部预接收推免资格人员名单。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所有参加预报名并被预接收的学生，如获得所在学校推免资格，待国家“推免服务系统”正式开通后，仍须进行正式报名，完成推免生录取流程。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正式报名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（1）通过教育部推免服务系统完成 https://yz.chsi.com.cn/tm/；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（2）9月22日-28日，可登录系统进行注册，上传本人照片，填写基本信息及缴纳报名费；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（3）9月28日9:00开始，通过“全国推免服务系统”进行申请、填写志愿信息、上传相关材料；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（4）上传材料：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①个人简历（按A4排版不超过一页）；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②本科阶段成绩单、成绩排名证明（所在学校教务处出具并盖章）；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③英语成绩单（英语四/六级考试成绩、TOEFL成绩、GRE/GMAT成绩等）；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④其他证明材料（如已发表学术论文、获奖证书、资格证书等）。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（5）申请人应对所有报名信息仔细核对，一经提交，将无法更改。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（6）正式接收工作开始后，将完成对审核通过的推免生发送复试通知—推免生确认接受—发送拟录取通知—推免生确认接受的报名录取流程。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复试内容及要求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1）复试采取综合面试的方式，包含三部分内容：专业考核、英语水平、综合面试，各考核环节打分均采取百分制，不及格者（小于60分）可一票否决，不予录取。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）综合知识测试（考查学生对基础理论、基础知识、基本技能的理解与掌握；考查综合运用所学知识分析问题、解决问题的能力以及表达能力、实验技能；突出考查学生创新精神、创新能力、专业能力倾向等方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3）复试小组由5名具有副教授及以上职称的专家组成，复试召集人为复试小组组长；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4）复试采取现场复试、网络视频等交互式方式。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5）预报名阶段已确认预接收，不再参加复试考核，直接通过教育部推免服务系统完成报名录取流程。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6）其他未参加预报名的推免生，正式接收期间，亦可申报医学部，资格审核通过后，参加面试，面试安排另行通知。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拟录取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我部将于9月29日9:00开始接收工作，医学部按照公布拟录取名单全面进行拟录取工作，请报名我校的推免生注意接收复试及拟录取通知。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我部在学校下达的推免招生计划范围内，对所有申报医学部的推免生，按预接收、其他推免生的顺序，分批次录取，额满为止。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拟录取推免生经学校招生工作领导小组审定，并经省级招生主管部门审核通过，在学校研究生招生信息网予以公示，方可正式录取为我校2025年免试攻读硕士或博士学位研究生。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五、奖助政策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校硕士研究生奖助金体系包括国家奖学金、国家助学金、学业奖学金、社会奖助金和“三助一辅”岗位津贴以及临时困难补助和绿色通道等。推免的硕士研究生享受硕士奖助金，推免的直博生享受博士奖助金。学校统筹评定国家奖学金、学业奖学金、社会奖助金。获得国家奖学金的研究生当年不得享受学业奖学金。社会奖助金依据设奖人的意愿进行奖励，可以与国家奖学金或者学业奖学金兼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详情请查阅我校研究生院主页（http://gs.xjtu.edu.cn）相关文件。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已录取的推免生，应承诺不再列入本科就业计划，不报名参加当年硕士生入学统一考试；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已录取的推免生，入学时未取得国家承认的本科毕业及学士学位证书的，录取资格无效；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如发现推免生报考信息弄虚作假、违反招生规定、存在品德失范、学术不端或违法违纪违规等情况的，经相关部门查证属实，学校将按照相关规定取消其申请资格、录取资格或入学资格等，并通报申请人所在学校，产生的一切后果由本人负责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学校按照《普通高等学校招生体检工作指导意见》（教学〔2003〕3号）规定，结合招生专业实际情况组织体检，在入学时统一安排进行，体检合格准予入学。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监督邮箱：yxbrcpyc@xjtu.edu.cn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医学部人才培养处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西安交通大学医学部各院联系方式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学院/单位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联系人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电话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邮箱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地址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邮编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基础医学院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李老师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029-82656078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lhyang@xjtu.edu.cn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西安市雁塔西路76号西安交通大学医学部基础医学院院办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710061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刘老师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029-82655101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liurenjie0206@xjtu.edu.cn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西安市雁塔西路76号西安交通大学医学部公共卫生学院（83号信箱）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710061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林老师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029-82655424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linhj2013@xjtu.edu.cn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西安市雁塔西路76号西安交通大学医学部药学院院办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710061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法医学院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田老师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029-82655299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xiaotangmami@126.com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西安市雁塔西路76号西安交通大学医学部法医学院院办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710061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护理学系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肖老师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029-82657015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xiaoshan@xjtu.edu.cn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西安市雁塔西路76号西安交通大学医学部护理学系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710061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第一附属医院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习老师、吴老师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029-85324790，029-85324791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yfyyanjiusheng@163.com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西安市雁塔西路277号西安交通大学医学部第一附属医院教学部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710061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第二附属医院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刘老师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029-87678522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lytbs@sina.com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西安市西五路157号西安交通大学医学部第二附属医院教学科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710004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附属口腔医院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王老师、熊老师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029-87275707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xionghui@xjtu.edu.cn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西安市西五路98号西安交通大学医学部附属口腔医院教学科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710004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欢迎来自全国各地医学莘莘学子！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