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中山大学数学学院（珠海）2026届本科毕业生免试攻读研究生推荐名单（含候补）（更新）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中山大学数学学院（珠海）2026届本科毕业生免试攻读研究生推荐名单（含候补）已更新，发布日期为2025年09月（具体日期未标注）。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一、名单人数与专业明细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名单总计57人，涵盖数学与应用数学、信息与计算科学共2个专业。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分专业明细：数学与应用数学35人、信息与计算科学22人。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拟推荐50人，其中数学与应用数学28人、信息与计算科学22人。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候补7人，均为数学与应用数学专业。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放弃1人，为数学与应用数学专业。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原文未公示排名方式及评分依据。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原文未标注公示期及异议反馈渠道。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名单含候补人员。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数学与应用数学专业1人（范裕健）放弃推免资格。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候补人员共7人，均为数学与应用数学专业。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