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中山大学微电子科学与技术学院2027年接收优秀应届本科毕业生推荐免试攻读研究生预报名通知</w:t>
      </w:r>
    </w:p>
    <w:p>
      <w:pPr>
        <w:spacing w:after="80" w:lineRule="auto" w:line="360"/>
        <w:ind w:firstLine="482"/>
        <w:jc w:val="both"/>
      </w:pPr>
      <w:r>
        <w:rPr>
          <w:rFonts w:ascii="Times New Roman" w:hAnsi="Times New Roman" w:eastAsia="宋体"/>
          <w:b w:val="0"/>
          <w:sz w:val="24"/>
        </w:rPr>
        <w:t>发布日期：2026-07-06</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拥护中国共产党的领导，遵纪守法，品德良好。</w:t>
      </w:r>
    </w:p>
    <w:p>
      <w:pPr>
        <w:spacing w:after="80" w:lineRule="auto" w:line="360"/>
        <w:ind w:firstLine="482"/>
        <w:jc w:val="both"/>
      </w:pPr>
      <w:r>
        <w:rPr>
          <w:rFonts w:ascii="Times New Roman" w:hAnsi="Times New Roman" w:eastAsia="宋体"/>
          <w:b w:val="0"/>
          <w:sz w:val="24"/>
        </w:rPr>
        <w:t>3. 在目前就读学校取得或预计可取得教育部推荐免试研究生资格的优秀应届本科毕业生。</w:t>
      </w:r>
    </w:p>
    <w:p>
      <w:pPr>
        <w:spacing w:after="80" w:lineRule="auto" w:line="360"/>
        <w:ind w:firstLine="482"/>
        <w:jc w:val="both"/>
      </w:pPr>
      <w:r>
        <w:rPr>
          <w:rFonts w:ascii="Times New Roman" w:hAnsi="Times New Roman" w:eastAsia="宋体"/>
          <w:b w:val="0"/>
          <w:sz w:val="24"/>
        </w:rPr>
        <w:t>4. 学术研究兴趣浓厚，具有较强的创新意识、创新能力和作为博士、硕士研究生培养的潜质。</w:t>
      </w:r>
    </w:p>
    <w:p>
      <w:pPr>
        <w:spacing w:after="80" w:lineRule="auto" w:line="360"/>
        <w:ind w:firstLine="482"/>
        <w:jc w:val="both"/>
      </w:pPr>
      <w:r>
        <w:rPr>
          <w:rFonts w:ascii="Times New Roman" w:hAnsi="Times New Roman" w:eastAsia="宋体"/>
          <w:b w:val="0"/>
          <w:sz w:val="24"/>
        </w:rPr>
        <w:t>5. 诚实守信，学风端正，未受过任何处分。</w:t>
      </w:r>
    </w:p>
    <w:p>
      <w:pPr>
        <w:spacing w:after="80" w:lineRule="auto" w:line="360"/>
        <w:ind w:firstLine="482"/>
        <w:jc w:val="both"/>
      </w:pPr>
      <w:r>
        <w:rPr>
          <w:rFonts w:ascii="Times New Roman" w:hAnsi="Times New Roman" w:eastAsia="宋体"/>
          <w:b w:val="0"/>
          <w:sz w:val="24"/>
        </w:rPr>
        <w:t>6. 身心健康，符合国家和我校规定的体检要求。</w:t>
      </w:r>
    </w:p>
    <w:p>
      <w:pPr>
        <w:spacing w:after="80" w:lineRule="auto" w:line="360"/>
        <w:ind w:firstLine="482"/>
        <w:jc w:val="both"/>
      </w:pPr>
      <w:r>
        <w:rPr>
          <w:rFonts w:ascii="Times New Roman" w:hAnsi="Times New Roman" w:eastAsia="宋体"/>
          <w:b w:val="0"/>
          <w:sz w:val="24"/>
        </w:rPr>
        <w:t>7. 入学前须本科毕业并获得学士学位。</w:t>
      </w:r>
    </w:p>
    <w:p>
      <w:pPr>
        <w:spacing w:after="80" w:lineRule="auto" w:line="360"/>
        <w:ind w:firstLine="482"/>
        <w:jc w:val="both"/>
      </w:pPr>
      <w:r>
        <w:rPr>
          <w:rFonts w:ascii="Times New Roman" w:hAnsi="Times New Roman" w:eastAsia="宋体"/>
          <w:b w:val="0"/>
          <w:sz w:val="24"/>
        </w:rPr>
        <w:t>8. 其余申请条件须符合中山大学推荐免试研究生招生章程及接收办法中的要求。</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1. 直博生专业：电子科学与技术（080900，学术型）、集成电路科学与工程（140100，学术型）、集成电路工程（085403，专业型）。</w:t>
      </w:r>
    </w:p>
    <w:p>
      <w:pPr>
        <w:spacing w:after="80" w:lineRule="auto" w:line="360"/>
        <w:ind w:firstLine="482"/>
        <w:jc w:val="both"/>
      </w:pPr>
      <w:r>
        <w:rPr>
          <w:rFonts w:ascii="Times New Roman" w:hAnsi="Times New Roman" w:eastAsia="宋体"/>
          <w:b w:val="0"/>
          <w:sz w:val="24"/>
        </w:rPr>
        <w:t>2. 推免硕士生专业：电子科学与技术（080900，学术型）、集成电路科学与工程（140100，学术型）、集成电路工程（085403，专业型）。</w:t>
      </w:r>
    </w:p>
    <w:p>
      <w:pPr>
        <w:spacing w:after="80" w:lineRule="auto" w:line="360"/>
        <w:ind w:firstLine="482"/>
        <w:jc w:val="both"/>
      </w:pPr>
      <w:r>
        <w:rPr>
          <w:rFonts w:ascii="Times New Roman" w:hAnsi="Times New Roman" w:eastAsia="宋体"/>
          <w:b w:val="0"/>
          <w:sz w:val="24"/>
        </w:rPr>
        <w:t>3. 实际招生专业以学校最终公布的2027年研究生招生专业目录为准，各专业实际接收推免生人数将根据招生计划、生源情况等进行调整，以实际录取为准。</w:t>
      </w:r>
    </w:p>
    <w:p>
      <w:pPr>
        <w:spacing w:before="160" w:after="80" w:lineRule="auto" w:line="360"/>
        <w:jc w:val="left"/>
      </w:pPr>
      <w:r>
        <w:rPr>
          <w:rFonts w:ascii="Times New Roman" w:hAnsi="Times New Roman" w:eastAsia="宋体"/>
          <w:b/>
          <w:sz w:val="28"/>
        </w:rPr>
        <w:t>三、报名申请</w:t>
      </w:r>
    </w:p>
    <w:p>
      <w:pPr>
        <w:spacing w:after="80" w:lineRule="auto" w:line="360"/>
        <w:ind w:firstLine="482"/>
        <w:jc w:val="both"/>
      </w:pPr>
      <w:r>
        <w:rPr>
          <w:rFonts w:ascii="Times New Roman" w:hAnsi="Times New Roman" w:eastAsia="宋体"/>
          <w:b w:val="0"/>
          <w:sz w:val="24"/>
        </w:rPr>
        <w:t>1. 申请材料包括：《中山大学微电子科学与技术学院接收2027年推荐免试研究生（含直博生）申请表》（需打印、手写签名后扫描）、加盖推荐学校教务处公章的本科阶段学习成绩单、加盖推荐学校教务处公章的本科阶段专业排名证明、学生证扫描件（有学校盖章的个人信息页面）、身份证扫描件（正反面复印在同一页面）、体现自身英语水平的证明（如国家英语四/六级考试成绩证明、其他外语水平证明材料）、其他证明材料（如体现学术水平的代表性学术论文或其他原创性工作成果、获奖证书等）。</w:t>
      </w:r>
    </w:p>
    <w:p>
      <w:pPr>
        <w:spacing w:after="80" w:lineRule="auto" w:line="360"/>
        <w:ind w:firstLine="482"/>
        <w:jc w:val="both"/>
      </w:pPr>
      <w:r>
        <w:rPr>
          <w:rFonts w:ascii="Times New Roman" w:hAnsi="Times New Roman" w:eastAsia="宋体"/>
          <w:b w:val="0"/>
          <w:sz w:val="24"/>
        </w:rPr>
        <w:t>2. 申请直接攻读博士学位者还须提供两位与申请学科有关的副教授（或相当职称）或以上职称专家的“专家推荐信”。</w:t>
      </w:r>
    </w:p>
    <w:p>
      <w:pPr>
        <w:spacing w:after="80" w:lineRule="auto" w:line="360"/>
        <w:ind w:firstLine="482"/>
        <w:jc w:val="both"/>
      </w:pPr>
      <w:r>
        <w:rPr>
          <w:rFonts w:ascii="Times New Roman" w:hAnsi="Times New Roman" w:eastAsia="宋体"/>
          <w:b w:val="0"/>
          <w:sz w:val="24"/>
        </w:rPr>
        <w:t>3. 申请者须承诺所提供信息、材料及申请身份的真实性，一经查证为不属实或不符合招生要求，将取消其申请资格、录取资格、入学资格，已入学的取消学籍；若存在有违学术道德、专业伦理、诚实守信等方面的不当行为，一经查实，立即取消相应资格。</w:t>
      </w:r>
    </w:p>
    <w:p>
      <w:pPr>
        <w:spacing w:after="80" w:lineRule="auto" w:line="360"/>
        <w:ind w:firstLine="482"/>
        <w:jc w:val="both"/>
      </w:pPr>
      <w:r>
        <w:rPr>
          <w:rFonts w:ascii="Times New Roman" w:hAnsi="Times New Roman" w:eastAsia="宋体"/>
          <w:b w:val="0"/>
          <w:sz w:val="24"/>
        </w:rPr>
        <w:t>4. 报名时间：2026年7月6日起至2026年7月17日23:59前，填写问卷提交报名（问卷链接：https://wj.sysu.edu.cn/q/Yp3ZALto）。</w:t>
      </w:r>
    </w:p>
    <w:p>
      <w:pPr>
        <w:spacing w:after="80" w:lineRule="auto" w:line="360"/>
        <w:ind w:firstLine="482"/>
        <w:jc w:val="both"/>
      </w:pPr>
      <w:r>
        <w:rPr>
          <w:rFonts w:ascii="Times New Roman" w:hAnsi="Times New Roman" w:eastAsia="宋体"/>
          <w:b w:val="0"/>
          <w:sz w:val="24"/>
        </w:rPr>
        <w:t>5. 全部申请材料按顺序扫描整合成一个PDF文档（以“姓名-本科院校-申请推免类别”命名，如“张三-中山大学微电子科学与技术学院-直博生”），在问卷中一并提交，文档限制大小50MB以内；若文件超限或后续有材料更新，可上传至云盘（https://pan.sysu.edu.cn/link/AA94367229D6A741AEB21BC0B4302DAE7D，文件夹名：2026年7月2027推免招生报名材料收集，提取码：2027）。</w:t>
      </w:r>
    </w:p>
    <w:p>
      <w:pPr>
        <w:spacing w:before="160" w:after="80" w:lineRule="auto" w:line="360"/>
        <w:jc w:val="left"/>
      </w:pPr>
      <w:r>
        <w:rPr>
          <w:rFonts w:ascii="Times New Roman" w:hAnsi="Times New Roman" w:eastAsia="宋体"/>
          <w:b/>
          <w:sz w:val="28"/>
        </w:rPr>
        <w:t>四、初审与复试</w:t>
      </w:r>
    </w:p>
    <w:p>
      <w:pPr>
        <w:spacing w:after="80" w:lineRule="auto" w:line="360"/>
        <w:ind w:firstLine="482"/>
        <w:jc w:val="both"/>
      </w:pPr>
      <w:r>
        <w:rPr>
          <w:rFonts w:ascii="Times New Roman" w:hAnsi="Times New Roman" w:eastAsia="宋体"/>
          <w:b w:val="0"/>
          <w:sz w:val="24"/>
        </w:rPr>
        <w:t>1. 初审：根据考生提交的申请材料，经学院专家遴选后，择优确定复试名单并通知申请人参加复试。</w:t>
      </w:r>
    </w:p>
    <w:p>
      <w:pPr>
        <w:spacing w:after="80" w:lineRule="auto" w:line="360"/>
        <w:ind w:firstLine="482"/>
        <w:jc w:val="both"/>
      </w:pPr>
      <w:r>
        <w:rPr>
          <w:rFonts w:ascii="Times New Roman" w:hAnsi="Times New Roman" w:eastAsia="宋体"/>
          <w:b w:val="0"/>
          <w:sz w:val="24"/>
        </w:rPr>
        <w:t>2. 复试名单将于报名截止后的5个工作日内在学院官网“研究生招生”板块（https://mst.sysu.edu.cn/admission）发布，请及时关注。</w:t>
      </w:r>
    </w:p>
    <w:p>
      <w:pPr>
        <w:spacing w:after="80" w:lineRule="auto" w:line="360"/>
        <w:ind w:firstLine="482"/>
        <w:jc w:val="both"/>
      </w:pPr>
      <w:r>
        <w:rPr>
          <w:rFonts w:ascii="Times New Roman" w:hAnsi="Times New Roman" w:eastAsia="宋体"/>
          <w:b w:val="0"/>
          <w:sz w:val="24"/>
        </w:rPr>
        <w:t>3. 复试形式：现场综合考核。</w:t>
      </w:r>
    </w:p>
    <w:p>
      <w:pPr>
        <w:spacing w:after="80" w:lineRule="auto" w:line="360"/>
        <w:ind w:firstLine="482"/>
        <w:jc w:val="both"/>
      </w:pPr>
      <w:r>
        <w:rPr>
          <w:rFonts w:ascii="Times New Roman" w:hAnsi="Times New Roman" w:eastAsia="宋体"/>
          <w:b w:val="0"/>
          <w:sz w:val="24"/>
        </w:rPr>
        <w:t>4. 复试总分：100分，其中30%为英语考核，70%为业务能力及综合素质考核。</w:t>
      </w:r>
    </w:p>
    <w:p>
      <w:pPr>
        <w:spacing w:after="80" w:lineRule="auto" w:line="360"/>
        <w:ind w:firstLine="482"/>
        <w:jc w:val="both"/>
      </w:pPr>
      <w:r>
        <w:rPr>
          <w:rFonts w:ascii="Times New Roman" w:hAnsi="Times New Roman" w:eastAsia="宋体"/>
          <w:b w:val="0"/>
          <w:sz w:val="24"/>
        </w:rPr>
        <w:t>5. 考核时间：硕士推免生面试总时间不少于20分钟，直博生面试总时间不少于30分钟。</w:t>
      </w:r>
    </w:p>
    <w:p>
      <w:pPr>
        <w:spacing w:after="80" w:lineRule="auto" w:line="360"/>
        <w:ind w:firstLine="482"/>
        <w:jc w:val="both"/>
      </w:pPr>
      <w:r>
        <w:rPr>
          <w:rFonts w:ascii="Times New Roman" w:hAnsi="Times New Roman" w:eastAsia="宋体"/>
          <w:b w:val="0"/>
          <w:sz w:val="24"/>
        </w:rPr>
        <w:t>6. 考核方式：复试小组对参加复试的考生进行逐个考核，考生当场回答问题，必要时复试小组成员会就相关问题进一步提问。</w:t>
      </w:r>
    </w:p>
    <w:p>
      <w:pPr>
        <w:spacing w:after="80" w:lineRule="auto" w:line="360"/>
        <w:ind w:firstLine="482"/>
        <w:jc w:val="both"/>
      </w:pPr>
      <w:r>
        <w:rPr>
          <w:rFonts w:ascii="Times New Roman" w:hAnsi="Times New Roman" w:eastAsia="宋体"/>
          <w:b w:val="0"/>
          <w:sz w:val="24"/>
        </w:rPr>
        <w:t>7. 复试内容：外语应用能力测试（占考核成绩的30%，重点考查外语应用基本能力）；专业能力考核（占考核成绩的50%，重点考查专业理论及相关知识掌握程度、知识结构、实践能力、综合分析和解决问题能力、创新能力、写作水平等）；综合素质考核及评价（占考核成绩的20%）。</w:t>
      </w:r>
    </w:p>
    <w:p>
      <w:pPr>
        <w:spacing w:after="80" w:lineRule="auto" w:line="360"/>
        <w:ind w:firstLine="482"/>
        <w:jc w:val="both"/>
      </w:pPr>
      <w:r>
        <w:rPr>
          <w:rFonts w:ascii="Times New Roman" w:hAnsi="Times New Roman" w:eastAsia="宋体"/>
          <w:b w:val="0"/>
          <w:sz w:val="24"/>
        </w:rPr>
        <w:t>联系方式：学院官网“研究生招生”板块（https://mst.sysu.edu.cn/admission），报名问卷及云盘链接见上文。</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