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贵州大学法学院关于推荐2026届优秀应届本科毕业生免试攻读硕士学位研究生遴选考核工作实施细则</w:t>
      </w:r>
    </w:p>
    <w:p>
      <w:pPr>
        <w:spacing w:after="80" w:lineRule="auto" w:line="360"/>
        <w:ind w:firstLine="482"/>
        <w:jc w:val="both"/>
      </w:pPr>
      <w:r>
        <w:rPr>
          <w:rFonts w:ascii="Times New Roman" w:hAnsi="Times New Roman" w:eastAsia="宋体"/>
          <w:b w:val="0"/>
          <w:sz w:val="24"/>
        </w:rPr>
        <w:t>贵州大学法学院关于推荐2026届优秀应届本科毕业生免试攻读硕士学位研究生遴选考核工作实施细则</w:t>
      </w:r>
    </w:p>
    <w:p>
      <w:pPr>
        <w:spacing w:after="80" w:lineRule="auto" w:line="360"/>
        <w:ind w:firstLine="482"/>
        <w:jc w:val="both"/>
      </w:pPr>
      <w:r>
        <w:rPr>
          <w:rFonts w:ascii="Times New Roman" w:hAnsi="Times New Roman" w:eastAsia="宋体"/>
          <w:b w:val="0"/>
          <w:sz w:val="24"/>
        </w:rPr>
        <w:t>发布日期：2025年9月2日</w:t>
      </w:r>
    </w:p>
    <w:p>
      <w:pPr>
        <w:spacing w:after="80" w:lineRule="auto" w:line="360"/>
        <w:ind w:firstLine="482"/>
        <w:jc w:val="both"/>
      </w:pPr>
      <w:r>
        <w:rPr>
          <w:rFonts w:ascii="Times New Roman" w:hAnsi="Times New Roman" w:eastAsia="宋体"/>
          <w:b w:val="0"/>
          <w:sz w:val="24"/>
        </w:rPr>
        <w:t>按照教育部有关文件精神以及《贵州大学关于推荐2026届优秀应届本科毕业生免试攻读硕士学位研究生的通知》（贵大发〔2025〕22号）的要求，结合学院实际，特制定本细则，具体内容如下：</w:t>
      </w:r>
    </w:p>
    <w:p>
      <w:pPr>
        <w:spacing w:before="160" w:after="80" w:lineRule="auto" w:line="360"/>
        <w:jc w:val="left"/>
      </w:pPr>
      <w:r>
        <w:rPr>
          <w:rFonts w:ascii="Times New Roman" w:hAnsi="Times New Roman" w:eastAsia="宋体"/>
          <w:b/>
          <w:sz w:val="28"/>
        </w:rPr>
        <w:t>一、成立学院推免生遴选工作领导小组</w:t>
      </w:r>
    </w:p>
    <w:p>
      <w:pPr>
        <w:spacing w:after="80" w:lineRule="auto" w:line="360"/>
        <w:ind w:firstLine="482"/>
        <w:jc w:val="both"/>
      </w:pPr>
      <w:r>
        <w:rPr>
          <w:rFonts w:ascii="Times New Roman" w:hAnsi="Times New Roman" w:eastAsia="宋体"/>
          <w:b w:val="0"/>
          <w:sz w:val="24"/>
        </w:rPr>
        <w:t>组长：石明昌、冷传莉</w:t>
      </w:r>
    </w:p>
    <w:p>
      <w:pPr>
        <w:spacing w:after="80" w:lineRule="auto" w:line="360"/>
        <w:ind w:firstLine="482"/>
        <w:jc w:val="both"/>
      </w:pPr>
      <w:r>
        <w:rPr>
          <w:rFonts w:ascii="Times New Roman" w:hAnsi="Times New Roman" w:eastAsia="宋体"/>
          <w:b w:val="0"/>
          <w:sz w:val="24"/>
        </w:rPr>
        <w:t>副组长：张亚军、孙志煜</w:t>
      </w:r>
    </w:p>
    <w:p>
      <w:pPr>
        <w:spacing w:after="80" w:lineRule="auto" w:line="360"/>
        <w:ind w:firstLine="482"/>
        <w:jc w:val="both"/>
      </w:pPr>
      <w:r>
        <w:rPr>
          <w:rFonts w:ascii="Times New Roman" w:hAnsi="Times New Roman" w:eastAsia="宋体"/>
          <w:b w:val="0"/>
          <w:sz w:val="24"/>
        </w:rPr>
        <w:t>成员：杨智婷、谭璐、金鑫、陈忍</w:t>
      </w:r>
    </w:p>
    <w:p>
      <w:pPr>
        <w:spacing w:after="80" w:lineRule="auto" w:line="360"/>
        <w:ind w:firstLine="482"/>
        <w:jc w:val="both"/>
      </w:pPr>
      <w:r>
        <w:rPr>
          <w:rFonts w:ascii="Times New Roman" w:hAnsi="Times New Roman" w:eastAsia="宋体"/>
          <w:b w:val="0"/>
          <w:sz w:val="24"/>
        </w:rPr>
        <w:t>领导小组办公室设在学院教学科研科。</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1. 坚持公平、公正、择优的科学选拔原则。</w:t>
      </w:r>
    </w:p>
    <w:p>
      <w:pPr>
        <w:spacing w:after="80" w:lineRule="auto" w:line="360"/>
        <w:ind w:firstLine="482"/>
        <w:jc w:val="both"/>
      </w:pPr>
      <w:r>
        <w:rPr>
          <w:rFonts w:ascii="Times New Roman" w:hAnsi="Times New Roman" w:eastAsia="宋体"/>
          <w:b w:val="0"/>
          <w:sz w:val="24"/>
        </w:rPr>
        <w:t>2. 坚持信息公开，推荐工作各环节公开透明。</w:t>
      </w:r>
    </w:p>
    <w:p>
      <w:pPr>
        <w:spacing w:after="80" w:lineRule="auto" w:line="360"/>
        <w:ind w:firstLine="482"/>
        <w:jc w:val="both"/>
      </w:pPr>
      <w:r>
        <w:rPr>
          <w:rFonts w:ascii="Times New Roman" w:hAnsi="Times New Roman" w:eastAsia="宋体"/>
          <w:b w:val="0"/>
          <w:sz w:val="24"/>
        </w:rPr>
        <w:t>3. 推免名额不限制学术学位与专业学位报考类型。</w:t>
      </w:r>
    </w:p>
    <w:p>
      <w:pPr>
        <w:spacing w:after="80" w:lineRule="auto" w:line="360"/>
        <w:ind w:firstLine="482"/>
        <w:jc w:val="both"/>
      </w:pPr>
      <w:r>
        <w:rPr>
          <w:rFonts w:ascii="Times New Roman" w:hAnsi="Times New Roman" w:eastAsia="宋体"/>
          <w:b w:val="0"/>
          <w:sz w:val="24"/>
        </w:rPr>
        <w:t>4. 不得将报考本校作为遴选推免生的条件，也不得以任何其他形式限制本校推免生依据招生政策自主选择报考其他推免生遴选单位和专业。</w:t>
      </w:r>
    </w:p>
    <w:p>
      <w:pPr>
        <w:spacing w:before="160" w:after="80" w:lineRule="auto" w:line="360"/>
        <w:jc w:val="left"/>
      </w:pPr>
      <w:r>
        <w:rPr>
          <w:rFonts w:ascii="Times New Roman" w:hAnsi="Times New Roman" w:eastAsia="宋体"/>
          <w:b/>
          <w:sz w:val="28"/>
        </w:rPr>
        <w:t>三、推荐免试攻读研究生计划</w:t>
      </w:r>
    </w:p>
    <w:p>
      <w:pPr>
        <w:spacing w:after="80" w:lineRule="auto" w:line="360"/>
        <w:ind w:firstLine="482"/>
        <w:jc w:val="both"/>
      </w:pPr>
      <w:r>
        <w:rPr>
          <w:rFonts w:ascii="Times New Roman" w:hAnsi="Times New Roman" w:eastAsia="宋体"/>
          <w:b w:val="0"/>
          <w:sz w:val="24"/>
        </w:rPr>
        <w:t>学校推免生遴选工作领导小组根据教育部实际下达的名额，按照优先支持学科和优势学科建设，兼顾学科协调发展的要求对名额进行分配。根据以上原则，法学院2026届优秀应届本科毕业生免试攻读硕士学位研究生的推荐名额为14名，递补2名。</w:t>
      </w:r>
    </w:p>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遴选范围为普通高考全日制本科的贵州大学法学院2026届应届毕业生，并且满足下列条件：</w:t>
      </w:r>
    </w:p>
    <w:p>
      <w:pPr>
        <w:spacing w:after="80" w:lineRule="auto" w:line="360"/>
        <w:ind w:firstLine="482"/>
        <w:jc w:val="both"/>
      </w:pPr>
      <w:r>
        <w:rPr>
          <w:rFonts w:ascii="Times New Roman" w:hAnsi="Times New Roman" w:eastAsia="宋体"/>
          <w:b w:val="0"/>
          <w:sz w:val="24"/>
        </w:rPr>
        <w:t>1. 政治表现好，思想品德好，勤学上进，遵纪守法，无违法违纪行为。</w:t>
      </w:r>
    </w:p>
    <w:p>
      <w:pPr>
        <w:spacing w:after="80" w:lineRule="auto" w:line="360"/>
        <w:ind w:firstLine="482"/>
        <w:jc w:val="both"/>
      </w:pPr>
      <w:r>
        <w:rPr>
          <w:rFonts w:ascii="Times New Roman" w:hAnsi="Times New Roman" w:eastAsia="宋体"/>
          <w:b w:val="0"/>
          <w:sz w:val="24"/>
        </w:rPr>
        <w:t>2. 诚实守信，学风端正，无任何考试作弊和学术不端行为。</w:t>
      </w:r>
    </w:p>
    <w:p>
      <w:pPr>
        <w:spacing w:after="80" w:lineRule="auto" w:line="360"/>
        <w:ind w:firstLine="482"/>
        <w:jc w:val="both"/>
      </w:pPr>
      <w:r>
        <w:rPr>
          <w:rFonts w:ascii="Times New Roman" w:hAnsi="Times New Roman" w:eastAsia="宋体"/>
          <w:b w:val="0"/>
          <w:sz w:val="24"/>
        </w:rPr>
        <w:t>3. 学习成绩优秀，在读期间修读课程按学分加权平均成绩在本专业排名前30%（以教务系统正考成绩计算）。学术兴趣浓厚，有较强的创新意识和创新能力。</w:t>
      </w:r>
    </w:p>
    <w:p>
      <w:pPr>
        <w:spacing w:after="80" w:lineRule="auto" w:line="360"/>
        <w:ind w:firstLine="482"/>
        <w:jc w:val="both"/>
      </w:pPr>
      <w:r>
        <w:rPr>
          <w:rFonts w:ascii="Times New Roman" w:hAnsi="Times New Roman" w:eastAsia="宋体"/>
          <w:b w:val="0"/>
          <w:sz w:val="24"/>
        </w:rPr>
        <w:t>4. 全国大学英语考试（CET4、CET6）成绩达到425分及以上；小语种课程期末考试成绩每学期均在75分及以上。</w:t>
      </w:r>
    </w:p>
    <w:p>
      <w:pPr>
        <w:spacing w:after="80" w:lineRule="auto" w:line="360"/>
        <w:ind w:firstLine="482"/>
        <w:jc w:val="both"/>
      </w:pPr>
      <w:r>
        <w:rPr>
          <w:rFonts w:ascii="Times New Roman" w:hAnsi="Times New Roman" w:eastAsia="宋体"/>
          <w:b w:val="0"/>
          <w:sz w:val="24"/>
        </w:rPr>
        <w:t>5. 身体健康，体育成绩合格。</w:t>
      </w:r>
    </w:p>
    <w:p>
      <w:pPr>
        <w:spacing w:before="160" w:after="80" w:lineRule="auto" w:line="360"/>
        <w:jc w:val="left"/>
      </w:pPr>
      <w:r>
        <w:rPr>
          <w:rFonts w:ascii="Times New Roman" w:hAnsi="Times New Roman" w:eastAsia="宋体"/>
          <w:b/>
          <w:sz w:val="28"/>
        </w:rPr>
        <w:t>五、申请程序</w:t>
      </w:r>
    </w:p>
    <w:p>
      <w:pPr>
        <w:spacing w:after="80" w:lineRule="auto" w:line="360"/>
        <w:ind w:firstLine="482"/>
        <w:jc w:val="both"/>
      </w:pPr>
      <w:r>
        <w:rPr>
          <w:rFonts w:ascii="Times New Roman" w:hAnsi="Times New Roman" w:eastAsia="宋体"/>
          <w:b w:val="0"/>
          <w:sz w:val="24"/>
        </w:rPr>
        <w:t>1. 符合推免生条件的学生于2025年9月5日9:00前向法学院教学科研科提交《贵州大学推荐优秀本科毕业生免试攻读硕士学位研究生申请表》（纸质版一式3份，详见附件1）、《贵州大学法学院2026届推荐免试资格名单汇总表》（电子档，详见附件2）和相关申请材料，所有材料电子档发送到邮箱fxyjyk@126.com。</w:t>
      </w:r>
    </w:p>
    <w:p>
      <w:pPr>
        <w:spacing w:after="80" w:lineRule="auto" w:line="360"/>
        <w:ind w:firstLine="482"/>
        <w:jc w:val="both"/>
      </w:pPr>
      <w:r>
        <w:rPr>
          <w:rFonts w:ascii="Times New Roman" w:hAnsi="Times New Roman" w:eastAsia="宋体"/>
          <w:b w:val="0"/>
          <w:sz w:val="24"/>
        </w:rPr>
        <w:t>2. 学院根据推免生条件和推免生遴选工作实施细则，于2025年9月6日前审核推免生资格，签署推荐意见，报送取得推免生资格的名单。满足申请条件的学生，推免资格的确定原则上以学习成绩为依据，按照“按学分加权平均成绩（以教务系统正考成绩计算）”排名为序进行择优推荐。</w:t>
      </w:r>
    </w:p>
    <w:p>
      <w:pPr>
        <w:spacing w:after="80" w:lineRule="auto" w:line="360"/>
        <w:ind w:firstLine="482"/>
        <w:jc w:val="both"/>
      </w:pPr>
      <w:r>
        <w:rPr>
          <w:rFonts w:ascii="Times New Roman" w:hAnsi="Times New Roman" w:eastAsia="宋体"/>
          <w:b w:val="0"/>
          <w:sz w:val="24"/>
        </w:rPr>
        <w:t>3. 符合第四条申请条件的学生，满足以下条件之一，原则上可不受学习成绩排名限制，进行优先推荐，但此部分学生不得超过学院总名额的30%：</w:t>
      </w:r>
    </w:p>
    <w:p>
      <w:pPr>
        <w:spacing w:after="80" w:lineRule="auto" w:line="360"/>
        <w:ind w:firstLine="482"/>
        <w:jc w:val="both"/>
      </w:pPr>
      <w:r>
        <w:rPr>
          <w:rFonts w:ascii="Times New Roman" w:hAnsi="Times New Roman" w:eastAsia="宋体"/>
          <w:b w:val="0"/>
          <w:sz w:val="24"/>
        </w:rPr>
        <w:t>（1）参军入伍退役后已复学的应届毕业生。</w:t>
      </w:r>
    </w:p>
    <w:p>
      <w:pPr>
        <w:spacing w:after="80" w:lineRule="auto" w:line="360"/>
        <w:ind w:firstLine="482"/>
        <w:jc w:val="both"/>
      </w:pPr>
      <w:r>
        <w:rPr>
          <w:rFonts w:ascii="Times New Roman" w:hAnsi="Times New Roman" w:eastAsia="宋体"/>
          <w:b w:val="0"/>
          <w:sz w:val="24"/>
        </w:rPr>
        <w:t>（2）本科在读期间以第一作者，贵州大学为第一署名单位发表CSSCI、SSCI及以上级别学术论文的应届毕业生。</w:t>
      </w:r>
    </w:p>
    <w:p>
      <w:pPr>
        <w:spacing w:after="80" w:lineRule="auto" w:line="360"/>
        <w:ind w:firstLine="482"/>
        <w:jc w:val="both"/>
      </w:pPr>
      <w:r>
        <w:rPr>
          <w:rFonts w:ascii="Times New Roman" w:hAnsi="Times New Roman" w:eastAsia="宋体"/>
          <w:b w:val="0"/>
          <w:sz w:val="24"/>
        </w:rPr>
        <w:t>（3）本科在读期间参加中国国际大学生创新大赛和全国大学生课外学术科技作品竞赛，获得国赛最高奖项且排名前两位的学生（若前两位为研究生，国赛最高奖汇报的本科生视为排名前两位的学生），或获中国国际大学生创新大赛国赛银奖或全国大学生课外学术科技作品竞赛国赛一等奖且排名第一的学生。</w:t>
      </w:r>
    </w:p>
    <w:p>
      <w:pPr>
        <w:spacing w:after="80" w:lineRule="auto" w:line="360"/>
        <w:ind w:firstLine="482"/>
        <w:jc w:val="both"/>
      </w:pPr>
      <w:r>
        <w:rPr>
          <w:rFonts w:ascii="Times New Roman" w:hAnsi="Times New Roman" w:eastAsia="宋体"/>
          <w:b w:val="0"/>
          <w:sz w:val="24"/>
        </w:rPr>
        <w:t>（4）本科在读期间，参加中国高等教育学会公布的全国普通高校学科竞赛项目（附件3），获国赛最高奖项且排名第一的学生。</w:t>
      </w:r>
    </w:p>
    <w:p>
      <w:pPr>
        <w:spacing w:after="80" w:lineRule="auto" w:line="360"/>
        <w:ind w:firstLine="482"/>
        <w:jc w:val="both"/>
      </w:pPr>
      <w:r>
        <w:rPr>
          <w:rFonts w:ascii="Times New Roman" w:hAnsi="Times New Roman" w:eastAsia="宋体"/>
          <w:b w:val="0"/>
          <w:sz w:val="24"/>
        </w:rPr>
        <w:t>通过以上（2）（3）（4）条推荐的学生，学院应成立不少于5人（副高以上职称）的专家审核小组进行审核认定，组织相关学生在一定范围内进行公开答辩，排除抄袭、造假、冒名及有名无实等情况，出具书面明确意见并排序，进行择优推荐，经学院推免生遴选工作领导小组审议通过后报学校教务处。学术论文需查重，学科竞赛获奖以获奖证书为准，等次高者优先。同等情况下，中国国际大学生创新大赛和全国大学生课外学术科技作品竞赛优先。</w:t>
      </w:r>
    </w:p>
    <w:p>
      <w:pPr>
        <w:spacing w:after="80" w:lineRule="auto" w:line="360"/>
        <w:ind w:firstLine="482"/>
        <w:jc w:val="both"/>
      </w:pPr>
      <w:r>
        <w:rPr>
          <w:rFonts w:ascii="Times New Roman" w:hAnsi="Times New Roman" w:eastAsia="宋体"/>
          <w:b w:val="0"/>
          <w:sz w:val="24"/>
        </w:rPr>
        <w:t>（1）（2）（3）（4）款推荐的学生超过学院30%的名额限制时，应优先安排参军入伍退役毕业生。未通过答辩考核的学生仍严格按照学习成绩排名参与学院整体推荐。</w:t>
      </w:r>
    </w:p>
    <w:p>
      <w:pPr>
        <w:spacing w:after="80" w:lineRule="auto" w:line="360"/>
        <w:ind w:firstLine="482"/>
        <w:jc w:val="both"/>
      </w:pPr>
      <w:r>
        <w:rPr>
          <w:rFonts w:ascii="Times New Roman" w:hAnsi="Times New Roman" w:eastAsia="宋体"/>
          <w:b w:val="0"/>
          <w:sz w:val="24"/>
        </w:rPr>
        <w:t>4. 学校对取得推免生资格的学生进行公示，公示期为7天。</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1. 学院推免工作遵循“择优”原则，严格执行推免计划，不超额推免，不预留机动指标。</w:t>
      </w:r>
    </w:p>
    <w:p>
      <w:pPr>
        <w:spacing w:after="80" w:lineRule="auto" w:line="360"/>
        <w:ind w:firstLine="482"/>
        <w:jc w:val="both"/>
      </w:pPr>
      <w:r>
        <w:rPr>
          <w:rFonts w:ascii="Times New Roman" w:hAnsi="Times New Roman" w:eastAsia="宋体"/>
          <w:b w:val="0"/>
          <w:sz w:val="24"/>
        </w:rPr>
        <w:t>2. 推免生要按照规定的时间和要求办理相关手续，因信息不全或不实、操作不当、时间延误等造成的后果由学生本人自负。</w:t>
      </w:r>
    </w:p>
    <w:p>
      <w:pPr>
        <w:spacing w:after="80" w:lineRule="auto" w:line="360"/>
        <w:ind w:firstLine="482"/>
        <w:jc w:val="both"/>
      </w:pPr>
      <w:r>
        <w:rPr>
          <w:rFonts w:ascii="Times New Roman" w:hAnsi="Times New Roman" w:eastAsia="宋体"/>
          <w:b w:val="0"/>
          <w:sz w:val="24"/>
        </w:rPr>
        <w:t>3. 对取得推免资格并被录取的推免生，须与学校签订诚信承诺书，违约者的诚信记录将记入其个人档案。</w:t>
      </w:r>
    </w:p>
    <w:p>
      <w:pPr>
        <w:spacing w:after="80" w:lineRule="auto" w:line="360"/>
        <w:ind w:firstLine="482"/>
        <w:jc w:val="both"/>
      </w:pPr>
      <w:r>
        <w:rPr>
          <w:rFonts w:ascii="Times New Roman" w:hAnsi="Times New Roman" w:eastAsia="宋体"/>
          <w:b w:val="0"/>
          <w:sz w:val="24"/>
        </w:rPr>
        <w:t>4. 入学前未取得学士学位或本科毕业证书，或受到处分的，取消录取资格。</w:t>
      </w:r>
    </w:p>
    <w:p>
      <w:pPr>
        <w:spacing w:after="80" w:lineRule="auto" w:line="360"/>
        <w:ind w:firstLine="482"/>
        <w:jc w:val="both"/>
      </w:pPr>
      <w:r>
        <w:rPr>
          <w:rFonts w:ascii="Times New Roman" w:hAnsi="Times New Roman" w:eastAsia="宋体"/>
          <w:b w:val="0"/>
          <w:sz w:val="24"/>
        </w:rPr>
        <w:t>5. 对第四条第4款规定以外的外国语成绩申请遴选的学生，外国语水平经学院提出认定意见后报校推免生遴选工作领导小组审议。</w:t>
      </w:r>
    </w:p>
    <w:p>
      <w:pPr>
        <w:spacing w:after="80" w:lineRule="auto" w:line="360"/>
        <w:ind w:firstLine="482"/>
        <w:jc w:val="both"/>
      </w:pPr>
      <w:r>
        <w:rPr>
          <w:rFonts w:ascii="Times New Roman" w:hAnsi="Times New Roman" w:eastAsia="宋体"/>
          <w:b w:val="0"/>
          <w:sz w:val="24"/>
        </w:rPr>
        <w:t>6. 切实发挥推免遴选工作领导小组的作用，强化人员管理，严肃招生纪律，形成自律有序的工作氛围。凡在推免工作中出现违规行为者，将严肃处理，并追究相关领导责任。</w:t>
      </w:r>
    </w:p>
    <w:p>
      <w:pPr>
        <w:spacing w:after="80" w:lineRule="auto" w:line="360"/>
        <w:ind w:firstLine="482"/>
        <w:jc w:val="both"/>
      </w:pPr>
      <w:r>
        <w:rPr>
          <w:rFonts w:ascii="Times New Roman" w:hAnsi="Times New Roman" w:eastAsia="宋体"/>
          <w:b w:val="0"/>
          <w:sz w:val="24"/>
        </w:rPr>
        <w:t>7. 院校两级推免生遴选工作领导小组负责处理推免生工作中出现的申诉事宜。纪检监察部门对推免工作实行全程监督。</w:t>
      </w:r>
    </w:p>
    <w:p>
      <w:pPr>
        <w:spacing w:after="80" w:lineRule="auto" w:line="360"/>
        <w:ind w:firstLine="482"/>
        <w:jc w:val="both"/>
      </w:pPr>
      <w:r>
        <w:rPr>
          <w:rFonts w:ascii="Times New Roman" w:hAnsi="Times New Roman" w:eastAsia="宋体"/>
          <w:b w:val="0"/>
          <w:sz w:val="24"/>
        </w:rPr>
        <w:t>联系方式：0851-88292153（法学院教学科研科）</w:t>
      </w:r>
    </w:p>
    <w:p>
      <w:pPr>
        <w:spacing w:after="80" w:lineRule="auto" w:line="360"/>
        <w:ind w:firstLine="482"/>
        <w:jc w:val="both"/>
      </w:pPr>
      <w:r>
        <w:rPr>
          <w:rFonts w:ascii="Times New Roman" w:hAnsi="Times New Roman" w:eastAsia="宋体"/>
          <w:b w:val="0"/>
          <w:sz w:val="24"/>
        </w:rPr>
        <w:t>监督电话：0851-88292150（院纪委）、0851-88292118（校纪委、监察专员办）</w:t>
      </w:r>
    </w:p>
    <w:p>
      <w:pPr>
        <w:spacing w:after="80" w:lineRule="auto" w:line="360"/>
        <w:ind w:firstLine="482"/>
        <w:jc w:val="both"/>
      </w:pPr>
      <w:r>
        <w:rPr>
          <w:rFonts w:ascii="Times New Roman" w:hAnsi="Times New Roman" w:eastAsia="宋体"/>
          <w:b w:val="0"/>
          <w:sz w:val="24"/>
        </w:rPr>
        <w:t>附件1：贵州大学推荐优秀应届本科毕业生免试攻读硕士学位研究生.doc</w:t>
      </w:r>
    </w:p>
    <w:p>
      <w:pPr>
        <w:spacing w:after="80" w:lineRule="auto" w:line="360"/>
        <w:ind w:firstLine="482"/>
        <w:jc w:val="both"/>
      </w:pPr>
      <w:r>
        <w:rPr>
          <w:rFonts w:ascii="Times New Roman" w:hAnsi="Times New Roman" w:eastAsia="宋体"/>
          <w:b w:val="0"/>
          <w:sz w:val="24"/>
        </w:rPr>
        <w:t>附件2：贵州大学法学院2026届推荐免试资格名单汇总表.xls</w:t>
      </w:r>
    </w:p>
    <w:p>
      <w:pPr>
        <w:spacing w:after="80" w:lineRule="auto" w:line="360"/>
        <w:ind w:firstLine="482"/>
        <w:jc w:val="both"/>
      </w:pPr>
      <w:r>
        <w:rPr>
          <w:rFonts w:ascii="Times New Roman" w:hAnsi="Times New Roman" w:eastAsia="宋体"/>
          <w:b w:val="0"/>
          <w:sz w:val="24"/>
        </w:rPr>
        <w:t>附件3.《2023全国普通高校大学生竞赛分析报告》竞赛目录.pdf</w:t>
      </w:r>
    </w:p>
    <w:p>
      <w:pPr>
        <w:spacing w:after="80" w:lineRule="auto" w:line="360"/>
        <w:ind w:firstLine="482"/>
        <w:jc w:val="both"/>
      </w:pPr>
      <w:r>
        <w:rPr>
          <w:rFonts w:ascii="Times New Roman" w:hAnsi="Times New Roman" w:eastAsia="宋体"/>
          <w:b w:val="0"/>
          <w:sz w:val="24"/>
        </w:rPr>
        <w:t>贵州大学法学院</w:t>
      </w:r>
    </w:p>
    <w:p>
      <w:pPr>
        <w:spacing w:after="80" w:lineRule="auto" w:line="360"/>
        <w:ind w:firstLine="482"/>
        <w:jc w:val="both"/>
      </w:pPr>
      <w:r>
        <w:rPr>
          <w:rFonts w:ascii="Times New Roman" w:hAnsi="Times New Roman" w:eastAsia="宋体"/>
          <w:b w:val="0"/>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