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度哲学系推免复试名单，共57人。按复试专业分布如下：马克思主义哲学7人，中国哲学10人，外国哲学9人，逻辑学4人，伦理学5人，美学4人，宗教学10人，科学技术哲学9人。备注中标注支教团1人（杨婧晗），直博3人（李天元、周语承、汤谷川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推免申请ID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SQ202514470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罗蕴琳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SQ202525613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崔绍禹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SQ202531392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张菀婕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SQ202502679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SQ202523191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SQ202528707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蔡欣悦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SQ202512939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陈飞宇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SQ202503280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张翀鸣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SQ202518663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冷雨桐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SQ202522893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张北疆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SQ202521677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周航羽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SQ202506518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吴若萱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SQ202530034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SQ202513462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周思燕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SQ202502134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SQ202526780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吴欣琪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SQ202515576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李天元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SQ202503880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SQ202515868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杨裕浩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谢璐蔓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SQ202503327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杨咏桦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SQ202511711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夏涔潇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SQ202512861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周谈艺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SQ202517759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逻辑学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陈韵仪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SQ202530625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逻辑学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亓奇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SQ202522692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逻辑学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包峻玮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SQ202514748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逻辑学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孙晟泽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SQ202513299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SQ202525599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周语承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SQ202510490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SQ202513689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刘芷昂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SQ202520641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SQ202508392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SQ202513351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吕奕霖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SQ202513736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徐莎莎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SQ202531184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SQ202516978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姚瑾杉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SQ202529621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朱跃扬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SQ202527635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田润林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岳君陶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SQ202511147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刘凌宇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SQ202513169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汤谷川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SQ202514009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邓誉涵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SQ202530728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蔺珏毓旻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SQ202520042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宗教学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周冰瑞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SQ202514036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赖泳希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SQ202529296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陈唐思润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SQ202521087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SQ202519872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SQ202507959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徐敏强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SQ202505852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SQ202529842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SQ202521853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王羽恒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SQ202531208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科学技术哲学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林旖萱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本名单为2026年度哲学系推免复试名单，共57人。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名单按复试专业分组排列，涵盖马克思主义哲学、中国哲学、外国哲学、逻辑学、伦理学、美学、宗教学、科学技术哲学8个专业。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备注栏信息：支教团1人（序号17 杨婧晗，中国哲学）；直博3人（序号19 李天元，外国哲学；序号31 周语承，伦理学；序号45 汤谷川，宗教学）。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