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华中农业大学动科动医学院接收推免生复试名单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华中农业大学动科动医学院接收推免生复试名单，共9人，均为推免复试考生。名单按序号列出姓名、所在学校、类别（学术学位硕士或专业学位硕士）、专业代码、专业名称、研究方向名称。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所在学校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研究方向名称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俞灵鑫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华中农业大学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基础兽医学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基础兽医学01-03方向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湖南农业大学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基础兽医学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基础兽医学01-03方向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蒋永涛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塔里木大学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基础兽医学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基础兽医学01-03方向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刘明鸽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基础兽医学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基础兽医学01-03方向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叶浩男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河南科技大学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基础兽医学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基础兽医学01-03方向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朱作忠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华南农业大学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基础兽医学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基础兽医学01-03方向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何丽娜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广西大学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基础兽医学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基础兽医学01-03方向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华南农业大学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基础兽医学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基础兽医学01-03方向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徐笑然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二、统计信息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总人数：9人。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学术学位硕士：8人，专业代码090601，专业名称基础兽医学，研究方向名称基础兽医学01-03方向。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专业学位硕士：1人，专业代码095200，专业名称兽医硕士，研究方向名称未标注。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所在学校分布：华中农业大学1人、湖南农业大学1人、塔里木大学1人、河南农业大学1人、河南科技大学1人、华南农业大学2人、广西大学1人、河北农业大学1人。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原文未提供排名或评分方式、公示期信息。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