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长春理工大学数学与统计学院2026年接收推免生办法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申请人须为普通高等学校应届本科毕业生，并获得所在学校推荐免试资格。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符合学校及学院规定的其他接收条件。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申请人须在规定时间内登录“全国推荐免试攻读研究生信息公开暨管理服务系统”（网址：yz.chsi.com.cn/tm）填报志愿。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学院对申请人材料进行审核，确定复试名单并通知考生。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通过复试的考生，由学院上报学校审核，最终确定拟录取名单。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外语水平证明（如CET-4、CET-6成绩单等）。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获奖证书、科研成果、发表的论文等证明材料。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其他能证明本人学术水平和能力的材料。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推免系统开放后，申请人须在规定时间内完成志愿填报。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学院将根据报名情况分批组织复试，具体时间以学院通知为准。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学院联系电话：0431-85583066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学院邮箱：sxy@cust.edu.cn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学院网址：https://sxytjxy.cust.edu.cn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