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2026年信息工程学院免试推研学院拟推荐学生名单公示汇总表（非健行）</w:t>
      </w:r>
    </w:p>
    <w:p>
      <w:pPr>
        <w:spacing w:after="80" w:lineRule="auto" w:line="360"/>
        <w:ind w:firstLine="482"/>
        <w:jc w:val="both"/>
      </w:pPr>
      <w:r>
        <w:rPr>
          <w:rFonts w:ascii="Times New Roman" w:hAnsi="Times New Roman" w:eastAsia="宋体"/>
          <w:b w:val="0"/>
          <w:sz w:val="24"/>
        </w:rPr>
        <w:t>2026年信息工程学院免试推研学院拟推荐学生名单公示汇总表（非健行）。本次公示名单共涉及信息工程学院多个本科专业，包含普通推免、普通预备、本硕博、本硕博预备、竞赛Ι类等推荐方式。以下按专业与推荐类别整理。</w:t>
      </w:r>
    </w:p>
    <w:p>
      <w:pPr>
        <w:spacing w:after="80" w:lineRule="auto" w:line="360"/>
        <w:ind w:firstLine="482"/>
        <w:jc w:val="both"/>
      </w:pPr>
      <w:r>
        <w:rPr>
          <w:rFonts w:ascii="Times New Roman" w:hAnsi="Times New Roman" w:eastAsia="宋体"/>
          <w:b w:val="0"/>
          <w:sz w:val="24"/>
        </w:rPr>
        <w:t>发布日期（推定）：2025年9月15日</w:t>
      </w:r>
    </w:p>
    <w:p>
      <w:pPr>
        <w:spacing w:before="160" w:after="80" w:lineRule="auto" w:line="360"/>
        <w:jc w:val="left"/>
      </w:pPr>
      <w:r>
        <w:rPr>
          <w:rFonts w:ascii="Times New Roman" w:hAnsi="Times New Roman" w:eastAsia="宋体"/>
          <w:b/>
          <w:sz w:val="28"/>
        </w:rPr>
        <w:t>十、电气工程及其自动化（080601）</w:t>
      </w:r>
    </w:p>
    <w:p>
      <w:pPr>
        <w:spacing w:after="80" w:lineRule="auto" w:line="360"/>
        <w:ind w:firstLine="482"/>
        <w:jc w:val="both"/>
      </w:pPr>
      <w:r>
        <w:rPr>
          <w:rFonts w:ascii="Times New Roman" w:hAnsi="Times New Roman" w:eastAsia="宋体"/>
          <w:b w:val="0"/>
          <w:sz w:val="24"/>
        </w:rPr>
        <w:t>1. 普通推免正式名单共7人：曾欣怡（女，推免成绩4.310，推免排名2，专业人数88，排名2，含健行荣誉生人数84，平均绩点3.930，排名2，电气正式1）、姜衡（男，4.089，排名3，88，排名3，84，3.939，排名1，电气正式2）、许杭凯（男，3.856，排名5，88，排名5，84，3.856，排名3，电气正式3）、王煜桐（男，3.767，排名7，88，排名6，84，3.767，排名4，电气正式4）、张天昊（男，3.698，排名8，88，排名7，84，3.648，排名7，电气正式5）、马轲鑫（男，3.638，排名10，88，排名8，84，3.438，排名11，电气正式6）、余仁飞（男，3.524，排名11，88，排名9，84，3.494，排名10，电气正式7）。</w:t>
      </w:r>
    </w:p>
    <w:p>
      <w:pPr>
        <w:spacing w:after="80" w:lineRule="auto" w:line="360"/>
        <w:ind w:firstLine="482"/>
        <w:jc w:val="both"/>
      </w:pPr>
      <w:r>
        <w:rPr>
          <w:rFonts w:ascii="Times New Roman" w:hAnsi="Times New Roman" w:eastAsia="宋体"/>
          <w:b w:val="0"/>
          <w:sz w:val="24"/>
        </w:rPr>
        <w:t>2. 其他类别：吴茗（女，3.241，排名19，88，排名16，84，3.051）；史恩豪（男，4.629，排名1，88，排名1，84）；蒋招璇（男，4.050，排名4，88，排名4，84，3.620，排名9，竞赛Ι类）。</w:t>
      </w:r>
    </w:p>
    <w:p>
      <w:pPr>
        <w:spacing w:before="160" w:after="80" w:lineRule="auto" w:line="360"/>
        <w:jc w:val="left"/>
      </w:pPr>
      <w:r>
        <w:rPr>
          <w:rFonts w:ascii="Times New Roman" w:hAnsi="Times New Roman" w:eastAsia="宋体"/>
          <w:b/>
          <w:sz w:val="28"/>
        </w:rPr>
        <w:t>九、电子信息工程（080701）</w:t>
      </w:r>
    </w:p>
    <w:p>
      <w:pPr>
        <w:spacing w:after="80" w:lineRule="auto" w:line="360"/>
        <w:ind w:firstLine="482"/>
        <w:jc w:val="both"/>
      </w:pPr>
      <w:r>
        <w:rPr>
          <w:rFonts w:ascii="Times New Roman" w:hAnsi="Times New Roman" w:eastAsia="宋体"/>
          <w:b w:val="0"/>
          <w:sz w:val="24"/>
        </w:rPr>
        <w:t>1. 普通推免正式名单共6人：缪恩扬（男，4.293，排名1，67，排名1，66，3.703，排名4，电信正式1）、王志晨（男，3.909，排名2，67，排名2，66，3.889，排名1，电信正式2）、麻荣跃（男，3.893，排名3，67，排名3，66，3.693，排名5，电信正式3）、寿世超（男，3.763，排名4，67，排名4，66，3.733，排名2，电信正式4）、周煊涵（男，3.717，排名5，67，排名5，66，3.717，排名3，电信正式5）、刘畅（男，3.700，排名6，67，排名6，66，3.400，排名12，电信正式6）。</w:t>
      </w:r>
    </w:p>
    <w:p>
      <w:pPr>
        <w:spacing w:after="80" w:lineRule="auto" w:line="360"/>
        <w:ind w:firstLine="482"/>
        <w:jc w:val="both"/>
      </w:pPr>
      <w:r>
        <w:rPr>
          <w:rFonts w:ascii="Times New Roman" w:hAnsi="Times New Roman" w:eastAsia="宋体"/>
          <w:b w:val="0"/>
          <w:sz w:val="24"/>
        </w:rPr>
        <w:t>2. 普通预备：章雨安（男，3.618，排名9，67，排名9，66，3.568，排名8，电信预备1）；钱洋明（男，3.618，排名10，67，排名10，66，3.298）。</w:t>
      </w:r>
    </w:p>
    <w:p>
      <w:pPr>
        <w:spacing w:after="80" w:lineRule="auto" w:line="360"/>
        <w:ind w:firstLine="482"/>
        <w:jc w:val="both"/>
      </w:pPr>
      <w:r>
        <w:rPr>
          <w:rFonts w:ascii="Times New Roman" w:hAnsi="Times New Roman" w:eastAsia="宋体"/>
          <w:b w:val="0"/>
          <w:sz w:val="24"/>
        </w:rPr>
        <w:t>3. 本硕博：周瑞（男，3.631，排名8，67，排名8，66，3.631，排名7，本硕博4）。</w:t>
      </w:r>
    </w:p>
    <w:p>
      <w:pPr>
        <w:spacing w:before="160" w:after="80" w:lineRule="auto" w:line="360"/>
        <w:jc w:val="left"/>
      </w:pPr>
      <w:r>
        <w:rPr>
          <w:rFonts w:ascii="Times New Roman" w:hAnsi="Times New Roman" w:eastAsia="宋体"/>
          <w:b/>
          <w:sz w:val="28"/>
        </w:rPr>
        <w:t>三、机器人工程（机器人感知与控制方向）（080801）</w:t>
      </w:r>
    </w:p>
    <w:p>
      <w:pPr>
        <w:spacing w:after="80" w:lineRule="auto" w:line="360"/>
        <w:ind w:firstLine="482"/>
        <w:jc w:val="both"/>
      </w:pPr>
      <w:r>
        <w:rPr>
          <w:rFonts w:ascii="Times New Roman" w:hAnsi="Times New Roman" w:eastAsia="宋体"/>
          <w:b w:val="0"/>
          <w:sz w:val="24"/>
        </w:rPr>
        <w:t>1. 普通推免正式名单共3人：李景文（男，4.121，排名3，40，排名2，38，3.991，排名3，机器人正式1）、施振超（男，4.119，排名4，40，排名3，38，3.954，排名4，机器人正式2）、满紫晗（女，3.543，排名8，40，排名6，38，3.543，排名7，机器人正式3）。</w:t>
      </w:r>
    </w:p>
    <w:p>
      <w:pPr>
        <w:spacing w:after="80" w:lineRule="auto" w:line="360"/>
        <w:ind w:firstLine="482"/>
        <w:jc w:val="both"/>
      </w:pPr>
      <w:r>
        <w:rPr>
          <w:rFonts w:ascii="Times New Roman" w:hAnsi="Times New Roman" w:eastAsia="宋体"/>
          <w:b w:val="0"/>
          <w:sz w:val="24"/>
        </w:rPr>
        <w:t>2. 普通预备：叶子菱（女，3.459，排名10，40，排名8，38）。</w:t>
      </w:r>
    </w:p>
    <w:p>
      <w:pPr>
        <w:spacing w:after="80" w:lineRule="auto" w:line="360"/>
        <w:ind w:firstLine="482"/>
        <w:jc w:val="both"/>
      </w:pPr>
      <w:r>
        <w:rPr>
          <w:rFonts w:ascii="Times New Roman" w:hAnsi="Times New Roman" w:eastAsia="宋体"/>
          <w:b w:val="0"/>
          <w:sz w:val="24"/>
        </w:rPr>
        <w:t>3. 竞赛Ι类：徐钰帆（男，4.510，竞赛Ι类）、金成涛（男，3.488，排名9，40，排名7，38，3.338，排名11）。</w:t>
      </w:r>
    </w:p>
    <w:p>
      <w:pPr>
        <w:spacing w:before="160" w:after="80" w:lineRule="auto" w:line="360"/>
        <w:jc w:val="left"/>
      </w:pPr>
      <w:r>
        <w:rPr>
          <w:rFonts w:ascii="Times New Roman" w:hAnsi="Times New Roman" w:eastAsia="宋体"/>
          <w:b/>
          <w:sz w:val="28"/>
        </w:rPr>
        <w:t>四、通信工程（080703）</w:t>
      </w:r>
    </w:p>
    <w:p>
      <w:pPr>
        <w:spacing w:after="80" w:lineRule="auto" w:line="360"/>
        <w:ind w:firstLine="482"/>
        <w:jc w:val="both"/>
      </w:pPr>
      <w:r>
        <w:rPr>
          <w:rFonts w:ascii="Times New Roman" w:hAnsi="Times New Roman" w:eastAsia="宋体"/>
          <w:b w:val="0"/>
          <w:sz w:val="24"/>
        </w:rPr>
        <w:t>1. 普通推免正式名单共10人：吴啸龙（男，4.480，排名1，117，排名1，115，4.180，排名2，通信正式1）、何鑫洋（男，4.286，排名2，117，排名2，115，3.876，排名7，通信正式2）、金成盛（男，4.285，排名3，117，排名3，115，4.205，排名1，通信正式3）、许宋祺（男，4.133，排名7，117，排名7，115，3.653，排名14，通信正式4）、叶洋博（男，4.129，排名8，117，排名6，115，3.779，排名10，通信正式5）、王泽楷（男，3.931，排名9，117，排名7，115，3.931，排名5，通信正式6）、任鑫婷（女，3.878，排名10，117，排名8，115，3.848，排名9，通信正式7）、王楠（男，3.872，排名11，117，排名9，115，3.872，排名8，通信正式8）、马海棠（男，3.759，排名12，117，排名10，115，3.759，排名11，通信正式9）、郑天赐（男，3.707，排名13，117，排名11，115，3.677，排名13，通信正式10）。</w:t>
      </w:r>
    </w:p>
    <w:p>
      <w:pPr>
        <w:spacing w:after="80" w:lineRule="auto" w:line="360"/>
        <w:ind w:firstLine="482"/>
        <w:jc w:val="both"/>
      </w:pPr>
      <w:r>
        <w:rPr>
          <w:rFonts w:ascii="Times New Roman" w:hAnsi="Times New Roman" w:eastAsia="宋体"/>
          <w:b w:val="0"/>
          <w:sz w:val="24"/>
        </w:rPr>
        <w:t>2. 普通预备/支教团：江映毅（女，3.590，排名15，117，排名13，115，3.290，排名24，通信预备1）；朱展逸（男，3.550，排名17，117，排名15，115，3.550）；刘宇凡（女，3.522，排名19，117，排名17，115）。</w:t>
      </w:r>
    </w:p>
    <w:p>
      <w:pPr>
        <w:spacing w:after="80" w:lineRule="auto" w:line="360"/>
        <w:ind w:firstLine="482"/>
        <w:jc w:val="both"/>
      </w:pPr>
      <w:r>
        <w:rPr>
          <w:rFonts w:ascii="Times New Roman" w:hAnsi="Times New Roman" w:eastAsia="宋体"/>
          <w:b w:val="0"/>
          <w:sz w:val="24"/>
        </w:rPr>
        <w:t>3. 本硕博：吴家树（男，3.701，排名14，117，排名12，115，3.701）。</w:t>
      </w:r>
    </w:p>
    <w:p>
      <w:pPr>
        <w:spacing w:after="80" w:lineRule="auto" w:line="360"/>
        <w:ind w:firstLine="482"/>
        <w:jc w:val="both"/>
      </w:pPr>
      <w:r>
        <w:rPr>
          <w:rFonts w:ascii="Times New Roman" w:hAnsi="Times New Roman" w:eastAsia="宋体"/>
          <w:b w:val="0"/>
          <w:sz w:val="24"/>
        </w:rPr>
        <w:t>4. 本硕博预备：李庆杰（男，3.258，排名25，117，排名23，115，3.228，排名25，本硕博预备1）。</w:t>
      </w:r>
    </w:p>
    <w:p>
      <w:pPr>
        <w:spacing w:before="160" w:after="80" w:lineRule="auto" w:line="360"/>
        <w:jc w:val="left"/>
      </w:pPr>
      <w:r>
        <w:rPr>
          <w:rFonts w:ascii="Times New Roman" w:hAnsi="Times New Roman" w:eastAsia="宋体"/>
          <w:b/>
          <w:sz w:val="28"/>
        </w:rPr>
        <w:t>五、智能科学与技术（080907）</w:t>
      </w:r>
    </w:p>
    <w:p>
      <w:pPr>
        <w:spacing w:after="80" w:lineRule="auto" w:line="360"/>
        <w:ind w:firstLine="482"/>
        <w:jc w:val="both"/>
      </w:pPr>
      <w:r>
        <w:rPr>
          <w:rFonts w:ascii="Times New Roman" w:hAnsi="Times New Roman" w:eastAsia="宋体"/>
          <w:b w:val="0"/>
          <w:sz w:val="24"/>
        </w:rPr>
        <w:t>1. 普通推免正式名单共4人：白永杰（男，4.244，排名2，49，排名1，47，4.134，排名1，智科正式1）、单晨濠（男，4.217，排名3，49，排名2，47，4.097，排名2，智科正式2）、吴祉玏（男，4.017，排名5，49，排名4，47，3.647，排名8，智科正式3）、邓群（女，3.918，排名7，49，排名6，47，3.628，排名9，智科正式4）。</w:t>
      </w:r>
    </w:p>
    <w:p>
      <w:pPr>
        <w:spacing w:after="80" w:lineRule="auto" w:line="360"/>
        <w:ind w:firstLine="482"/>
        <w:jc w:val="both"/>
      </w:pPr>
      <w:r>
        <w:rPr>
          <w:rFonts w:ascii="Times New Roman" w:hAnsi="Times New Roman" w:eastAsia="宋体"/>
          <w:b w:val="0"/>
          <w:sz w:val="24"/>
        </w:rPr>
        <w:t>2. 普通预备：陈伊（女，3.853，排名8，49，排名7，47，3.758，排名6，智科预备1）。</w:t>
      </w:r>
    </w:p>
    <w:p>
      <w:pPr>
        <w:spacing w:after="80" w:lineRule="auto" w:line="360"/>
        <w:ind w:firstLine="482"/>
        <w:jc w:val="both"/>
      </w:pPr>
      <w:r>
        <w:rPr>
          <w:rFonts w:ascii="Times New Roman" w:hAnsi="Times New Roman" w:eastAsia="宋体"/>
          <w:b w:val="0"/>
          <w:sz w:val="24"/>
        </w:rPr>
        <w:t>3. 本硕博预备：马晨璐（女，3.389，排名15，67，排名15，66，3.389）。</w:t>
      </w:r>
    </w:p>
    <w:p>
      <w:pPr>
        <w:spacing w:after="80" w:lineRule="auto" w:line="360"/>
        <w:ind w:firstLine="482"/>
        <w:jc w:val="both"/>
      </w:pPr>
      <w:r>
        <w:rPr>
          <w:rFonts w:ascii="Times New Roman" w:hAnsi="Times New Roman" w:eastAsia="宋体"/>
          <w:b w:val="0"/>
          <w:sz w:val="24"/>
        </w:rPr>
        <w:t>4. 竞赛Ι类：彭超（3.594，排名12，排名11，竞赛Ι类）、蔡剑龙（男，3.743，排名11，49，排名10，47）、洪嘉浩（男，3.708，排名12，49，排名11，47，3.438，排名17，竞赛Ι类）。</w:t>
      </w:r>
    </w:p>
    <w:p>
      <w:pPr>
        <w:spacing w:before="160" w:after="80" w:lineRule="auto" w:line="360"/>
        <w:jc w:val="left"/>
      </w:pPr>
      <w:r>
        <w:rPr>
          <w:rFonts w:ascii="Times New Roman" w:hAnsi="Times New Roman" w:eastAsia="宋体"/>
          <w:b/>
          <w:sz w:val="28"/>
        </w:rPr>
        <w:t>六、自动化（080801）</w:t>
      </w:r>
    </w:p>
    <w:p>
      <w:pPr>
        <w:spacing w:after="80" w:lineRule="auto" w:line="360"/>
        <w:ind w:firstLine="482"/>
        <w:jc w:val="both"/>
      </w:pPr>
      <w:r>
        <w:rPr>
          <w:rFonts w:ascii="Times New Roman" w:hAnsi="Times New Roman" w:eastAsia="宋体"/>
          <w:b w:val="0"/>
          <w:sz w:val="24"/>
        </w:rPr>
        <w:t>1. 普通推免正式名单共10人：王容天（男，4.377，排名2，140，排名1，126，4.172，排名2，自动化正式1）、孙梓滔（男，4.136，排名7，140，排名3，126，3.836，排名10，自动化正式2）、何宇超（男，4.052，排名8，140，排名4，126，3.872，排名9，自动化正式3）、张煜其（男，4.001，排名11，140，排名6，126，3.911，排名7，自动化正式4）、李佳倩（女，3.942，排名14，140，排名8，126，3.542，排名29，自动化正式5）、袁飞（男，3.919，排名15，140，排名9，126，3.699，排名16，自动化正式6）、赵子钰（男，3.879，排名17，140，排名11，126，3.719，排名15，自动化正式7）、何佳宇（男，3.824，排名19，140，排名12，126，3.544，排名27，自动化正式8）、厉航名（男，3.728，排名22，140，排名14，126，3.518，排名31，自动化正式9）、陆清源（男，3.715，排名23，140，排名15，126，3.615，排名22，自动化正式10）。</w:t>
      </w:r>
    </w:p>
    <w:p>
      <w:pPr>
        <w:spacing w:after="80" w:lineRule="auto" w:line="360"/>
        <w:ind w:firstLine="482"/>
        <w:jc w:val="both"/>
      </w:pPr>
      <w:r>
        <w:rPr>
          <w:rFonts w:ascii="Times New Roman" w:hAnsi="Times New Roman" w:eastAsia="宋体"/>
          <w:b w:val="0"/>
          <w:sz w:val="24"/>
        </w:rPr>
        <w:t>2. 普通预备：王凯隆（男，3.671，排名26，140，排名17，126，3.671）；邱宇轩（男，3.549，排名31，140，排名21，126）；王继（男，3.537，排名33，140，排名22，126，3.537，排名30，自动化预备4）。</w:t>
      </w:r>
    </w:p>
    <w:p>
      <w:pPr>
        <w:spacing w:after="80" w:lineRule="auto" w:line="360"/>
        <w:ind w:firstLine="482"/>
        <w:jc w:val="both"/>
      </w:pPr>
      <w:r>
        <w:rPr>
          <w:rFonts w:ascii="Times New Roman" w:hAnsi="Times New Roman" w:eastAsia="宋体"/>
          <w:b w:val="0"/>
          <w:sz w:val="24"/>
        </w:rPr>
        <w:t>3. 本硕博：冯孙栋（男，4.281，排名4，140，排名2，126，3.961）；吴昕颖（女，3.895，排名16，140，排名10，126）。</w:t>
      </w:r>
    </w:p>
    <w:p>
      <w:pPr>
        <w:spacing w:after="80" w:lineRule="auto" w:line="360"/>
        <w:ind w:firstLine="482"/>
        <w:jc w:val="both"/>
      </w:pPr>
      <w:r>
        <w:rPr>
          <w:rFonts w:ascii="Times New Roman" w:hAnsi="Times New Roman" w:eastAsia="宋体"/>
          <w:b w:val="0"/>
          <w:sz w:val="24"/>
        </w:rPr>
        <w:t>4. 本硕博预备：闻震宇（男，3.646，排名27，140，排名18，126）。</w:t>
      </w:r>
    </w:p>
    <w:p>
      <w:pPr>
        <w:spacing w:after="80" w:lineRule="auto" w:line="360"/>
        <w:ind w:firstLine="482"/>
        <w:jc w:val="both"/>
      </w:pPr>
      <w:r>
        <w:rPr>
          <w:rFonts w:ascii="Times New Roman" w:hAnsi="Times New Roman" w:eastAsia="宋体"/>
          <w:b w:val="0"/>
          <w:sz w:val="24"/>
        </w:rPr>
        <w:t>5. 竞赛Ι类：王晓满（男，3.574，排名29，140，排名20，126，3.334，排名37，竞赛Ι类）、吕志强（男，3.072，排名61，140，排名47，126，2.982，排名70，竞赛Ι类）。</w:t>
      </w:r>
    </w:p>
    <w:p>
      <w:pPr>
        <w:spacing w:before="160" w:after="80" w:lineRule="auto" w:line="360"/>
        <w:jc w:val="left"/>
      </w:pPr>
      <w:r>
        <w:rPr>
          <w:rFonts w:ascii="Times New Roman" w:hAnsi="Times New Roman" w:eastAsia="宋体"/>
          <w:b/>
          <w:sz w:val="28"/>
        </w:rPr>
        <w:t>七、汇总表（按原文顺序）</w:t>
      </w:r>
    </w:p>
    <w:tbl>
      <w:tblPr>
        <w:tblStyle w:val="TableGrid"/>
        <w:tblW w:type="auto" w:w="0"/>
        <w:jc w:val="center"/>
        <w:tblLook w:firstColumn="1" w:firstRow="1" w:lastColumn="0" w:lastRow="0" w:noHBand="0" w:noVBand="1" w:val="04A0"/>
      </w:tblPr>
      <w:tblGrid>
        <w:gridCol w:w="508"/>
        <w:gridCol w:w="508"/>
        <w:gridCol w:w="508"/>
        <w:gridCol w:w="508"/>
        <w:gridCol w:w="508"/>
        <w:gridCol w:w="508"/>
        <w:gridCol w:w="508"/>
        <w:gridCol w:w="508"/>
        <w:gridCol w:w="508"/>
        <w:gridCol w:w="508"/>
        <w:gridCol w:w="508"/>
        <w:gridCol w:w="508"/>
        <w:gridCol w:w="508"/>
        <w:gridCol w:w="508"/>
        <w:gridCol w:w="508"/>
        <w:gridCol w:w="508"/>
        <w:gridCol w:w="508"/>
      </w:tblGrid>
      <w:tr>
        <w:tc>
          <w:tcPr>
            <w:tcW w:type="dxa" w:w="508"/>
          </w:tcPr>
          <w:p>
            <w:pPr>
              <w:spacing w:after="20" w:before="20"/>
            </w:pPr>
            <w:r/>
            <w:r>
              <w:rPr>
                <w:rFonts w:ascii="Times New Roman" w:hAnsi="Times New Roman" w:eastAsia="宋体"/>
                <w:b/>
                <w:sz w:val="21"/>
              </w:rPr>
              <w:t>排名方式</w:t>
            </w:r>
          </w:p>
        </w:tc>
        <w:tc>
          <w:tcPr>
            <w:tcW w:type="dxa" w:w="508"/>
          </w:tcPr>
          <w:p>
            <w:pPr>
              <w:spacing w:after="20" w:before="20"/>
            </w:pPr>
            <w:r/>
            <w:r>
              <w:rPr>
                <w:rFonts w:ascii="Times New Roman" w:hAnsi="Times New Roman" w:eastAsia="宋体"/>
                <w:b/>
                <w:sz w:val="21"/>
              </w:rPr>
              <w:t>推免成绩</w:t>
            </w:r>
          </w:p>
        </w:tc>
        <w:tc>
          <w:tcPr>
            <w:tcW w:type="dxa" w:w="508"/>
          </w:tcPr>
          <w:p>
            <w:pPr>
              <w:spacing w:after="20" w:before="20"/>
            </w:pPr>
            <w:r/>
            <w:r>
              <w:rPr>
                <w:rFonts w:ascii="Times New Roman" w:hAnsi="Times New Roman" w:eastAsia="宋体"/>
                <w:b/>
                <w:sz w:val="21"/>
              </w:rPr>
              <w:t>推免排名</w:t>
            </w:r>
          </w:p>
        </w:tc>
        <w:tc>
          <w:tcPr>
            <w:tcW w:type="dxa" w:w="508"/>
          </w:tcPr>
          <w:p>
            <w:pPr>
              <w:spacing w:after="20" w:before="20"/>
            </w:pPr>
            <w:r/>
            <w:r>
              <w:rPr>
                <w:rFonts w:ascii="Times New Roman" w:hAnsi="Times New Roman" w:eastAsia="宋体"/>
                <w:b/>
                <w:sz w:val="21"/>
              </w:rPr>
              <w:t>人数（含健行荣誉生）</w:t>
            </w:r>
          </w:p>
        </w:tc>
        <w:tc>
          <w:tcPr>
            <w:tcW w:type="dxa" w:w="508"/>
          </w:tcPr>
          <w:p>
            <w:pPr>
              <w:spacing w:after="20" w:before="20"/>
            </w:pPr>
            <w:r/>
            <w:r>
              <w:rPr>
                <w:rFonts w:ascii="Times New Roman" w:hAnsi="Times New Roman" w:eastAsia="宋体"/>
                <w:b/>
                <w:sz w:val="21"/>
              </w:rPr>
              <w:t>排名</w:t>
            </w:r>
          </w:p>
        </w:tc>
        <w:tc>
          <w:tcPr>
            <w:tcW w:type="dxa" w:w="508"/>
          </w:tcPr>
          <w:p>
            <w:pPr>
              <w:spacing w:after="20" w:before="20"/>
            </w:pPr>
            <w:r/>
            <w:r>
              <w:rPr>
                <w:rFonts w:ascii="Times New Roman" w:hAnsi="Times New Roman" w:eastAsia="宋体"/>
                <w:b/>
                <w:sz w:val="21"/>
              </w:rPr>
              <w:t>排名（含健行荣誉生人数）</w:t>
            </w:r>
          </w:p>
        </w:tc>
        <w:tc>
          <w:tcPr>
            <w:tcW w:type="dxa" w:w="508"/>
          </w:tcPr>
          <w:p>
            <w:pPr>
              <w:spacing w:after="20" w:before="20"/>
            </w:pPr>
            <w:r/>
            <w:r>
              <w:rPr>
                <w:rFonts w:ascii="Times New Roman" w:hAnsi="Times New Roman" w:eastAsia="宋体"/>
                <w:b/>
                <w:sz w:val="21"/>
              </w:rPr>
              <w:t>平均绩点</w:t>
            </w:r>
          </w:p>
        </w:tc>
        <w:tc>
          <w:tcPr>
            <w:tcW w:type="dxa" w:w="508"/>
          </w:tcPr>
          <w:p>
            <w:pPr>
              <w:spacing w:after="20" w:before="20"/>
            </w:pPr>
            <w:r/>
            <w:r>
              <w:rPr>
                <w:rFonts w:ascii="Times New Roman" w:hAnsi="Times New Roman" w:eastAsia="宋体"/>
                <w:b/>
                <w:sz w:val="21"/>
              </w:rPr>
              <w:t>排名（不含健行荣誉生人数）</w:t>
            </w:r>
          </w:p>
        </w:tc>
        <w:tc>
          <w:tcPr>
            <w:tcW w:type="dxa" w:w="508"/>
          </w:tcPr>
          <w:p>
            <w:pPr>
              <w:spacing w:after="20" w:before="20"/>
            </w:pPr>
            <w:r/>
            <w:r>
              <w:rPr>
                <w:rFonts w:ascii="Times New Roman" w:hAnsi="Times New Roman" w:eastAsia="宋体"/>
                <w:b/>
                <w:sz w:val="21"/>
              </w:rPr>
              <w:t>定向或补偿单位</w:t>
            </w:r>
          </w:p>
        </w:tc>
        <w:tc>
          <w:tcPr>
            <w:tcW w:type="dxa" w:w="508"/>
          </w:tcPr>
          <w:p>
            <w:pPr>
              <w:spacing w:after="20" w:before="20"/>
            </w:pPr>
            <w:r/>
            <w:r>
              <w:rPr>
                <w:rFonts w:ascii="Times New Roman" w:hAnsi="Times New Roman" w:eastAsia="宋体"/>
                <w:b/>
                <w:sz w:val="21"/>
              </w:rPr>
              <w:t>姓名</w:t>
            </w:r>
          </w:p>
        </w:tc>
        <w:tc>
          <w:tcPr>
            <w:tcW w:type="dxa" w:w="508"/>
          </w:tcPr>
          <w:p>
            <w:pPr>
              <w:spacing w:after="20" w:before="20"/>
            </w:pPr>
            <w:r/>
            <w:r>
              <w:rPr>
                <w:rFonts w:ascii="Times New Roman" w:hAnsi="Times New Roman" w:eastAsia="宋体"/>
                <w:b/>
                <w:sz w:val="21"/>
              </w:rPr>
              <w:t>性别</w:t>
            </w:r>
          </w:p>
        </w:tc>
        <w:tc>
          <w:tcPr>
            <w:tcW w:type="dxa" w:w="508"/>
          </w:tcPr>
          <w:p>
            <w:pPr>
              <w:spacing w:after="20" w:before="20"/>
            </w:pPr>
            <w:r/>
            <w:r>
              <w:rPr>
                <w:rFonts w:ascii="Times New Roman" w:hAnsi="Times New Roman" w:eastAsia="宋体"/>
                <w:b/>
                <w:sz w:val="21"/>
              </w:rPr>
              <w:t>备注</w:t>
            </w:r>
          </w:p>
        </w:tc>
        <w:tc>
          <w:tcPr>
            <w:tcW w:type="dxa" w:w="508"/>
          </w:tcPr>
          <w:p>
            <w:pPr>
              <w:spacing w:after="20" w:before="20"/>
            </w:pPr>
            <w:r/>
            <w:r>
              <w:rPr>
                <w:rFonts w:ascii="Times New Roman" w:hAnsi="Times New Roman" w:eastAsia="宋体"/>
                <w:b/>
                <w:sz w:val="21"/>
              </w:rPr>
              <w:t>推荐类别</w:t>
            </w:r>
          </w:p>
        </w:tc>
        <w:tc>
          <w:tcPr>
            <w:tcW w:type="dxa" w:w="508"/>
          </w:tcPr>
          <w:p>
            <w:pPr>
              <w:spacing w:after="20" w:before="20"/>
            </w:pPr>
            <w:r/>
            <w:r>
              <w:rPr>
                <w:rFonts w:ascii="Times New Roman" w:hAnsi="Times New Roman" w:eastAsia="宋体"/>
                <w:b/>
                <w:sz w:val="21"/>
              </w:rPr>
              <w:t>序号</w:t>
            </w:r>
          </w:p>
        </w:tc>
        <w:tc>
          <w:tcPr>
            <w:tcW w:type="dxa" w:w="508"/>
          </w:tcPr>
          <w:p>
            <w:pPr>
              <w:spacing w:after="20" w:before="20"/>
            </w:pPr>
            <w:r/>
            <w:r>
              <w:rPr>
                <w:rFonts w:ascii="Times New Roman" w:hAnsi="Times New Roman" w:eastAsia="宋体"/>
                <w:b/>
                <w:sz w:val="21"/>
              </w:rPr>
              <w:t>学院</w:t>
            </w:r>
          </w:p>
        </w:tc>
        <w:tc>
          <w:tcPr>
            <w:tcW w:type="dxa" w:w="508"/>
          </w:tcPr>
          <w:p>
            <w:pPr>
              <w:spacing w:after="20" w:before="20"/>
            </w:pPr>
            <w:r/>
            <w:r>
              <w:rPr>
                <w:rFonts w:ascii="Times New Roman" w:hAnsi="Times New Roman" w:eastAsia="宋体"/>
                <w:b/>
                <w:sz w:val="21"/>
              </w:rPr>
              <w:t>专业代码</w:t>
            </w:r>
          </w:p>
        </w:tc>
        <w:tc>
          <w:tcPr>
            <w:tcW w:type="dxa" w:w="508"/>
          </w:tcPr>
          <w:p>
            <w:pPr>
              <w:spacing w:after="20" w:before="20"/>
            </w:pPr>
            <w:r/>
            <w:r>
              <w:rPr>
                <w:rFonts w:ascii="Times New Roman" w:hAnsi="Times New Roman" w:eastAsia="宋体"/>
                <w:b/>
                <w:sz w:val="21"/>
              </w:rPr>
              <w:t>专业</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4.310</w:t>
            </w:r>
          </w:p>
        </w:tc>
        <w:tc>
          <w:tcPr>
            <w:tcW w:type="dxa" w:w="508"/>
          </w:tcPr>
          <w:p>
            <w:pPr>
              <w:spacing w:after="20" w:before="20"/>
            </w:pPr>
            <w:r/>
            <w:r>
              <w:rPr>
                <w:rFonts w:ascii="Times New Roman" w:hAnsi="Times New Roman" w:eastAsia="宋体"/>
                <w:b w:val="0"/>
                <w:sz w:val="21"/>
              </w:rPr>
              <w:t>2</w:t>
            </w:r>
          </w:p>
        </w:tc>
        <w:tc>
          <w:tcPr>
            <w:tcW w:type="dxa" w:w="508"/>
          </w:tcPr>
          <w:p>
            <w:pPr>
              <w:spacing w:after="20" w:before="20"/>
            </w:pPr>
            <w:r/>
            <w:r>
              <w:rPr>
                <w:rFonts w:ascii="Times New Roman" w:hAnsi="Times New Roman" w:eastAsia="宋体"/>
                <w:b w:val="0"/>
                <w:sz w:val="21"/>
              </w:rPr>
              <w:t>88</w:t>
            </w:r>
          </w:p>
        </w:tc>
        <w:tc>
          <w:tcPr>
            <w:tcW w:type="dxa" w:w="508"/>
          </w:tcPr>
          <w:p>
            <w:pPr>
              <w:spacing w:after="20" w:before="20"/>
            </w:pPr>
            <w:r/>
            <w:r>
              <w:rPr>
                <w:rFonts w:ascii="Times New Roman" w:hAnsi="Times New Roman" w:eastAsia="宋体"/>
                <w:b w:val="0"/>
                <w:sz w:val="21"/>
              </w:rPr>
              <w:t>2</w:t>
            </w:r>
          </w:p>
        </w:tc>
        <w:tc>
          <w:tcPr>
            <w:tcW w:type="dxa" w:w="508"/>
          </w:tcPr>
          <w:p>
            <w:pPr>
              <w:spacing w:after="20" w:before="20"/>
            </w:pPr>
            <w:r/>
            <w:r>
              <w:rPr>
                <w:rFonts w:ascii="Times New Roman" w:hAnsi="Times New Roman" w:eastAsia="宋体"/>
                <w:b w:val="0"/>
                <w:sz w:val="21"/>
              </w:rPr>
              <w:t>84</w:t>
            </w:r>
          </w:p>
        </w:tc>
        <w:tc>
          <w:tcPr>
            <w:tcW w:type="dxa" w:w="508"/>
          </w:tcPr>
          <w:p>
            <w:pPr>
              <w:spacing w:after="20" w:before="20"/>
            </w:pPr>
            <w:r/>
            <w:r>
              <w:rPr>
                <w:rFonts w:ascii="Times New Roman" w:hAnsi="Times New Roman" w:eastAsia="宋体"/>
                <w:b w:val="0"/>
                <w:sz w:val="21"/>
              </w:rPr>
              <w:t>3.930</w:t>
            </w:r>
          </w:p>
        </w:tc>
        <w:tc>
          <w:tcPr>
            <w:tcW w:type="dxa" w:w="508"/>
          </w:tcPr>
          <w:p>
            <w:pPr>
              <w:spacing w:after="20" w:before="20"/>
            </w:pPr>
            <w:r/>
            <w:r>
              <w:rPr>
                <w:rFonts w:ascii="Times New Roman" w:hAnsi="Times New Roman" w:eastAsia="宋体"/>
                <w:b w:val="0"/>
                <w:sz w:val="21"/>
              </w:rPr>
              <w:t>2</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曾欣怡</w:t>
            </w:r>
          </w:p>
        </w:tc>
        <w:tc>
          <w:tcPr>
            <w:tcW w:type="dxa" w:w="508"/>
          </w:tcPr>
          <w:p>
            <w:pPr>
              <w:spacing w:after="20" w:before="20"/>
            </w:pPr>
            <w:r/>
            <w:r>
              <w:rPr>
                <w:rFonts w:ascii="Times New Roman" w:hAnsi="Times New Roman" w:eastAsia="宋体"/>
                <w:b w:val="0"/>
                <w:sz w:val="21"/>
              </w:rPr>
              <w:t>女</w:t>
            </w:r>
          </w:p>
        </w:tc>
        <w:tc>
          <w:tcPr>
            <w:tcW w:type="dxa" w:w="508"/>
          </w:tcPr>
          <w:p>
            <w:pPr>
              <w:spacing w:after="20" w:before="20"/>
            </w:pPr>
            <w:r/>
            <w:r>
              <w:rPr>
                <w:rFonts w:ascii="Times New Roman" w:hAnsi="Times New Roman" w:eastAsia="宋体"/>
                <w:b w:val="0"/>
                <w:sz w:val="21"/>
              </w:rPr>
              <w:t>电气正式1</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2</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080601</w:t>
            </w:r>
          </w:p>
        </w:tc>
        <w:tc>
          <w:tcPr>
            <w:tcW w:type="dxa" w:w="508"/>
          </w:tcPr>
          <w:p>
            <w:pPr>
              <w:spacing w:after="20" w:before="20"/>
            </w:pPr>
            <w:r/>
            <w:r>
              <w:rPr>
                <w:rFonts w:ascii="Times New Roman" w:hAnsi="Times New Roman" w:eastAsia="宋体"/>
                <w:b w:val="0"/>
                <w:sz w:val="21"/>
              </w:rPr>
              <w:t>电气工程及其自动化</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4.089</w:t>
            </w:r>
          </w:p>
        </w:tc>
        <w:tc>
          <w:tcPr>
            <w:tcW w:type="dxa" w:w="508"/>
          </w:tcPr>
          <w:p>
            <w:pPr>
              <w:spacing w:after="20" w:before="20"/>
            </w:pPr>
            <w:r/>
            <w:r>
              <w:rPr>
                <w:rFonts w:ascii="Times New Roman" w:hAnsi="Times New Roman" w:eastAsia="宋体"/>
                <w:b w:val="0"/>
                <w:sz w:val="21"/>
              </w:rPr>
              <w:t>3</w:t>
            </w:r>
          </w:p>
        </w:tc>
        <w:tc>
          <w:tcPr>
            <w:tcW w:type="dxa" w:w="508"/>
          </w:tcPr>
          <w:p>
            <w:pPr>
              <w:spacing w:after="20" w:before="20"/>
            </w:pPr>
            <w:r/>
            <w:r>
              <w:rPr>
                <w:rFonts w:ascii="Times New Roman" w:hAnsi="Times New Roman" w:eastAsia="宋体"/>
                <w:b w:val="0"/>
                <w:sz w:val="21"/>
              </w:rPr>
              <w:t>88</w:t>
            </w:r>
          </w:p>
        </w:tc>
        <w:tc>
          <w:tcPr>
            <w:tcW w:type="dxa" w:w="508"/>
          </w:tcPr>
          <w:p>
            <w:pPr>
              <w:spacing w:after="20" w:before="20"/>
            </w:pPr>
            <w:r/>
            <w:r>
              <w:rPr>
                <w:rFonts w:ascii="Times New Roman" w:hAnsi="Times New Roman" w:eastAsia="宋体"/>
                <w:b w:val="0"/>
                <w:sz w:val="21"/>
              </w:rPr>
              <w:t>3</w:t>
            </w:r>
          </w:p>
        </w:tc>
        <w:tc>
          <w:tcPr>
            <w:tcW w:type="dxa" w:w="508"/>
          </w:tcPr>
          <w:p>
            <w:pPr>
              <w:spacing w:after="20" w:before="20"/>
            </w:pPr>
            <w:r/>
            <w:r>
              <w:rPr>
                <w:rFonts w:ascii="Times New Roman" w:hAnsi="Times New Roman" w:eastAsia="宋体"/>
                <w:b w:val="0"/>
                <w:sz w:val="21"/>
              </w:rPr>
              <w:t>84</w:t>
            </w:r>
          </w:p>
        </w:tc>
        <w:tc>
          <w:tcPr>
            <w:tcW w:type="dxa" w:w="508"/>
          </w:tcPr>
          <w:p>
            <w:pPr>
              <w:spacing w:after="20" w:before="20"/>
            </w:pPr>
            <w:r/>
            <w:r>
              <w:rPr>
                <w:rFonts w:ascii="Times New Roman" w:hAnsi="Times New Roman" w:eastAsia="宋体"/>
                <w:b w:val="0"/>
                <w:sz w:val="21"/>
              </w:rPr>
              <w:t>3.939</w:t>
            </w:r>
          </w:p>
        </w:tc>
        <w:tc>
          <w:tcPr>
            <w:tcW w:type="dxa" w:w="508"/>
          </w:tcPr>
          <w:p>
            <w:pPr>
              <w:spacing w:after="20" w:before="20"/>
            </w:pPr>
            <w:r/>
            <w:r>
              <w:rPr>
                <w:rFonts w:ascii="Times New Roman" w:hAnsi="Times New Roman" w:eastAsia="宋体"/>
                <w:b w:val="0"/>
                <w:sz w:val="21"/>
              </w:rPr>
              <w:t>1</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姜衡</w:t>
            </w:r>
          </w:p>
        </w:tc>
        <w:tc>
          <w:tcPr>
            <w:tcW w:type="dxa" w:w="508"/>
          </w:tcPr>
          <w:p>
            <w:pPr>
              <w:spacing w:after="20" w:before="20"/>
            </w:pPr>
            <w:r/>
            <w:r>
              <w:rPr>
                <w:rFonts w:ascii="Times New Roman" w:hAnsi="Times New Roman" w:eastAsia="宋体"/>
                <w:b w:val="0"/>
                <w:sz w:val="21"/>
              </w:rPr>
              <w:t>男</w:t>
            </w:r>
          </w:p>
        </w:tc>
        <w:tc>
          <w:tcPr>
            <w:tcW w:type="dxa" w:w="508"/>
          </w:tcPr>
          <w:p>
            <w:pPr>
              <w:spacing w:after="20" w:before="20"/>
            </w:pPr>
            <w:r/>
            <w:r>
              <w:rPr>
                <w:rFonts w:ascii="Times New Roman" w:hAnsi="Times New Roman" w:eastAsia="宋体"/>
                <w:b w:val="0"/>
                <w:sz w:val="21"/>
              </w:rPr>
              <w:t>电气正式2</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3</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080601</w:t>
            </w:r>
          </w:p>
        </w:tc>
        <w:tc>
          <w:tcPr>
            <w:tcW w:type="dxa" w:w="508"/>
          </w:tcPr>
          <w:p>
            <w:pPr>
              <w:spacing w:after="20" w:before="20"/>
            </w:pPr>
            <w:r/>
            <w:r>
              <w:rPr>
                <w:rFonts w:ascii="Times New Roman" w:hAnsi="Times New Roman" w:eastAsia="宋体"/>
                <w:b w:val="0"/>
                <w:sz w:val="21"/>
              </w:rPr>
              <w:t>电气工程及其自动化</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3.856</w:t>
            </w:r>
          </w:p>
        </w:tc>
        <w:tc>
          <w:tcPr>
            <w:tcW w:type="dxa" w:w="508"/>
          </w:tcPr>
          <w:p>
            <w:pPr>
              <w:spacing w:after="20" w:before="20"/>
            </w:pPr>
            <w:r/>
            <w:r>
              <w:rPr>
                <w:rFonts w:ascii="Times New Roman" w:hAnsi="Times New Roman" w:eastAsia="宋体"/>
                <w:b w:val="0"/>
                <w:sz w:val="21"/>
              </w:rPr>
              <w:t>5</w:t>
            </w:r>
          </w:p>
        </w:tc>
        <w:tc>
          <w:tcPr>
            <w:tcW w:type="dxa" w:w="508"/>
          </w:tcPr>
          <w:p>
            <w:pPr>
              <w:spacing w:after="20" w:before="20"/>
            </w:pPr>
            <w:r/>
            <w:r>
              <w:rPr>
                <w:rFonts w:ascii="Times New Roman" w:hAnsi="Times New Roman" w:eastAsia="宋体"/>
                <w:b w:val="0"/>
                <w:sz w:val="21"/>
              </w:rPr>
              <w:t>88</w:t>
            </w:r>
          </w:p>
        </w:tc>
        <w:tc>
          <w:tcPr>
            <w:tcW w:type="dxa" w:w="508"/>
          </w:tcPr>
          <w:p>
            <w:pPr>
              <w:spacing w:after="20" w:before="20"/>
            </w:pPr>
            <w:r/>
            <w:r>
              <w:rPr>
                <w:rFonts w:ascii="Times New Roman" w:hAnsi="Times New Roman" w:eastAsia="宋体"/>
                <w:b w:val="0"/>
                <w:sz w:val="21"/>
              </w:rPr>
              <w:t>5</w:t>
            </w:r>
          </w:p>
        </w:tc>
        <w:tc>
          <w:tcPr>
            <w:tcW w:type="dxa" w:w="508"/>
          </w:tcPr>
          <w:p>
            <w:pPr>
              <w:spacing w:after="20" w:before="20"/>
            </w:pPr>
            <w:r/>
            <w:r>
              <w:rPr>
                <w:rFonts w:ascii="Times New Roman" w:hAnsi="Times New Roman" w:eastAsia="宋体"/>
                <w:b w:val="0"/>
                <w:sz w:val="21"/>
              </w:rPr>
              <w:t>84</w:t>
            </w:r>
          </w:p>
        </w:tc>
        <w:tc>
          <w:tcPr>
            <w:tcW w:type="dxa" w:w="508"/>
          </w:tcPr>
          <w:p>
            <w:pPr>
              <w:spacing w:after="20" w:before="20"/>
            </w:pPr>
            <w:r/>
            <w:r>
              <w:rPr>
                <w:rFonts w:ascii="Times New Roman" w:hAnsi="Times New Roman" w:eastAsia="宋体"/>
                <w:b w:val="0"/>
                <w:sz w:val="21"/>
              </w:rPr>
              <w:t>3.856</w:t>
            </w:r>
          </w:p>
        </w:tc>
        <w:tc>
          <w:tcPr>
            <w:tcW w:type="dxa" w:w="508"/>
          </w:tcPr>
          <w:p>
            <w:pPr>
              <w:spacing w:after="20" w:before="20"/>
            </w:pPr>
            <w:r/>
            <w:r>
              <w:rPr>
                <w:rFonts w:ascii="Times New Roman" w:hAnsi="Times New Roman" w:eastAsia="宋体"/>
                <w:b w:val="0"/>
                <w:sz w:val="21"/>
              </w:rPr>
              <w:t>3</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许杭凯</w:t>
            </w:r>
          </w:p>
        </w:tc>
        <w:tc>
          <w:tcPr>
            <w:tcW w:type="dxa" w:w="508"/>
          </w:tcPr>
          <w:p>
            <w:pPr>
              <w:spacing w:after="20" w:before="20"/>
            </w:pPr>
            <w:r/>
            <w:r>
              <w:rPr>
                <w:rFonts w:ascii="Times New Roman" w:hAnsi="Times New Roman" w:eastAsia="宋体"/>
                <w:b w:val="0"/>
                <w:sz w:val="21"/>
              </w:rPr>
              <w:t>男</w:t>
            </w:r>
          </w:p>
        </w:tc>
        <w:tc>
          <w:tcPr>
            <w:tcW w:type="dxa" w:w="508"/>
          </w:tcPr>
          <w:p>
            <w:pPr>
              <w:spacing w:after="20" w:before="20"/>
            </w:pPr>
            <w:r/>
            <w:r>
              <w:rPr>
                <w:rFonts w:ascii="Times New Roman" w:hAnsi="Times New Roman" w:eastAsia="宋体"/>
                <w:b w:val="0"/>
                <w:sz w:val="21"/>
              </w:rPr>
              <w:t>电气正式3</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4</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080601</w:t>
            </w:r>
          </w:p>
        </w:tc>
        <w:tc>
          <w:tcPr>
            <w:tcW w:type="dxa" w:w="508"/>
          </w:tcPr>
          <w:p>
            <w:pPr>
              <w:spacing w:after="20" w:before="20"/>
            </w:pPr>
            <w:r/>
            <w:r>
              <w:rPr>
                <w:rFonts w:ascii="Times New Roman" w:hAnsi="Times New Roman" w:eastAsia="宋体"/>
                <w:b w:val="0"/>
                <w:sz w:val="21"/>
              </w:rPr>
              <w:t>电气工程及其自动化</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3.767</w:t>
            </w:r>
          </w:p>
        </w:tc>
        <w:tc>
          <w:tcPr>
            <w:tcW w:type="dxa" w:w="508"/>
          </w:tcPr>
          <w:p>
            <w:pPr>
              <w:spacing w:after="20" w:before="20"/>
            </w:pPr>
            <w:r/>
            <w:r>
              <w:rPr>
                <w:rFonts w:ascii="Times New Roman" w:hAnsi="Times New Roman" w:eastAsia="宋体"/>
                <w:b w:val="0"/>
                <w:sz w:val="21"/>
              </w:rPr>
              <w:t>7</w:t>
            </w:r>
          </w:p>
        </w:tc>
        <w:tc>
          <w:tcPr>
            <w:tcW w:type="dxa" w:w="508"/>
          </w:tcPr>
          <w:p>
            <w:pPr>
              <w:spacing w:after="20" w:before="20"/>
            </w:pPr>
            <w:r/>
            <w:r>
              <w:rPr>
                <w:rFonts w:ascii="Times New Roman" w:hAnsi="Times New Roman" w:eastAsia="宋体"/>
                <w:b w:val="0"/>
                <w:sz w:val="21"/>
              </w:rPr>
              <w:t>88</w:t>
            </w:r>
          </w:p>
        </w:tc>
        <w:tc>
          <w:tcPr>
            <w:tcW w:type="dxa" w:w="508"/>
          </w:tcPr>
          <w:p>
            <w:pPr>
              <w:spacing w:after="20" w:before="20"/>
            </w:pPr>
            <w:r/>
            <w:r>
              <w:rPr>
                <w:rFonts w:ascii="Times New Roman" w:hAnsi="Times New Roman" w:eastAsia="宋体"/>
                <w:b w:val="0"/>
                <w:sz w:val="21"/>
              </w:rPr>
              <w:t>6</w:t>
            </w:r>
          </w:p>
        </w:tc>
        <w:tc>
          <w:tcPr>
            <w:tcW w:type="dxa" w:w="508"/>
          </w:tcPr>
          <w:p>
            <w:pPr>
              <w:spacing w:after="20" w:before="20"/>
            </w:pPr>
            <w:r/>
            <w:r>
              <w:rPr>
                <w:rFonts w:ascii="Times New Roman" w:hAnsi="Times New Roman" w:eastAsia="宋体"/>
                <w:b w:val="0"/>
                <w:sz w:val="21"/>
              </w:rPr>
              <w:t>84</w:t>
            </w:r>
          </w:p>
        </w:tc>
        <w:tc>
          <w:tcPr>
            <w:tcW w:type="dxa" w:w="508"/>
          </w:tcPr>
          <w:p>
            <w:pPr>
              <w:spacing w:after="20" w:before="20"/>
            </w:pPr>
            <w:r/>
            <w:r>
              <w:rPr>
                <w:rFonts w:ascii="Times New Roman" w:hAnsi="Times New Roman" w:eastAsia="宋体"/>
                <w:b w:val="0"/>
                <w:sz w:val="21"/>
              </w:rPr>
              <w:t>3.767</w:t>
            </w:r>
          </w:p>
        </w:tc>
        <w:tc>
          <w:tcPr>
            <w:tcW w:type="dxa" w:w="508"/>
          </w:tcPr>
          <w:p>
            <w:pPr>
              <w:spacing w:after="20" w:before="20"/>
            </w:pPr>
            <w:r/>
            <w:r>
              <w:rPr>
                <w:rFonts w:ascii="Times New Roman" w:hAnsi="Times New Roman" w:eastAsia="宋体"/>
                <w:b w:val="0"/>
                <w:sz w:val="21"/>
              </w:rPr>
              <w:t>4</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王煜桐</w:t>
            </w:r>
          </w:p>
        </w:tc>
        <w:tc>
          <w:tcPr>
            <w:tcW w:type="dxa" w:w="508"/>
          </w:tcPr>
          <w:p>
            <w:pPr>
              <w:spacing w:after="20" w:before="20"/>
            </w:pPr>
            <w:r/>
            <w:r>
              <w:rPr>
                <w:rFonts w:ascii="Times New Roman" w:hAnsi="Times New Roman" w:eastAsia="宋体"/>
                <w:b w:val="0"/>
                <w:sz w:val="21"/>
              </w:rPr>
              <w:t>男</w:t>
            </w:r>
          </w:p>
        </w:tc>
        <w:tc>
          <w:tcPr>
            <w:tcW w:type="dxa" w:w="508"/>
          </w:tcPr>
          <w:p>
            <w:pPr>
              <w:spacing w:after="20" w:before="20"/>
            </w:pPr>
            <w:r/>
            <w:r>
              <w:rPr>
                <w:rFonts w:ascii="Times New Roman" w:hAnsi="Times New Roman" w:eastAsia="宋体"/>
                <w:b w:val="0"/>
                <w:sz w:val="21"/>
              </w:rPr>
              <w:t>电气正式4</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5</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080601</w:t>
            </w:r>
          </w:p>
        </w:tc>
        <w:tc>
          <w:tcPr>
            <w:tcW w:type="dxa" w:w="508"/>
          </w:tcPr>
          <w:p>
            <w:pPr>
              <w:spacing w:after="20" w:before="20"/>
            </w:pPr>
            <w:r/>
            <w:r>
              <w:rPr>
                <w:rFonts w:ascii="Times New Roman" w:hAnsi="Times New Roman" w:eastAsia="宋体"/>
                <w:b w:val="0"/>
                <w:sz w:val="21"/>
              </w:rPr>
              <w:t>电气工程及其自动化</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3.698</w:t>
            </w:r>
          </w:p>
        </w:tc>
        <w:tc>
          <w:tcPr>
            <w:tcW w:type="dxa" w:w="508"/>
          </w:tcPr>
          <w:p>
            <w:pPr>
              <w:spacing w:after="20" w:before="20"/>
            </w:pPr>
            <w:r/>
            <w:r>
              <w:rPr>
                <w:rFonts w:ascii="Times New Roman" w:hAnsi="Times New Roman" w:eastAsia="宋体"/>
                <w:b w:val="0"/>
                <w:sz w:val="21"/>
              </w:rPr>
              <w:t>8</w:t>
            </w:r>
          </w:p>
        </w:tc>
        <w:tc>
          <w:tcPr>
            <w:tcW w:type="dxa" w:w="508"/>
          </w:tcPr>
          <w:p>
            <w:pPr>
              <w:spacing w:after="20" w:before="20"/>
            </w:pPr>
            <w:r/>
            <w:r>
              <w:rPr>
                <w:rFonts w:ascii="Times New Roman" w:hAnsi="Times New Roman" w:eastAsia="宋体"/>
                <w:b w:val="0"/>
                <w:sz w:val="21"/>
              </w:rPr>
              <w:t>88</w:t>
            </w:r>
          </w:p>
        </w:tc>
        <w:tc>
          <w:tcPr>
            <w:tcW w:type="dxa" w:w="508"/>
          </w:tcPr>
          <w:p>
            <w:pPr>
              <w:spacing w:after="20" w:before="20"/>
            </w:pPr>
            <w:r/>
            <w:r>
              <w:rPr>
                <w:rFonts w:ascii="Times New Roman" w:hAnsi="Times New Roman" w:eastAsia="宋体"/>
                <w:b w:val="0"/>
                <w:sz w:val="21"/>
              </w:rPr>
              <w:t>7</w:t>
            </w:r>
          </w:p>
        </w:tc>
        <w:tc>
          <w:tcPr>
            <w:tcW w:type="dxa" w:w="508"/>
          </w:tcPr>
          <w:p>
            <w:pPr>
              <w:spacing w:after="20" w:before="20"/>
            </w:pPr>
            <w:r/>
            <w:r>
              <w:rPr>
                <w:rFonts w:ascii="Times New Roman" w:hAnsi="Times New Roman" w:eastAsia="宋体"/>
                <w:b w:val="0"/>
                <w:sz w:val="21"/>
              </w:rPr>
              <w:t>84</w:t>
            </w:r>
          </w:p>
        </w:tc>
        <w:tc>
          <w:tcPr>
            <w:tcW w:type="dxa" w:w="508"/>
          </w:tcPr>
          <w:p>
            <w:pPr>
              <w:spacing w:after="20" w:before="20"/>
            </w:pPr>
            <w:r/>
            <w:r>
              <w:rPr>
                <w:rFonts w:ascii="Times New Roman" w:hAnsi="Times New Roman" w:eastAsia="宋体"/>
                <w:b w:val="0"/>
                <w:sz w:val="21"/>
              </w:rPr>
              <w:t>3.648</w:t>
            </w:r>
          </w:p>
        </w:tc>
        <w:tc>
          <w:tcPr>
            <w:tcW w:type="dxa" w:w="508"/>
          </w:tcPr>
          <w:p>
            <w:pPr>
              <w:spacing w:after="20" w:before="20"/>
            </w:pPr>
            <w:r/>
            <w:r>
              <w:rPr>
                <w:rFonts w:ascii="Times New Roman" w:hAnsi="Times New Roman" w:eastAsia="宋体"/>
                <w:b w:val="0"/>
                <w:sz w:val="21"/>
              </w:rPr>
              <w:t>7</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张天昊</w:t>
            </w:r>
          </w:p>
        </w:tc>
        <w:tc>
          <w:tcPr>
            <w:tcW w:type="dxa" w:w="508"/>
          </w:tcPr>
          <w:p>
            <w:pPr>
              <w:spacing w:after="20" w:before="20"/>
            </w:pPr>
            <w:r/>
            <w:r>
              <w:rPr>
                <w:rFonts w:ascii="Times New Roman" w:hAnsi="Times New Roman" w:eastAsia="宋体"/>
                <w:b w:val="0"/>
                <w:sz w:val="21"/>
              </w:rPr>
              <w:t>男</w:t>
            </w:r>
          </w:p>
        </w:tc>
        <w:tc>
          <w:tcPr>
            <w:tcW w:type="dxa" w:w="508"/>
          </w:tcPr>
          <w:p>
            <w:pPr>
              <w:spacing w:after="20" w:before="20"/>
            </w:pPr>
            <w:r/>
            <w:r>
              <w:rPr>
                <w:rFonts w:ascii="Times New Roman" w:hAnsi="Times New Roman" w:eastAsia="宋体"/>
                <w:b w:val="0"/>
                <w:sz w:val="21"/>
              </w:rPr>
              <w:t>电气正式5</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6</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080601</w:t>
            </w:r>
          </w:p>
        </w:tc>
        <w:tc>
          <w:tcPr>
            <w:tcW w:type="dxa" w:w="508"/>
          </w:tcPr>
          <w:p>
            <w:pPr>
              <w:spacing w:after="20" w:before="20"/>
            </w:pPr>
            <w:r/>
            <w:r>
              <w:rPr>
                <w:rFonts w:ascii="Times New Roman" w:hAnsi="Times New Roman" w:eastAsia="宋体"/>
                <w:b w:val="0"/>
                <w:sz w:val="21"/>
              </w:rPr>
              <w:t>电气工程及其自动化</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3.638</w:t>
            </w:r>
          </w:p>
        </w:tc>
        <w:tc>
          <w:tcPr>
            <w:tcW w:type="dxa" w:w="508"/>
          </w:tcPr>
          <w:p>
            <w:pPr>
              <w:spacing w:after="20" w:before="20"/>
            </w:pPr>
            <w:r/>
            <w:r>
              <w:rPr>
                <w:rFonts w:ascii="Times New Roman" w:hAnsi="Times New Roman" w:eastAsia="宋体"/>
                <w:b w:val="0"/>
                <w:sz w:val="21"/>
              </w:rPr>
              <w:t>10</w:t>
            </w:r>
          </w:p>
        </w:tc>
        <w:tc>
          <w:tcPr>
            <w:tcW w:type="dxa" w:w="508"/>
          </w:tcPr>
          <w:p>
            <w:pPr>
              <w:spacing w:after="20" w:before="20"/>
            </w:pPr>
            <w:r/>
            <w:r>
              <w:rPr>
                <w:rFonts w:ascii="Times New Roman" w:hAnsi="Times New Roman" w:eastAsia="宋体"/>
                <w:b w:val="0"/>
                <w:sz w:val="21"/>
              </w:rPr>
              <w:t>88</w:t>
            </w:r>
          </w:p>
        </w:tc>
        <w:tc>
          <w:tcPr>
            <w:tcW w:type="dxa" w:w="508"/>
          </w:tcPr>
          <w:p>
            <w:pPr>
              <w:spacing w:after="20" w:before="20"/>
            </w:pPr>
            <w:r/>
            <w:r>
              <w:rPr>
                <w:rFonts w:ascii="Times New Roman" w:hAnsi="Times New Roman" w:eastAsia="宋体"/>
                <w:b w:val="0"/>
                <w:sz w:val="21"/>
              </w:rPr>
              <w:t>8</w:t>
            </w:r>
          </w:p>
        </w:tc>
        <w:tc>
          <w:tcPr>
            <w:tcW w:type="dxa" w:w="508"/>
          </w:tcPr>
          <w:p>
            <w:pPr>
              <w:spacing w:after="20" w:before="20"/>
            </w:pPr>
            <w:r/>
            <w:r>
              <w:rPr>
                <w:rFonts w:ascii="Times New Roman" w:hAnsi="Times New Roman" w:eastAsia="宋体"/>
                <w:b w:val="0"/>
                <w:sz w:val="21"/>
              </w:rPr>
              <w:t>84</w:t>
            </w:r>
          </w:p>
        </w:tc>
        <w:tc>
          <w:tcPr>
            <w:tcW w:type="dxa" w:w="508"/>
          </w:tcPr>
          <w:p>
            <w:pPr>
              <w:spacing w:after="20" w:before="20"/>
            </w:pPr>
            <w:r/>
            <w:r>
              <w:rPr>
                <w:rFonts w:ascii="Times New Roman" w:hAnsi="Times New Roman" w:eastAsia="宋体"/>
                <w:b w:val="0"/>
                <w:sz w:val="21"/>
              </w:rPr>
              <w:t>3.438</w:t>
            </w:r>
          </w:p>
        </w:tc>
        <w:tc>
          <w:tcPr>
            <w:tcW w:type="dxa" w:w="508"/>
          </w:tcPr>
          <w:p>
            <w:pPr>
              <w:spacing w:after="20" w:before="20"/>
            </w:pPr>
            <w:r/>
            <w:r>
              <w:rPr>
                <w:rFonts w:ascii="Times New Roman" w:hAnsi="Times New Roman" w:eastAsia="宋体"/>
                <w:b w:val="0"/>
                <w:sz w:val="21"/>
              </w:rPr>
              <w:t>11</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马轲鑫</w:t>
            </w:r>
          </w:p>
        </w:tc>
        <w:tc>
          <w:tcPr>
            <w:tcW w:type="dxa" w:w="508"/>
          </w:tcPr>
          <w:p>
            <w:pPr>
              <w:spacing w:after="20" w:before="20"/>
            </w:pPr>
            <w:r/>
            <w:r>
              <w:rPr>
                <w:rFonts w:ascii="Times New Roman" w:hAnsi="Times New Roman" w:eastAsia="宋体"/>
                <w:b w:val="0"/>
                <w:sz w:val="21"/>
              </w:rPr>
              <w:t>男</w:t>
            </w:r>
          </w:p>
        </w:tc>
        <w:tc>
          <w:tcPr>
            <w:tcW w:type="dxa" w:w="508"/>
          </w:tcPr>
          <w:p>
            <w:pPr>
              <w:spacing w:after="20" w:before="20"/>
            </w:pPr>
            <w:r/>
            <w:r>
              <w:rPr>
                <w:rFonts w:ascii="Times New Roman" w:hAnsi="Times New Roman" w:eastAsia="宋体"/>
                <w:b w:val="0"/>
                <w:sz w:val="21"/>
              </w:rPr>
              <w:t>电气正式6</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7</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080601</w:t>
            </w:r>
          </w:p>
        </w:tc>
        <w:tc>
          <w:tcPr>
            <w:tcW w:type="dxa" w:w="508"/>
          </w:tcPr>
          <w:p>
            <w:pPr>
              <w:spacing w:after="20" w:before="20"/>
            </w:pPr>
            <w:r/>
            <w:r>
              <w:rPr>
                <w:rFonts w:ascii="Times New Roman" w:hAnsi="Times New Roman" w:eastAsia="宋体"/>
                <w:b w:val="0"/>
                <w:sz w:val="21"/>
              </w:rPr>
              <w:t>电气工程及其自动化</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3.524</w:t>
            </w:r>
          </w:p>
        </w:tc>
        <w:tc>
          <w:tcPr>
            <w:tcW w:type="dxa" w:w="508"/>
          </w:tcPr>
          <w:p>
            <w:pPr>
              <w:spacing w:after="20" w:before="20"/>
            </w:pPr>
            <w:r/>
            <w:r>
              <w:rPr>
                <w:rFonts w:ascii="Times New Roman" w:hAnsi="Times New Roman" w:eastAsia="宋体"/>
                <w:b w:val="0"/>
                <w:sz w:val="21"/>
              </w:rPr>
              <w:t>11</w:t>
            </w:r>
          </w:p>
        </w:tc>
        <w:tc>
          <w:tcPr>
            <w:tcW w:type="dxa" w:w="508"/>
          </w:tcPr>
          <w:p>
            <w:pPr>
              <w:spacing w:after="20" w:before="20"/>
            </w:pPr>
            <w:r/>
            <w:r>
              <w:rPr>
                <w:rFonts w:ascii="Times New Roman" w:hAnsi="Times New Roman" w:eastAsia="宋体"/>
                <w:b w:val="0"/>
                <w:sz w:val="21"/>
              </w:rPr>
              <w:t>88</w:t>
            </w:r>
          </w:p>
        </w:tc>
        <w:tc>
          <w:tcPr>
            <w:tcW w:type="dxa" w:w="508"/>
          </w:tcPr>
          <w:p>
            <w:pPr>
              <w:spacing w:after="20" w:before="20"/>
            </w:pPr>
            <w:r/>
            <w:r>
              <w:rPr>
                <w:rFonts w:ascii="Times New Roman" w:hAnsi="Times New Roman" w:eastAsia="宋体"/>
                <w:b w:val="0"/>
                <w:sz w:val="21"/>
              </w:rPr>
              <w:t>9</w:t>
            </w:r>
          </w:p>
        </w:tc>
        <w:tc>
          <w:tcPr>
            <w:tcW w:type="dxa" w:w="508"/>
          </w:tcPr>
          <w:p>
            <w:pPr>
              <w:spacing w:after="20" w:before="20"/>
            </w:pPr>
            <w:r/>
            <w:r>
              <w:rPr>
                <w:rFonts w:ascii="Times New Roman" w:hAnsi="Times New Roman" w:eastAsia="宋体"/>
                <w:b w:val="0"/>
                <w:sz w:val="21"/>
              </w:rPr>
              <w:t>84</w:t>
            </w:r>
          </w:p>
        </w:tc>
        <w:tc>
          <w:tcPr>
            <w:tcW w:type="dxa" w:w="508"/>
          </w:tcPr>
          <w:p>
            <w:pPr>
              <w:spacing w:after="20" w:before="20"/>
            </w:pPr>
            <w:r/>
            <w:r>
              <w:rPr>
                <w:rFonts w:ascii="Times New Roman" w:hAnsi="Times New Roman" w:eastAsia="宋体"/>
                <w:b w:val="0"/>
                <w:sz w:val="21"/>
              </w:rPr>
              <w:t>3.494</w:t>
            </w:r>
          </w:p>
        </w:tc>
        <w:tc>
          <w:tcPr>
            <w:tcW w:type="dxa" w:w="508"/>
          </w:tcPr>
          <w:p>
            <w:pPr>
              <w:spacing w:after="20" w:before="20"/>
            </w:pPr>
            <w:r/>
            <w:r>
              <w:rPr>
                <w:rFonts w:ascii="Times New Roman" w:hAnsi="Times New Roman" w:eastAsia="宋体"/>
                <w:b w:val="0"/>
                <w:sz w:val="21"/>
              </w:rPr>
              <w:t>10</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余仁飞</w:t>
            </w:r>
          </w:p>
        </w:tc>
        <w:tc>
          <w:tcPr>
            <w:tcW w:type="dxa" w:w="508"/>
          </w:tcPr>
          <w:p>
            <w:pPr>
              <w:spacing w:after="20" w:before="20"/>
            </w:pPr>
            <w:r/>
            <w:r>
              <w:rPr>
                <w:rFonts w:ascii="Times New Roman" w:hAnsi="Times New Roman" w:eastAsia="宋体"/>
                <w:b w:val="0"/>
                <w:sz w:val="21"/>
              </w:rPr>
              <w:t>男</w:t>
            </w:r>
          </w:p>
        </w:tc>
        <w:tc>
          <w:tcPr>
            <w:tcW w:type="dxa" w:w="508"/>
          </w:tcPr>
          <w:p>
            <w:pPr>
              <w:spacing w:after="20" w:before="20"/>
            </w:pPr>
            <w:r/>
            <w:r>
              <w:rPr>
                <w:rFonts w:ascii="Times New Roman" w:hAnsi="Times New Roman" w:eastAsia="宋体"/>
                <w:b w:val="0"/>
                <w:sz w:val="21"/>
              </w:rPr>
              <w:t>电气正式7</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8</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080601</w:t>
            </w:r>
          </w:p>
        </w:tc>
        <w:tc>
          <w:tcPr>
            <w:tcW w:type="dxa" w:w="508"/>
          </w:tcPr>
          <w:p>
            <w:pPr>
              <w:spacing w:after="20" w:before="20"/>
            </w:pPr>
            <w:r/>
            <w:r>
              <w:rPr>
                <w:rFonts w:ascii="Times New Roman" w:hAnsi="Times New Roman" w:eastAsia="宋体"/>
                <w:b w:val="0"/>
                <w:sz w:val="21"/>
              </w:rPr>
              <w:t>电气工程及其自动化</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4.293</w:t>
            </w:r>
          </w:p>
        </w:tc>
        <w:tc>
          <w:tcPr>
            <w:tcW w:type="dxa" w:w="508"/>
          </w:tcPr>
          <w:p>
            <w:pPr>
              <w:spacing w:after="20" w:before="20"/>
            </w:pPr>
            <w:r/>
            <w:r>
              <w:rPr>
                <w:rFonts w:ascii="Times New Roman" w:hAnsi="Times New Roman" w:eastAsia="宋体"/>
                <w:b w:val="0"/>
                <w:sz w:val="21"/>
              </w:rPr>
              <w:t>1</w:t>
            </w:r>
          </w:p>
        </w:tc>
        <w:tc>
          <w:tcPr>
            <w:tcW w:type="dxa" w:w="508"/>
          </w:tcPr>
          <w:p>
            <w:pPr>
              <w:spacing w:after="20" w:before="20"/>
            </w:pPr>
            <w:r/>
            <w:r>
              <w:rPr>
                <w:rFonts w:ascii="Times New Roman" w:hAnsi="Times New Roman" w:eastAsia="宋体"/>
                <w:b w:val="0"/>
                <w:sz w:val="21"/>
              </w:rPr>
              <w:t>67</w:t>
            </w:r>
          </w:p>
        </w:tc>
        <w:tc>
          <w:tcPr>
            <w:tcW w:type="dxa" w:w="508"/>
          </w:tcPr>
          <w:p>
            <w:pPr>
              <w:spacing w:after="20" w:before="20"/>
            </w:pPr>
            <w:r/>
            <w:r>
              <w:rPr>
                <w:rFonts w:ascii="Times New Roman" w:hAnsi="Times New Roman" w:eastAsia="宋体"/>
                <w:b w:val="0"/>
                <w:sz w:val="21"/>
              </w:rPr>
              <w:t>1</w:t>
            </w:r>
          </w:p>
        </w:tc>
        <w:tc>
          <w:tcPr>
            <w:tcW w:type="dxa" w:w="508"/>
          </w:tcPr>
          <w:p>
            <w:pPr>
              <w:spacing w:after="20" w:before="20"/>
            </w:pPr>
            <w:r/>
            <w:r>
              <w:rPr>
                <w:rFonts w:ascii="Times New Roman" w:hAnsi="Times New Roman" w:eastAsia="宋体"/>
                <w:b w:val="0"/>
                <w:sz w:val="21"/>
              </w:rPr>
              <w:t>66</w:t>
            </w:r>
          </w:p>
        </w:tc>
        <w:tc>
          <w:tcPr>
            <w:tcW w:type="dxa" w:w="508"/>
          </w:tcPr>
          <w:p>
            <w:pPr>
              <w:spacing w:after="20" w:before="20"/>
            </w:pPr>
            <w:r/>
            <w:r>
              <w:rPr>
                <w:rFonts w:ascii="Times New Roman" w:hAnsi="Times New Roman" w:eastAsia="宋体"/>
                <w:b w:val="0"/>
                <w:sz w:val="21"/>
              </w:rPr>
              <w:t>3.703</w:t>
            </w:r>
          </w:p>
        </w:tc>
        <w:tc>
          <w:tcPr>
            <w:tcW w:type="dxa" w:w="508"/>
          </w:tcPr>
          <w:p>
            <w:pPr>
              <w:spacing w:after="20" w:before="20"/>
            </w:pPr>
            <w:r/>
            <w:r>
              <w:rPr>
                <w:rFonts w:ascii="Times New Roman" w:hAnsi="Times New Roman" w:eastAsia="宋体"/>
                <w:b w:val="0"/>
                <w:sz w:val="21"/>
              </w:rPr>
              <w:t>4</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缪恩扬</w:t>
            </w:r>
          </w:p>
        </w:tc>
        <w:tc>
          <w:tcPr>
            <w:tcW w:type="dxa" w:w="508"/>
          </w:tcPr>
          <w:p>
            <w:pPr>
              <w:spacing w:after="20" w:before="20"/>
            </w:pPr>
            <w:r/>
            <w:r>
              <w:rPr>
                <w:rFonts w:ascii="Times New Roman" w:hAnsi="Times New Roman" w:eastAsia="宋体"/>
                <w:b w:val="0"/>
                <w:sz w:val="21"/>
              </w:rPr>
              <w:t>男</w:t>
            </w:r>
          </w:p>
        </w:tc>
        <w:tc>
          <w:tcPr>
            <w:tcW w:type="dxa" w:w="508"/>
          </w:tcPr>
          <w:p>
            <w:pPr>
              <w:spacing w:after="20" w:before="20"/>
            </w:pPr>
            <w:r/>
            <w:r>
              <w:rPr>
                <w:rFonts w:ascii="Times New Roman" w:hAnsi="Times New Roman" w:eastAsia="宋体"/>
                <w:b w:val="0"/>
                <w:sz w:val="21"/>
              </w:rPr>
              <w:t>电信正式1</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9</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080701</w:t>
            </w:r>
          </w:p>
        </w:tc>
        <w:tc>
          <w:tcPr>
            <w:tcW w:type="dxa" w:w="508"/>
          </w:tcPr>
          <w:p>
            <w:pPr>
              <w:spacing w:after="20" w:before="20"/>
            </w:pPr>
            <w:r/>
            <w:r>
              <w:rPr>
                <w:rFonts w:ascii="Times New Roman" w:hAnsi="Times New Roman" w:eastAsia="宋体"/>
                <w:b w:val="0"/>
                <w:sz w:val="21"/>
              </w:rPr>
              <w:t>电子信息工程</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3.909</w:t>
            </w:r>
          </w:p>
        </w:tc>
        <w:tc>
          <w:tcPr>
            <w:tcW w:type="dxa" w:w="508"/>
          </w:tcPr>
          <w:p>
            <w:pPr>
              <w:spacing w:after="20" w:before="20"/>
            </w:pPr>
            <w:r/>
            <w:r>
              <w:rPr>
                <w:rFonts w:ascii="Times New Roman" w:hAnsi="Times New Roman" w:eastAsia="宋体"/>
                <w:b w:val="0"/>
                <w:sz w:val="21"/>
              </w:rPr>
              <w:t>2</w:t>
            </w:r>
          </w:p>
        </w:tc>
        <w:tc>
          <w:tcPr>
            <w:tcW w:type="dxa" w:w="508"/>
          </w:tcPr>
          <w:p>
            <w:pPr>
              <w:spacing w:after="20" w:before="20"/>
            </w:pPr>
            <w:r/>
            <w:r>
              <w:rPr>
                <w:rFonts w:ascii="Times New Roman" w:hAnsi="Times New Roman" w:eastAsia="宋体"/>
                <w:b w:val="0"/>
                <w:sz w:val="21"/>
              </w:rPr>
              <w:t>67</w:t>
            </w:r>
          </w:p>
        </w:tc>
        <w:tc>
          <w:tcPr>
            <w:tcW w:type="dxa" w:w="508"/>
          </w:tcPr>
          <w:p>
            <w:pPr>
              <w:spacing w:after="20" w:before="20"/>
            </w:pPr>
            <w:r/>
            <w:r>
              <w:rPr>
                <w:rFonts w:ascii="Times New Roman" w:hAnsi="Times New Roman" w:eastAsia="宋体"/>
                <w:b w:val="0"/>
                <w:sz w:val="21"/>
              </w:rPr>
              <w:t>2</w:t>
            </w:r>
          </w:p>
        </w:tc>
        <w:tc>
          <w:tcPr>
            <w:tcW w:type="dxa" w:w="508"/>
          </w:tcPr>
          <w:p>
            <w:pPr>
              <w:spacing w:after="20" w:before="20"/>
            </w:pPr>
            <w:r/>
            <w:r>
              <w:rPr>
                <w:rFonts w:ascii="Times New Roman" w:hAnsi="Times New Roman" w:eastAsia="宋体"/>
                <w:b w:val="0"/>
                <w:sz w:val="21"/>
              </w:rPr>
              <w:t>66</w:t>
            </w:r>
          </w:p>
        </w:tc>
        <w:tc>
          <w:tcPr>
            <w:tcW w:type="dxa" w:w="508"/>
          </w:tcPr>
          <w:p>
            <w:pPr>
              <w:spacing w:after="20" w:before="20"/>
            </w:pPr>
            <w:r/>
            <w:r>
              <w:rPr>
                <w:rFonts w:ascii="Times New Roman" w:hAnsi="Times New Roman" w:eastAsia="宋体"/>
                <w:b w:val="0"/>
                <w:sz w:val="21"/>
              </w:rPr>
              <w:t>3.889</w:t>
            </w:r>
          </w:p>
        </w:tc>
        <w:tc>
          <w:tcPr>
            <w:tcW w:type="dxa" w:w="508"/>
          </w:tcPr>
          <w:p>
            <w:pPr>
              <w:spacing w:after="20" w:before="20"/>
            </w:pPr>
            <w:r/>
            <w:r>
              <w:rPr>
                <w:rFonts w:ascii="Times New Roman" w:hAnsi="Times New Roman" w:eastAsia="宋体"/>
                <w:b w:val="0"/>
                <w:sz w:val="21"/>
              </w:rPr>
              <w:t>1</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王志晨</w:t>
            </w:r>
          </w:p>
        </w:tc>
        <w:tc>
          <w:tcPr>
            <w:tcW w:type="dxa" w:w="508"/>
          </w:tcPr>
          <w:p>
            <w:pPr>
              <w:spacing w:after="20" w:before="20"/>
            </w:pPr>
            <w:r/>
            <w:r>
              <w:rPr>
                <w:rFonts w:ascii="Times New Roman" w:hAnsi="Times New Roman" w:eastAsia="宋体"/>
                <w:b w:val="0"/>
                <w:sz w:val="21"/>
              </w:rPr>
              <w:t>男</w:t>
            </w:r>
          </w:p>
        </w:tc>
        <w:tc>
          <w:tcPr>
            <w:tcW w:type="dxa" w:w="508"/>
          </w:tcPr>
          <w:p>
            <w:pPr>
              <w:spacing w:after="20" w:before="20"/>
            </w:pPr>
            <w:r/>
            <w:r>
              <w:rPr>
                <w:rFonts w:ascii="Times New Roman" w:hAnsi="Times New Roman" w:eastAsia="宋体"/>
                <w:b w:val="0"/>
                <w:sz w:val="21"/>
              </w:rPr>
              <w:t>电信正式2</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10</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080701</w:t>
            </w:r>
          </w:p>
        </w:tc>
        <w:tc>
          <w:tcPr>
            <w:tcW w:type="dxa" w:w="508"/>
          </w:tcPr>
          <w:p>
            <w:pPr>
              <w:spacing w:after="20" w:before="20"/>
            </w:pPr>
            <w:r/>
            <w:r>
              <w:rPr>
                <w:rFonts w:ascii="Times New Roman" w:hAnsi="Times New Roman" w:eastAsia="宋体"/>
                <w:b w:val="0"/>
                <w:sz w:val="21"/>
              </w:rPr>
              <w:t>电子信息工程</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3.893</w:t>
            </w:r>
          </w:p>
        </w:tc>
        <w:tc>
          <w:tcPr>
            <w:tcW w:type="dxa" w:w="508"/>
          </w:tcPr>
          <w:p>
            <w:pPr>
              <w:spacing w:after="20" w:before="20"/>
            </w:pPr>
            <w:r/>
            <w:r>
              <w:rPr>
                <w:rFonts w:ascii="Times New Roman" w:hAnsi="Times New Roman" w:eastAsia="宋体"/>
                <w:b w:val="0"/>
                <w:sz w:val="21"/>
              </w:rPr>
              <w:t>3</w:t>
            </w:r>
          </w:p>
        </w:tc>
        <w:tc>
          <w:tcPr>
            <w:tcW w:type="dxa" w:w="508"/>
          </w:tcPr>
          <w:p>
            <w:pPr>
              <w:spacing w:after="20" w:before="20"/>
            </w:pPr>
            <w:r/>
            <w:r>
              <w:rPr>
                <w:rFonts w:ascii="Times New Roman" w:hAnsi="Times New Roman" w:eastAsia="宋体"/>
                <w:b w:val="0"/>
                <w:sz w:val="21"/>
              </w:rPr>
              <w:t>67</w:t>
            </w:r>
          </w:p>
        </w:tc>
        <w:tc>
          <w:tcPr>
            <w:tcW w:type="dxa" w:w="508"/>
          </w:tcPr>
          <w:p>
            <w:pPr>
              <w:spacing w:after="20" w:before="20"/>
            </w:pPr>
            <w:r/>
            <w:r>
              <w:rPr>
                <w:rFonts w:ascii="Times New Roman" w:hAnsi="Times New Roman" w:eastAsia="宋体"/>
                <w:b w:val="0"/>
                <w:sz w:val="21"/>
              </w:rPr>
              <w:t>3</w:t>
            </w:r>
          </w:p>
        </w:tc>
        <w:tc>
          <w:tcPr>
            <w:tcW w:type="dxa" w:w="508"/>
          </w:tcPr>
          <w:p>
            <w:pPr>
              <w:spacing w:after="20" w:before="20"/>
            </w:pPr>
            <w:r/>
            <w:r>
              <w:rPr>
                <w:rFonts w:ascii="Times New Roman" w:hAnsi="Times New Roman" w:eastAsia="宋体"/>
                <w:b w:val="0"/>
                <w:sz w:val="21"/>
              </w:rPr>
              <w:t>66</w:t>
            </w:r>
          </w:p>
        </w:tc>
        <w:tc>
          <w:tcPr>
            <w:tcW w:type="dxa" w:w="508"/>
          </w:tcPr>
          <w:p>
            <w:pPr>
              <w:spacing w:after="20" w:before="20"/>
            </w:pPr>
            <w:r/>
            <w:r>
              <w:rPr>
                <w:rFonts w:ascii="Times New Roman" w:hAnsi="Times New Roman" w:eastAsia="宋体"/>
                <w:b w:val="0"/>
                <w:sz w:val="21"/>
              </w:rPr>
              <w:t>3.693</w:t>
            </w:r>
          </w:p>
        </w:tc>
        <w:tc>
          <w:tcPr>
            <w:tcW w:type="dxa" w:w="508"/>
          </w:tcPr>
          <w:p>
            <w:pPr>
              <w:spacing w:after="20" w:before="20"/>
            </w:pPr>
            <w:r/>
            <w:r>
              <w:rPr>
                <w:rFonts w:ascii="Times New Roman" w:hAnsi="Times New Roman" w:eastAsia="宋体"/>
                <w:b w:val="0"/>
                <w:sz w:val="21"/>
              </w:rPr>
              <w:t>5</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麻荣跃</w:t>
            </w:r>
          </w:p>
        </w:tc>
        <w:tc>
          <w:tcPr>
            <w:tcW w:type="dxa" w:w="508"/>
          </w:tcPr>
          <w:p>
            <w:pPr>
              <w:spacing w:after="20" w:before="20"/>
            </w:pPr>
            <w:r/>
            <w:r>
              <w:rPr>
                <w:rFonts w:ascii="Times New Roman" w:hAnsi="Times New Roman" w:eastAsia="宋体"/>
                <w:b w:val="0"/>
                <w:sz w:val="21"/>
              </w:rPr>
              <w:t>男</w:t>
            </w:r>
          </w:p>
        </w:tc>
        <w:tc>
          <w:tcPr>
            <w:tcW w:type="dxa" w:w="508"/>
          </w:tcPr>
          <w:p>
            <w:pPr>
              <w:spacing w:after="20" w:before="20"/>
            </w:pPr>
            <w:r/>
            <w:r>
              <w:rPr>
                <w:rFonts w:ascii="Times New Roman" w:hAnsi="Times New Roman" w:eastAsia="宋体"/>
                <w:b w:val="0"/>
                <w:sz w:val="21"/>
              </w:rPr>
              <w:t>电信正式3</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11</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080701</w:t>
            </w:r>
          </w:p>
        </w:tc>
        <w:tc>
          <w:tcPr>
            <w:tcW w:type="dxa" w:w="508"/>
          </w:tcPr>
          <w:p>
            <w:pPr>
              <w:spacing w:after="20" w:before="20"/>
            </w:pPr>
            <w:r/>
            <w:r>
              <w:rPr>
                <w:rFonts w:ascii="Times New Roman" w:hAnsi="Times New Roman" w:eastAsia="宋体"/>
                <w:b w:val="0"/>
                <w:sz w:val="21"/>
              </w:rPr>
              <w:t>电子信息工程</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3.763</w:t>
            </w:r>
          </w:p>
        </w:tc>
        <w:tc>
          <w:tcPr>
            <w:tcW w:type="dxa" w:w="508"/>
          </w:tcPr>
          <w:p>
            <w:pPr>
              <w:spacing w:after="20" w:before="20"/>
            </w:pPr>
            <w:r/>
            <w:r>
              <w:rPr>
                <w:rFonts w:ascii="Times New Roman" w:hAnsi="Times New Roman" w:eastAsia="宋体"/>
                <w:b w:val="0"/>
                <w:sz w:val="21"/>
              </w:rPr>
              <w:t>4</w:t>
            </w:r>
          </w:p>
        </w:tc>
        <w:tc>
          <w:tcPr>
            <w:tcW w:type="dxa" w:w="508"/>
          </w:tcPr>
          <w:p>
            <w:pPr>
              <w:spacing w:after="20" w:before="20"/>
            </w:pPr>
            <w:r/>
            <w:r>
              <w:rPr>
                <w:rFonts w:ascii="Times New Roman" w:hAnsi="Times New Roman" w:eastAsia="宋体"/>
                <w:b w:val="0"/>
                <w:sz w:val="21"/>
              </w:rPr>
              <w:t>67</w:t>
            </w:r>
          </w:p>
        </w:tc>
        <w:tc>
          <w:tcPr>
            <w:tcW w:type="dxa" w:w="508"/>
          </w:tcPr>
          <w:p>
            <w:pPr>
              <w:spacing w:after="20" w:before="20"/>
            </w:pPr>
            <w:r/>
            <w:r>
              <w:rPr>
                <w:rFonts w:ascii="Times New Roman" w:hAnsi="Times New Roman" w:eastAsia="宋体"/>
                <w:b w:val="0"/>
                <w:sz w:val="21"/>
              </w:rPr>
              <w:t>4</w:t>
            </w:r>
          </w:p>
        </w:tc>
        <w:tc>
          <w:tcPr>
            <w:tcW w:type="dxa" w:w="508"/>
          </w:tcPr>
          <w:p>
            <w:pPr>
              <w:spacing w:after="20" w:before="20"/>
            </w:pPr>
            <w:r/>
            <w:r>
              <w:rPr>
                <w:rFonts w:ascii="Times New Roman" w:hAnsi="Times New Roman" w:eastAsia="宋体"/>
                <w:b w:val="0"/>
                <w:sz w:val="21"/>
              </w:rPr>
              <w:t>66</w:t>
            </w:r>
          </w:p>
        </w:tc>
        <w:tc>
          <w:tcPr>
            <w:tcW w:type="dxa" w:w="508"/>
          </w:tcPr>
          <w:p>
            <w:pPr>
              <w:spacing w:after="20" w:before="20"/>
            </w:pPr>
            <w:r/>
            <w:r>
              <w:rPr>
                <w:rFonts w:ascii="Times New Roman" w:hAnsi="Times New Roman" w:eastAsia="宋体"/>
                <w:b w:val="0"/>
                <w:sz w:val="21"/>
              </w:rPr>
              <w:t>3.733</w:t>
            </w:r>
          </w:p>
        </w:tc>
        <w:tc>
          <w:tcPr>
            <w:tcW w:type="dxa" w:w="508"/>
          </w:tcPr>
          <w:p>
            <w:pPr>
              <w:spacing w:after="20" w:before="20"/>
            </w:pPr>
            <w:r/>
            <w:r>
              <w:rPr>
                <w:rFonts w:ascii="Times New Roman" w:hAnsi="Times New Roman" w:eastAsia="宋体"/>
                <w:b w:val="0"/>
                <w:sz w:val="21"/>
              </w:rPr>
              <w:t>2</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寿世超</w:t>
            </w:r>
          </w:p>
        </w:tc>
        <w:tc>
          <w:tcPr>
            <w:tcW w:type="dxa" w:w="508"/>
          </w:tcPr>
          <w:p>
            <w:pPr>
              <w:spacing w:after="20" w:before="20"/>
            </w:pPr>
            <w:r/>
            <w:r>
              <w:rPr>
                <w:rFonts w:ascii="Times New Roman" w:hAnsi="Times New Roman" w:eastAsia="宋体"/>
                <w:b w:val="0"/>
                <w:sz w:val="21"/>
              </w:rPr>
              <w:t>男</w:t>
            </w:r>
          </w:p>
        </w:tc>
        <w:tc>
          <w:tcPr>
            <w:tcW w:type="dxa" w:w="508"/>
          </w:tcPr>
          <w:p>
            <w:pPr>
              <w:spacing w:after="20" w:before="20"/>
            </w:pPr>
            <w:r/>
            <w:r>
              <w:rPr>
                <w:rFonts w:ascii="Times New Roman" w:hAnsi="Times New Roman" w:eastAsia="宋体"/>
                <w:b w:val="0"/>
                <w:sz w:val="21"/>
              </w:rPr>
              <w:t>电信正式4</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12</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080701</w:t>
            </w:r>
          </w:p>
        </w:tc>
        <w:tc>
          <w:tcPr>
            <w:tcW w:type="dxa" w:w="508"/>
          </w:tcPr>
          <w:p>
            <w:pPr>
              <w:spacing w:after="20" w:before="20"/>
            </w:pPr>
            <w:r/>
            <w:r>
              <w:rPr>
                <w:rFonts w:ascii="Times New Roman" w:hAnsi="Times New Roman" w:eastAsia="宋体"/>
                <w:b w:val="0"/>
                <w:sz w:val="21"/>
              </w:rPr>
              <w:t>电子信息工程</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3.717</w:t>
            </w:r>
          </w:p>
        </w:tc>
        <w:tc>
          <w:tcPr>
            <w:tcW w:type="dxa" w:w="508"/>
          </w:tcPr>
          <w:p>
            <w:pPr>
              <w:spacing w:after="20" w:before="20"/>
            </w:pPr>
            <w:r/>
            <w:r>
              <w:rPr>
                <w:rFonts w:ascii="Times New Roman" w:hAnsi="Times New Roman" w:eastAsia="宋体"/>
                <w:b w:val="0"/>
                <w:sz w:val="21"/>
              </w:rPr>
              <w:t>5</w:t>
            </w:r>
          </w:p>
        </w:tc>
        <w:tc>
          <w:tcPr>
            <w:tcW w:type="dxa" w:w="508"/>
          </w:tcPr>
          <w:p>
            <w:pPr>
              <w:spacing w:after="20" w:before="20"/>
            </w:pPr>
            <w:r/>
            <w:r>
              <w:rPr>
                <w:rFonts w:ascii="Times New Roman" w:hAnsi="Times New Roman" w:eastAsia="宋体"/>
                <w:b w:val="0"/>
                <w:sz w:val="21"/>
              </w:rPr>
              <w:t>67</w:t>
            </w:r>
          </w:p>
        </w:tc>
        <w:tc>
          <w:tcPr>
            <w:tcW w:type="dxa" w:w="508"/>
          </w:tcPr>
          <w:p>
            <w:pPr>
              <w:spacing w:after="20" w:before="20"/>
            </w:pPr>
            <w:r/>
            <w:r>
              <w:rPr>
                <w:rFonts w:ascii="Times New Roman" w:hAnsi="Times New Roman" w:eastAsia="宋体"/>
                <w:b w:val="0"/>
                <w:sz w:val="21"/>
              </w:rPr>
              <w:t>5</w:t>
            </w:r>
          </w:p>
        </w:tc>
        <w:tc>
          <w:tcPr>
            <w:tcW w:type="dxa" w:w="508"/>
          </w:tcPr>
          <w:p>
            <w:pPr>
              <w:spacing w:after="20" w:before="20"/>
            </w:pPr>
            <w:r/>
            <w:r>
              <w:rPr>
                <w:rFonts w:ascii="Times New Roman" w:hAnsi="Times New Roman" w:eastAsia="宋体"/>
                <w:b w:val="0"/>
                <w:sz w:val="21"/>
              </w:rPr>
              <w:t>66</w:t>
            </w:r>
          </w:p>
        </w:tc>
        <w:tc>
          <w:tcPr>
            <w:tcW w:type="dxa" w:w="508"/>
          </w:tcPr>
          <w:p>
            <w:pPr>
              <w:spacing w:after="20" w:before="20"/>
            </w:pPr>
            <w:r/>
            <w:r>
              <w:rPr>
                <w:rFonts w:ascii="Times New Roman" w:hAnsi="Times New Roman" w:eastAsia="宋体"/>
                <w:b w:val="0"/>
                <w:sz w:val="21"/>
              </w:rPr>
              <w:t>3.717</w:t>
            </w:r>
          </w:p>
        </w:tc>
        <w:tc>
          <w:tcPr>
            <w:tcW w:type="dxa" w:w="508"/>
          </w:tcPr>
          <w:p>
            <w:pPr>
              <w:spacing w:after="20" w:before="20"/>
            </w:pPr>
            <w:r/>
            <w:r>
              <w:rPr>
                <w:rFonts w:ascii="Times New Roman" w:hAnsi="Times New Roman" w:eastAsia="宋体"/>
                <w:b w:val="0"/>
                <w:sz w:val="21"/>
              </w:rPr>
              <w:t>3</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周煊涵</w:t>
            </w:r>
          </w:p>
        </w:tc>
        <w:tc>
          <w:tcPr>
            <w:tcW w:type="dxa" w:w="508"/>
          </w:tcPr>
          <w:p>
            <w:pPr>
              <w:spacing w:after="20" w:before="20"/>
            </w:pPr>
            <w:r/>
            <w:r>
              <w:rPr>
                <w:rFonts w:ascii="Times New Roman" w:hAnsi="Times New Roman" w:eastAsia="宋体"/>
                <w:b w:val="0"/>
                <w:sz w:val="21"/>
              </w:rPr>
              <w:t>男</w:t>
            </w:r>
          </w:p>
        </w:tc>
        <w:tc>
          <w:tcPr>
            <w:tcW w:type="dxa" w:w="508"/>
          </w:tcPr>
          <w:p>
            <w:pPr>
              <w:spacing w:after="20" w:before="20"/>
            </w:pPr>
            <w:r/>
            <w:r>
              <w:rPr>
                <w:rFonts w:ascii="Times New Roman" w:hAnsi="Times New Roman" w:eastAsia="宋体"/>
                <w:b w:val="0"/>
                <w:sz w:val="21"/>
              </w:rPr>
              <w:t>电信正式5</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13</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080701</w:t>
            </w:r>
          </w:p>
        </w:tc>
        <w:tc>
          <w:tcPr>
            <w:tcW w:type="dxa" w:w="508"/>
          </w:tcPr>
          <w:p>
            <w:pPr>
              <w:spacing w:after="20" w:before="20"/>
            </w:pPr>
            <w:r/>
            <w:r>
              <w:rPr>
                <w:rFonts w:ascii="Times New Roman" w:hAnsi="Times New Roman" w:eastAsia="宋体"/>
                <w:b w:val="0"/>
                <w:sz w:val="21"/>
              </w:rPr>
              <w:t>电子信息工程</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3.700</w:t>
            </w:r>
          </w:p>
        </w:tc>
        <w:tc>
          <w:tcPr>
            <w:tcW w:type="dxa" w:w="508"/>
          </w:tcPr>
          <w:p>
            <w:pPr>
              <w:spacing w:after="20" w:before="20"/>
            </w:pPr>
            <w:r/>
            <w:r>
              <w:rPr>
                <w:rFonts w:ascii="Times New Roman" w:hAnsi="Times New Roman" w:eastAsia="宋体"/>
                <w:b w:val="0"/>
                <w:sz w:val="21"/>
              </w:rPr>
              <w:t>6</w:t>
            </w:r>
          </w:p>
        </w:tc>
        <w:tc>
          <w:tcPr>
            <w:tcW w:type="dxa" w:w="508"/>
          </w:tcPr>
          <w:p>
            <w:pPr>
              <w:spacing w:after="20" w:before="20"/>
            </w:pPr>
            <w:r/>
            <w:r>
              <w:rPr>
                <w:rFonts w:ascii="Times New Roman" w:hAnsi="Times New Roman" w:eastAsia="宋体"/>
                <w:b w:val="0"/>
                <w:sz w:val="21"/>
              </w:rPr>
              <w:t>67</w:t>
            </w:r>
          </w:p>
        </w:tc>
        <w:tc>
          <w:tcPr>
            <w:tcW w:type="dxa" w:w="508"/>
          </w:tcPr>
          <w:p>
            <w:pPr>
              <w:spacing w:after="20" w:before="20"/>
            </w:pPr>
            <w:r/>
            <w:r>
              <w:rPr>
                <w:rFonts w:ascii="Times New Roman" w:hAnsi="Times New Roman" w:eastAsia="宋体"/>
                <w:b w:val="0"/>
                <w:sz w:val="21"/>
              </w:rPr>
              <w:t>6</w:t>
            </w:r>
          </w:p>
        </w:tc>
        <w:tc>
          <w:tcPr>
            <w:tcW w:type="dxa" w:w="508"/>
          </w:tcPr>
          <w:p>
            <w:pPr>
              <w:spacing w:after="20" w:before="20"/>
            </w:pPr>
            <w:r/>
            <w:r>
              <w:rPr>
                <w:rFonts w:ascii="Times New Roman" w:hAnsi="Times New Roman" w:eastAsia="宋体"/>
                <w:b w:val="0"/>
                <w:sz w:val="21"/>
              </w:rPr>
              <w:t>66</w:t>
            </w:r>
          </w:p>
        </w:tc>
        <w:tc>
          <w:tcPr>
            <w:tcW w:type="dxa" w:w="508"/>
          </w:tcPr>
          <w:p>
            <w:pPr>
              <w:spacing w:after="20" w:before="20"/>
            </w:pPr>
            <w:r/>
            <w:r>
              <w:rPr>
                <w:rFonts w:ascii="Times New Roman" w:hAnsi="Times New Roman" w:eastAsia="宋体"/>
                <w:b w:val="0"/>
                <w:sz w:val="21"/>
              </w:rPr>
              <w:t>3.400</w:t>
            </w:r>
          </w:p>
        </w:tc>
        <w:tc>
          <w:tcPr>
            <w:tcW w:type="dxa" w:w="508"/>
          </w:tcPr>
          <w:p>
            <w:pPr>
              <w:spacing w:after="20" w:before="20"/>
            </w:pPr>
            <w:r/>
            <w:r>
              <w:rPr>
                <w:rFonts w:ascii="Times New Roman" w:hAnsi="Times New Roman" w:eastAsia="宋体"/>
                <w:b w:val="0"/>
                <w:sz w:val="21"/>
              </w:rPr>
              <w:t>12</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刘畅</w:t>
            </w:r>
          </w:p>
        </w:tc>
        <w:tc>
          <w:tcPr>
            <w:tcW w:type="dxa" w:w="508"/>
          </w:tcPr>
          <w:p>
            <w:pPr>
              <w:spacing w:after="20" w:before="20"/>
            </w:pPr>
            <w:r/>
            <w:r>
              <w:rPr>
                <w:rFonts w:ascii="Times New Roman" w:hAnsi="Times New Roman" w:eastAsia="宋体"/>
                <w:b w:val="0"/>
                <w:sz w:val="21"/>
              </w:rPr>
              <w:t>男</w:t>
            </w:r>
          </w:p>
        </w:tc>
        <w:tc>
          <w:tcPr>
            <w:tcW w:type="dxa" w:w="508"/>
          </w:tcPr>
          <w:p>
            <w:pPr>
              <w:spacing w:after="20" w:before="20"/>
            </w:pPr>
            <w:r/>
            <w:r>
              <w:rPr>
                <w:rFonts w:ascii="Times New Roman" w:hAnsi="Times New Roman" w:eastAsia="宋体"/>
                <w:b w:val="0"/>
                <w:sz w:val="21"/>
              </w:rPr>
              <w:t>电信正式6</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14</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080701</w:t>
            </w:r>
          </w:p>
        </w:tc>
        <w:tc>
          <w:tcPr>
            <w:tcW w:type="dxa" w:w="508"/>
          </w:tcPr>
          <w:p>
            <w:pPr>
              <w:spacing w:after="20" w:before="20"/>
            </w:pPr>
            <w:r/>
            <w:r>
              <w:rPr>
                <w:rFonts w:ascii="Times New Roman" w:hAnsi="Times New Roman" w:eastAsia="宋体"/>
                <w:b w:val="0"/>
                <w:sz w:val="21"/>
              </w:rPr>
              <w:t>电子信息工程</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4.121</w:t>
            </w:r>
          </w:p>
        </w:tc>
        <w:tc>
          <w:tcPr>
            <w:tcW w:type="dxa" w:w="508"/>
          </w:tcPr>
          <w:p>
            <w:pPr>
              <w:spacing w:after="20" w:before="20"/>
            </w:pPr>
            <w:r/>
            <w:r>
              <w:rPr>
                <w:rFonts w:ascii="Times New Roman" w:hAnsi="Times New Roman" w:eastAsia="宋体"/>
                <w:b w:val="0"/>
                <w:sz w:val="21"/>
              </w:rPr>
              <w:t>3</w:t>
            </w:r>
          </w:p>
        </w:tc>
        <w:tc>
          <w:tcPr>
            <w:tcW w:type="dxa" w:w="508"/>
          </w:tcPr>
          <w:p>
            <w:pPr>
              <w:spacing w:after="20" w:before="20"/>
            </w:pPr>
            <w:r/>
            <w:r>
              <w:rPr>
                <w:rFonts w:ascii="Times New Roman" w:hAnsi="Times New Roman" w:eastAsia="宋体"/>
                <w:b w:val="0"/>
                <w:sz w:val="21"/>
              </w:rPr>
              <w:t>40</w:t>
            </w:r>
          </w:p>
        </w:tc>
        <w:tc>
          <w:tcPr>
            <w:tcW w:type="dxa" w:w="508"/>
          </w:tcPr>
          <w:p>
            <w:pPr>
              <w:spacing w:after="20" w:before="20"/>
            </w:pPr>
            <w:r/>
            <w:r>
              <w:rPr>
                <w:rFonts w:ascii="Times New Roman" w:hAnsi="Times New Roman" w:eastAsia="宋体"/>
                <w:b w:val="0"/>
                <w:sz w:val="21"/>
              </w:rPr>
              <w:t>2</w:t>
            </w:r>
          </w:p>
        </w:tc>
        <w:tc>
          <w:tcPr>
            <w:tcW w:type="dxa" w:w="508"/>
          </w:tcPr>
          <w:p>
            <w:pPr>
              <w:spacing w:after="20" w:before="20"/>
            </w:pPr>
            <w:r/>
            <w:r>
              <w:rPr>
                <w:rFonts w:ascii="Times New Roman" w:hAnsi="Times New Roman" w:eastAsia="宋体"/>
                <w:b w:val="0"/>
                <w:sz w:val="21"/>
              </w:rPr>
              <w:t>38</w:t>
            </w:r>
          </w:p>
        </w:tc>
        <w:tc>
          <w:tcPr>
            <w:tcW w:type="dxa" w:w="508"/>
          </w:tcPr>
          <w:p>
            <w:pPr>
              <w:spacing w:after="20" w:before="20"/>
            </w:pPr>
            <w:r/>
            <w:r>
              <w:rPr>
                <w:rFonts w:ascii="Times New Roman" w:hAnsi="Times New Roman" w:eastAsia="宋体"/>
                <w:b w:val="0"/>
                <w:sz w:val="21"/>
              </w:rPr>
              <w:t>3.991</w:t>
            </w:r>
          </w:p>
        </w:tc>
        <w:tc>
          <w:tcPr>
            <w:tcW w:type="dxa" w:w="508"/>
          </w:tcPr>
          <w:p>
            <w:pPr>
              <w:spacing w:after="20" w:before="20"/>
            </w:pPr>
            <w:r/>
            <w:r>
              <w:rPr>
                <w:rFonts w:ascii="Times New Roman" w:hAnsi="Times New Roman" w:eastAsia="宋体"/>
                <w:b w:val="0"/>
                <w:sz w:val="21"/>
              </w:rPr>
              <w:t>3</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李景文</w:t>
            </w:r>
          </w:p>
        </w:tc>
        <w:tc>
          <w:tcPr>
            <w:tcW w:type="dxa" w:w="508"/>
          </w:tcPr>
          <w:p>
            <w:pPr>
              <w:spacing w:after="20" w:before="20"/>
            </w:pPr>
            <w:r/>
            <w:r>
              <w:rPr>
                <w:rFonts w:ascii="Times New Roman" w:hAnsi="Times New Roman" w:eastAsia="宋体"/>
                <w:b w:val="0"/>
                <w:sz w:val="21"/>
              </w:rPr>
              <w:t>男</w:t>
            </w:r>
          </w:p>
        </w:tc>
        <w:tc>
          <w:tcPr>
            <w:tcW w:type="dxa" w:w="508"/>
          </w:tcPr>
          <w:p>
            <w:pPr>
              <w:spacing w:after="20" w:before="20"/>
            </w:pPr>
            <w:r/>
            <w:r>
              <w:rPr>
                <w:rFonts w:ascii="Times New Roman" w:hAnsi="Times New Roman" w:eastAsia="宋体"/>
                <w:b w:val="0"/>
                <w:sz w:val="21"/>
              </w:rPr>
              <w:t>机器人正式1</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15</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080801</w:t>
            </w:r>
          </w:p>
        </w:tc>
        <w:tc>
          <w:tcPr>
            <w:tcW w:type="dxa" w:w="508"/>
          </w:tcPr>
          <w:p>
            <w:pPr>
              <w:spacing w:after="20" w:before="20"/>
            </w:pPr>
            <w:r/>
            <w:r>
              <w:rPr>
                <w:rFonts w:ascii="Times New Roman" w:hAnsi="Times New Roman" w:eastAsia="宋体"/>
                <w:b w:val="0"/>
                <w:sz w:val="21"/>
              </w:rPr>
              <w:t>机器人工程（机器人感知与控制方向）</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4.119</w:t>
            </w:r>
          </w:p>
        </w:tc>
        <w:tc>
          <w:tcPr>
            <w:tcW w:type="dxa" w:w="508"/>
          </w:tcPr>
          <w:p>
            <w:pPr>
              <w:spacing w:after="20" w:before="20"/>
            </w:pPr>
            <w:r/>
            <w:r>
              <w:rPr>
                <w:rFonts w:ascii="Times New Roman" w:hAnsi="Times New Roman" w:eastAsia="宋体"/>
                <w:b w:val="0"/>
                <w:sz w:val="21"/>
              </w:rPr>
              <w:t>4</w:t>
            </w:r>
          </w:p>
        </w:tc>
        <w:tc>
          <w:tcPr>
            <w:tcW w:type="dxa" w:w="508"/>
          </w:tcPr>
          <w:p>
            <w:pPr>
              <w:spacing w:after="20" w:before="20"/>
            </w:pPr>
            <w:r/>
            <w:r>
              <w:rPr>
                <w:rFonts w:ascii="Times New Roman" w:hAnsi="Times New Roman" w:eastAsia="宋体"/>
                <w:b w:val="0"/>
                <w:sz w:val="21"/>
              </w:rPr>
              <w:t>40</w:t>
            </w:r>
          </w:p>
        </w:tc>
        <w:tc>
          <w:tcPr>
            <w:tcW w:type="dxa" w:w="508"/>
          </w:tcPr>
          <w:p>
            <w:pPr>
              <w:spacing w:after="20" w:before="20"/>
            </w:pPr>
            <w:r/>
            <w:r>
              <w:rPr>
                <w:rFonts w:ascii="Times New Roman" w:hAnsi="Times New Roman" w:eastAsia="宋体"/>
                <w:b w:val="0"/>
                <w:sz w:val="21"/>
              </w:rPr>
              <w:t>3</w:t>
            </w:r>
          </w:p>
        </w:tc>
        <w:tc>
          <w:tcPr>
            <w:tcW w:type="dxa" w:w="508"/>
          </w:tcPr>
          <w:p>
            <w:pPr>
              <w:spacing w:after="20" w:before="20"/>
            </w:pPr>
            <w:r/>
            <w:r>
              <w:rPr>
                <w:rFonts w:ascii="Times New Roman" w:hAnsi="Times New Roman" w:eastAsia="宋体"/>
                <w:b w:val="0"/>
                <w:sz w:val="21"/>
              </w:rPr>
              <w:t>38</w:t>
            </w:r>
          </w:p>
        </w:tc>
        <w:tc>
          <w:tcPr>
            <w:tcW w:type="dxa" w:w="508"/>
          </w:tcPr>
          <w:p>
            <w:pPr>
              <w:spacing w:after="20" w:before="20"/>
            </w:pPr>
            <w:r/>
            <w:r>
              <w:rPr>
                <w:rFonts w:ascii="Times New Roman" w:hAnsi="Times New Roman" w:eastAsia="宋体"/>
                <w:b w:val="0"/>
                <w:sz w:val="21"/>
              </w:rPr>
              <w:t>3.954</w:t>
            </w:r>
          </w:p>
        </w:tc>
        <w:tc>
          <w:tcPr>
            <w:tcW w:type="dxa" w:w="508"/>
          </w:tcPr>
          <w:p>
            <w:pPr>
              <w:spacing w:after="20" w:before="20"/>
            </w:pPr>
            <w:r/>
            <w:r>
              <w:rPr>
                <w:rFonts w:ascii="Times New Roman" w:hAnsi="Times New Roman" w:eastAsia="宋体"/>
                <w:b w:val="0"/>
                <w:sz w:val="21"/>
              </w:rPr>
              <w:t>4</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施振超</w:t>
            </w:r>
          </w:p>
        </w:tc>
        <w:tc>
          <w:tcPr>
            <w:tcW w:type="dxa" w:w="508"/>
          </w:tcPr>
          <w:p>
            <w:pPr>
              <w:spacing w:after="20" w:before="20"/>
            </w:pPr>
            <w:r/>
            <w:r>
              <w:rPr>
                <w:rFonts w:ascii="Times New Roman" w:hAnsi="Times New Roman" w:eastAsia="宋体"/>
                <w:b w:val="0"/>
                <w:sz w:val="21"/>
              </w:rPr>
              <w:t>男</w:t>
            </w:r>
          </w:p>
        </w:tc>
        <w:tc>
          <w:tcPr>
            <w:tcW w:type="dxa" w:w="508"/>
          </w:tcPr>
          <w:p>
            <w:pPr>
              <w:spacing w:after="20" w:before="20"/>
            </w:pPr>
            <w:r/>
            <w:r>
              <w:rPr>
                <w:rFonts w:ascii="Times New Roman" w:hAnsi="Times New Roman" w:eastAsia="宋体"/>
                <w:b w:val="0"/>
                <w:sz w:val="21"/>
              </w:rPr>
              <w:t>机器人正式2</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16</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080801</w:t>
            </w:r>
          </w:p>
        </w:tc>
        <w:tc>
          <w:tcPr>
            <w:tcW w:type="dxa" w:w="508"/>
          </w:tcPr>
          <w:p>
            <w:pPr>
              <w:spacing w:after="20" w:before="20"/>
            </w:pPr>
            <w:r/>
            <w:r>
              <w:rPr>
                <w:rFonts w:ascii="Times New Roman" w:hAnsi="Times New Roman" w:eastAsia="宋体"/>
                <w:b w:val="0"/>
                <w:sz w:val="21"/>
              </w:rPr>
              <w:t>机器人工程（机器人感知与控制方向）</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3.543</w:t>
            </w:r>
          </w:p>
        </w:tc>
        <w:tc>
          <w:tcPr>
            <w:tcW w:type="dxa" w:w="508"/>
          </w:tcPr>
          <w:p>
            <w:pPr>
              <w:spacing w:after="20" w:before="20"/>
            </w:pPr>
            <w:r/>
            <w:r>
              <w:rPr>
                <w:rFonts w:ascii="Times New Roman" w:hAnsi="Times New Roman" w:eastAsia="宋体"/>
                <w:b w:val="0"/>
                <w:sz w:val="21"/>
              </w:rPr>
              <w:t>8</w:t>
            </w:r>
          </w:p>
        </w:tc>
        <w:tc>
          <w:tcPr>
            <w:tcW w:type="dxa" w:w="508"/>
          </w:tcPr>
          <w:p>
            <w:pPr>
              <w:spacing w:after="20" w:before="20"/>
            </w:pPr>
            <w:r/>
            <w:r>
              <w:rPr>
                <w:rFonts w:ascii="Times New Roman" w:hAnsi="Times New Roman" w:eastAsia="宋体"/>
                <w:b w:val="0"/>
                <w:sz w:val="21"/>
              </w:rPr>
              <w:t>40</w:t>
            </w:r>
          </w:p>
        </w:tc>
        <w:tc>
          <w:tcPr>
            <w:tcW w:type="dxa" w:w="508"/>
          </w:tcPr>
          <w:p>
            <w:pPr>
              <w:spacing w:after="20" w:before="20"/>
            </w:pPr>
            <w:r/>
            <w:r>
              <w:rPr>
                <w:rFonts w:ascii="Times New Roman" w:hAnsi="Times New Roman" w:eastAsia="宋体"/>
                <w:b w:val="0"/>
                <w:sz w:val="21"/>
              </w:rPr>
              <w:t>6</w:t>
            </w:r>
          </w:p>
        </w:tc>
        <w:tc>
          <w:tcPr>
            <w:tcW w:type="dxa" w:w="508"/>
          </w:tcPr>
          <w:p>
            <w:pPr>
              <w:spacing w:after="20" w:before="20"/>
            </w:pPr>
            <w:r/>
            <w:r>
              <w:rPr>
                <w:rFonts w:ascii="Times New Roman" w:hAnsi="Times New Roman" w:eastAsia="宋体"/>
                <w:b w:val="0"/>
                <w:sz w:val="21"/>
              </w:rPr>
              <w:t>38</w:t>
            </w:r>
          </w:p>
        </w:tc>
        <w:tc>
          <w:tcPr>
            <w:tcW w:type="dxa" w:w="508"/>
          </w:tcPr>
          <w:p>
            <w:pPr>
              <w:spacing w:after="20" w:before="20"/>
            </w:pPr>
            <w:r/>
            <w:r>
              <w:rPr>
                <w:rFonts w:ascii="Times New Roman" w:hAnsi="Times New Roman" w:eastAsia="宋体"/>
                <w:b w:val="0"/>
                <w:sz w:val="21"/>
              </w:rPr>
              <w:t>3.543</w:t>
            </w:r>
          </w:p>
        </w:tc>
        <w:tc>
          <w:tcPr>
            <w:tcW w:type="dxa" w:w="508"/>
          </w:tcPr>
          <w:p>
            <w:pPr>
              <w:spacing w:after="20" w:before="20"/>
            </w:pPr>
            <w:r/>
            <w:r>
              <w:rPr>
                <w:rFonts w:ascii="Times New Roman" w:hAnsi="Times New Roman" w:eastAsia="宋体"/>
                <w:b w:val="0"/>
                <w:sz w:val="21"/>
              </w:rPr>
              <w:t>7</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满紫晗</w:t>
            </w:r>
          </w:p>
        </w:tc>
        <w:tc>
          <w:tcPr>
            <w:tcW w:type="dxa" w:w="508"/>
          </w:tcPr>
          <w:p>
            <w:pPr>
              <w:spacing w:after="20" w:before="20"/>
            </w:pPr>
            <w:r/>
            <w:r>
              <w:rPr>
                <w:rFonts w:ascii="Times New Roman" w:hAnsi="Times New Roman" w:eastAsia="宋体"/>
                <w:b w:val="0"/>
                <w:sz w:val="21"/>
              </w:rPr>
              <w:t>女</w:t>
            </w:r>
          </w:p>
        </w:tc>
        <w:tc>
          <w:tcPr>
            <w:tcW w:type="dxa" w:w="508"/>
          </w:tcPr>
          <w:p>
            <w:pPr>
              <w:spacing w:after="20" w:before="20"/>
            </w:pPr>
            <w:r/>
            <w:r>
              <w:rPr>
                <w:rFonts w:ascii="Times New Roman" w:hAnsi="Times New Roman" w:eastAsia="宋体"/>
                <w:b w:val="0"/>
                <w:sz w:val="21"/>
              </w:rPr>
              <w:t>机器人正式3</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17</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080801</w:t>
            </w:r>
          </w:p>
        </w:tc>
        <w:tc>
          <w:tcPr>
            <w:tcW w:type="dxa" w:w="508"/>
          </w:tcPr>
          <w:p>
            <w:pPr>
              <w:spacing w:after="20" w:before="20"/>
            </w:pPr>
            <w:r/>
            <w:r>
              <w:rPr>
                <w:rFonts w:ascii="Times New Roman" w:hAnsi="Times New Roman" w:eastAsia="宋体"/>
                <w:b w:val="0"/>
                <w:sz w:val="21"/>
              </w:rPr>
              <w:t>机器人工程（机器人感知与控制方向）</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4.480</w:t>
            </w:r>
          </w:p>
        </w:tc>
        <w:tc>
          <w:tcPr>
            <w:tcW w:type="dxa" w:w="508"/>
          </w:tcPr>
          <w:p>
            <w:pPr>
              <w:spacing w:after="20" w:before="20"/>
            </w:pPr>
            <w:r/>
            <w:r>
              <w:rPr>
                <w:rFonts w:ascii="Times New Roman" w:hAnsi="Times New Roman" w:eastAsia="宋体"/>
                <w:b w:val="0"/>
                <w:sz w:val="21"/>
              </w:rPr>
              <w:t>1</w:t>
            </w:r>
          </w:p>
        </w:tc>
        <w:tc>
          <w:tcPr>
            <w:tcW w:type="dxa" w:w="508"/>
          </w:tcPr>
          <w:p>
            <w:pPr>
              <w:spacing w:after="20" w:before="20"/>
            </w:pPr>
            <w:r/>
            <w:r>
              <w:rPr>
                <w:rFonts w:ascii="Times New Roman" w:hAnsi="Times New Roman" w:eastAsia="宋体"/>
                <w:b w:val="0"/>
                <w:sz w:val="21"/>
              </w:rPr>
              <w:t>117</w:t>
            </w:r>
          </w:p>
        </w:tc>
        <w:tc>
          <w:tcPr>
            <w:tcW w:type="dxa" w:w="508"/>
          </w:tcPr>
          <w:p>
            <w:pPr>
              <w:spacing w:after="20" w:before="20"/>
            </w:pPr>
            <w:r/>
            <w:r>
              <w:rPr>
                <w:rFonts w:ascii="Times New Roman" w:hAnsi="Times New Roman" w:eastAsia="宋体"/>
                <w:b w:val="0"/>
                <w:sz w:val="21"/>
              </w:rPr>
              <w:t>1</w:t>
            </w:r>
          </w:p>
        </w:tc>
        <w:tc>
          <w:tcPr>
            <w:tcW w:type="dxa" w:w="508"/>
          </w:tcPr>
          <w:p>
            <w:pPr>
              <w:spacing w:after="20" w:before="20"/>
            </w:pPr>
            <w:r/>
            <w:r>
              <w:rPr>
                <w:rFonts w:ascii="Times New Roman" w:hAnsi="Times New Roman" w:eastAsia="宋体"/>
                <w:b w:val="0"/>
                <w:sz w:val="21"/>
              </w:rPr>
              <w:t>115</w:t>
            </w:r>
          </w:p>
        </w:tc>
        <w:tc>
          <w:tcPr>
            <w:tcW w:type="dxa" w:w="508"/>
          </w:tcPr>
          <w:p>
            <w:pPr>
              <w:spacing w:after="20" w:before="20"/>
            </w:pPr>
            <w:r/>
            <w:r>
              <w:rPr>
                <w:rFonts w:ascii="Times New Roman" w:hAnsi="Times New Roman" w:eastAsia="宋体"/>
                <w:b w:val="0"/>
                <w:sz w:val="21"/>
              </w:rPr>
              <w:t>4.180</w:t>
            </w:r>
          </w:p>
        </w:tc>
        <w:tc>
          <w:tcPr>
            <w:tcW w:type="dxa" w:w="508"/>
          </w:tcPr>
          <w:p>
            <w:pPr>
              <w:spacing w:after="20" w:before="20"/>
            </w:pPr>
            <w:r/>
            <w:r>
              <w:rPr>
                <w:rFonts w:ascii="Times New Roman" w:hAnsi="Times New Roman" w:eastAsia="宋体"/>
                <w:b w:val="0"/>
                <w:sz w:val="21"/>
              </w:rPr>
              <w:t>2</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吴啸龙</w:t>
            </w:r>
          </w:p>
        </w:tc>
        <w:tc>
          <w:tcPr>
            <w:tcW w:type="dxa" w:w="508"/>
          </w:tcPr>
          <w:p>
            <w:pPr>
              <w:spacing w:after="20" w:before="20"/>
            </w:pPr>
            <w:r/>
            <w:r>
              <w:rPr>
                <w:rFonts w:ascii="Times New Roman" w:hAnsi="Times New Roman" w:eastAsia="宋体"/>
                <w:b w:val="0"/>
                <w:sz w:val="21"/>
              </w:rPr>
              <w:t>男</w:t>
            </w:r>
          </w:p>
        </w:tc>
        <w:tc>
          <w:tcPr>
            <w:tcW w:type="dxa" w:w="508"/>
          </w:tcPr>
          <w:p>
            <w:pPr>
              <w:spacing w:after="20" w:before="20"/>
            </w:pPr>
            <w:r/>
            <w:r>
              <w:rPr>
                <w:rFonts w:ascii="Times New Roman" w:hAnsi="Times New Roman" w:eastAsia="宋体"/>
                <w:b w:val="0"/>
                <w:sz w:val="21"/>
              </w:rPr>
              <w:t>通信正式1</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18</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080703</w:t>
            </w:r>
          </w:p>
        </w:tc>
        <w:tc>
          <w:tcPr>
            <w:tcW w:type="dxa" w:w="508"/>
          </w:tcPr>
          <w:p>
            <w:pPr>
              <w:spacing w:after="20" w:before="20"/>
            </w:pPr>
            <w:r/>
            <w:r>
              <w:rPr>
                <w:rFonts w:ascii="Times New Roman" w:hAnsi="Times New Roman" w:eastAsia="宋体"/>
                <w:b w:val="0"/>
                <w:sz w:val="21"/>
              </w:rPr>
              <w:t>通信工程</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4.286</w:t>
            </w:r>
          </w:p>
        </w:tc>
        <w:tc>
          <w:tcPr>
            <w:tcW w:type="dxa" w:w="508"/>
          </w:tcPr>
          <w:p>
            <w:pPr>
              <w:spacing w:after="20" w:before="20"/>
            </w:pPr>
            <w:r/>
            <w:r>
              <w:rPr>
                <w:rFonts w:ascii="Times New Roman" w:hAnsi="Times New Roman" w:eastAsia="宋体"/>
                <w:b w:val="0"/>
                <w:sz w:val="21"/>
              </w:rPr>
              <w:t>2</w:t>
            </w:r>
          </w:p>
        </w:tc>
        <w:tc>
          <w:tcPr>
            <w:tcW w:type="dxa" w:w="508"/>
          </w:tcPr>
          <w:p>
            <w:pPr>
              <w:spacing w:after="20" w:before="20"/>
            </w:pPr>
            <w:r/>
            <w:r>
              <w:rPr>
                <w:rFonts w:ascii="Times New Roman" w:hAnsi="Times New Roman" w:eastAsia="宋体"/>
                <w:b w:val="0"/>
                <w:sz w:val="21"/>
              </w:rPr>
              <w:t>117</w:t>
            </w:r>
          </w:p>
        </w:tc>
        <w:tc>
          <w:tcPr>
            <w:tcW w:type="dxa" w:w="508"/>
          </w:tcPr>
          <w:p>
            <w:pPr>
              <w:spacing w:after="20" w:before="20"/>
            </w:pPr>
            <w:r/>
            <w:r>
              <w:rPr>
                <w:rFonts w:ascii="Times New Roman" w:hAnsi="Times New Roman" w:eastAsia="宋体"/>
                <w:b w:val="0"/>
                <w:sz w:val="21"/>
              </w:rPr>
              <w:t>2</w:t>
            </w:r>
          </w:p>
        </w:tc>
        <w:tc>
          <w:tcPr>
            <w:tcW w:type="dxa" w:w="508"/>
          </w:tcPr>
          <w:p>
            <w:pPr>
              <w:spacing w:after="20" w:before="20"/>
            </w:pPr>
            <w:r/>
            <w:r>
              <w:rPr>
                <w:rFonts w:ascii="Times New Roman" w:hAnsi="Times New Roman" w:eastAsia="宋体"/>
                <w:b w:val="0"/>
                <w:sz w:val="21"/>
              </w:rPr>
              <w:t>115</w:t>
            </w:r>
          </w:p>
        </w:tc>
        <w:tc>
          <w:tcPr>
            <w:tcW w:type="dxa" w:w="508"/>
          </w:tcPr>
          <w:p>
            <w:pPr>
              <w:spacing w:after="20" w:before="20"/>
            </w:pPr>
            <w:r/>
            <w:r>
              <w:rPr>
                <w:rFonts w:ascii="Times New Roman" w:hAnsi="Times New Roman" w:eastAsia="宋体"/>
                <w:b w:val="0"/>
                <w:sz w:val="21"/>
              </w:rPr>
              <w:t>3.876</w:t>
            </w:r>
          </w:p>
        </w:tc>
        <w:tc>
          <w:tcPr>
            <w:tcW w:type="dxa" w:w="508"/>
          </w:tcPr>
          <w:p>
            <w:pPr>
              <w:spacing w:after="20" w:before="20"/>
            </w:pPr>
            <w:r/>
            <w:r>
              <w:rPr>
                <w:rFonts w:ascii="Times New Roman" w:hAnsi="Times New Roman" w:eastAsia="宋体"/>
                <w:b w:val="0"/>
                <w:sz w:val="21"/>
              </w:rPr>
              <w:t>7</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何鑫洋</w:t>
            </w:r>
          </w:p>
        </w:tc>
        <w:tc>
          <w:tcPr>
            <w:tcW w:type="dxa" w:w="508"/>
          </w:tcPr>
          <w:p>
            <w:pPr>
              <w:spacing w:after="20" w:before="20"/>
            </w:pPr>
            <w:r/>
            <w:r>
              <w:rPr>
                <w:rFonts w:ascii="Times New Roman" w:hAnsi="Times New Roman" w:eastAsia="宋体"/>
                <w:b w:val="0"/>
                <w:sz w:val="21"/>
              </w:rPr>
              <w:t>男</w:t>
            </w:r>
          </w:p>
        </w:tc>
        <w:tc>
          <w:tcPr>
            <w:tcW w:type="dxa" w:w="508"/>
          </w:tcPr>
          <w:p>
            <w:pPr>
              <w:spacing w:after="20" w:before="20"/>
            </w:pPr>
            <w:r/>
            <w:r>
              <w:rPr>
                <w:rFonts w:ascii="Times New Roman" w:hAnsi="Times New Roman" w:eastAsia="宋体"/>
                <w:b w:val="0"/>
                <w:sz w:val="21"/>
              </w:rPr>
              <w:t>通信正式2</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19</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080703</w:t>
            </w:r>
          </w:p>
        </w:tc>
        <w:tc>
          <w:tcPr>
            <w:tcW w:type="dxa" w:w="508"/>
          </w:tcPr>
          <w:p>
            <w:pPr>
              <w:spacing w:after="20" w:before="20"/>
            </w:pPr>
            <w:r/>
            <w:r>
              <w:rPr>
                <w:rFonts w:ascii="Times New Roman" w:hAnsi="Times New Roman" w:eastAsia="宋体"/>
                <w:b w:val="0"/>
                <w:sz w:val="21"/>
              </w:rPr>
              <w:t>通信工程</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4.285</w:t>
            </w:r>
          </w:p>
        </w:tc>
        <w:tc>
          <w:tcPr>
            <w:tcW w:type="dxa" w:w="508"/>
          </w:tcPr>
          <w:p>
            <w:pPr>
              <w:spacing w:after="20" w:before="20"/>
            </w:pPr>
            <w:r/>
            <w:r>
              <w:rPr>
                <w:rFonts w:ascii="Times New Roman" w:hAnsi="Times New Roman" w:eastAsia="宋体"/>
                <w:b w:val="0"/>
                <w:sz w:val="21"/>
              </w:rPr>
              <w:t>3</w:t>
            </w:r>
          </w:p>
        </w:tc>
        <w:tc>
          <w:tcPr>
            <w:tcW w:type="dxa" w:w="508"/>
          </w:tcPr>
          <w:p>
            <w:pPr>
              <w:spacing w:after="20" w:before="20"/>
            </w:pPr>
            <w:r/>
            <w:r>
              <w:rPr>
                <w:rFonts w:ascii="Times New Roman" w:hAnsi="Times New Roman" w:eastAsia="宋体"/>
                <w:b w:val="0"/>
                <w:sz w:val="21"/>
              </w:rPr>
              <w:t>117</w:t>
            </w:r>
          </w:p>
        </w:tc>
        <w:tc>
          <w:tcPr>
            <w:tcW w:type="dxa" w:w="508"/>
          </w:tcPr>
          <w:p>
            <w:pPr>
              <w:spacing w:after="20" w:before="20"/>
            </w:pPr>
            <w:r/>
            <w:r>
              <w:rPr>
                <w:rFonts w:ascii="Times New Roman" w:hAnsi="Times New Roman" w:eastAsia="宋体"/>
                <w:b w:val="0"/>
                <w:sz w:val="21"/>
              </w:rPr>
              <w:t>3</w:t>
            </w:r>
          </w:p>
        </w:tc>
        <w:tc>
          <w:tcPr>
            <w:tcW w:type="dxa" w:w="508"/>
          </w:tcPr>
          <w:p>
            <w:pPr>
              <w:spacing w:after="20" w:before="20"/>
            </w:pPr>
            <w:r/>
            <w:r>
              <w:rPr>
                <w:rFonts w:ascii="Times New Roman" w:hAnsi="Times New Roman" w:eastAsia="宋体"/>
                <w:b w:val="0"/>
                <w:sz w:val="21"/>
              </w:rPr>
              <w:t>115</w:t>
            </w:r>
          </w:p>
        </w:tc>
        <w:tc>
          <w:tcPr>
            <w:tcW w:type="dxa" w:w="508"/>
          </w:tcPr>
          <w:p>
            <w:pPr>
              <w:spacing w:after="20" w:before="20"/>
            </w:pPr>
            <w:r/>
            <w:r>
              <w:rPr>
                <w:rFonts w:ascii="Times New Roman" w:hAnsi="Times New Roman" w:eastAsia="宋体"/>
                <w:b w:val="0"/>
                <w:sz w:val="21"/>
              </w:rPr>
              <w:t>4.205</w:t>
            </w:r>
          </w:p>
        </w:tc>
        <w:tc>
          <w:tcPr>
            <w:tcW w:type="dxa" w:w="508"/>
          </w:tcPr>
          <w:p>
            <w:pPr>
              <w:spacing w:after="20" w:before="20"/>
            </w:pPr>
            <w:r/>
            <w:r>
              <w:rPr>
                <w:rFonts w:ascii="Times New Roman" w:hAnsi="Times New Roman" w:eastAsia="宋体"/>
                <w:b w:val="0"/>
                <w:sz w:val="21"/>
              </w:rPr>
              <w:t>1</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金成盛</w:t>
            </w:r>
          </w:p>
        </w:tc>
        <w:tc>
          <w:tcPr>
            <w:tcW w:type="dxa" w:w="508"/>
          </w:tcPr>
          <w:p>
            <w:pPr>
              <w:spacing w:after="20" w:before="20"/>
            </w:pPr>
            <w:r/>
            <w:r>
              <w:rPr>
                <w:rFonts w:ascii="Times New Roman" w:hAnsi="Times New Roman" w:eastAsia="宋体"/>
                <w:b w:val="0"/>
                <w:sz w:val="21"/>
              </w:rPr>
              <w:t>男</w:t>
            </w:r>
          </w:p>
        </w:tc>
        <w:tc>
          <w:tcPr>
            <w:tcW w:type="dxa" w:w="508"/>
          </w:tcPr>
          <w:p>
            <w:pPr>
              <w:spacing w:after="20" w:before="20"/>
            </w:pPr>
            <w:r/>
            <w:r>
              <w:rPr>
                <w:rFonts w:ascii="Times New Roman" w:hAnsi="Times New Roman" w:eastAsia="宋体"/>
                <w:b w:val="0"/>
                <w:sz w:val="21"/>
              </w:rPr>
              <w:t>通信正式3</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20</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080703</w:t>
            </w:r>
          </w:p>
        </w:tc>
        <w:tc>
          <w:tcPr>
            <w:tcW w:type="dxa" w:w="508"/>
          </w:tcPr>
          <w:p>
            <w:pPr>
              <w:spacing w:after="20" w:before="20"/>
            </w:pPr>
            <w:r/>
            <w:r>
              <w:rPr>
                <w:rFonts w:ascii="Times New Roman" w:hAnsi="Times New Roman" w:eastAsia="宋体"/>
                <w:b w:val="0"/>
                <w:sz w:val="21"/>
              </w:rPr>
              <w:t>通信工程</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4.133</w:t>
            </w:r>
          </w:p>
        </w:tc>
        <w:tc>
          <w:tcPr>
            <w:tcW w:type="dxa" w:w="508"/>
          </w:tcPr>
          <w:p>
            <w:pPr>
              <w:spacing w:after="20" w:before="20"/>
            </w:pPr>
            <w:r/>
            <w:r>
              <w:rPr>
                <w:rFonts w:ascii="Times New Roman" w:hAnsi="Times New Roman" w:eastAsia="宋体"/>
                <w:b w:val="0"/>
                <w:sz w:val="21"/>
              </w:rPr>
              <w:t>7</w:t>
            </w:r>
          </w:p>
        </w:tc>
        <w:tc>
          <w:tcPr>
            <w:tcW w:type="dxa" w:w="508"/>
          </w:tcPr>
          <w:p>
            <w:pPr>
              <w:spacing w:after="20" w:before="20"/>
            </w:pPr>
            <w:r/>
            <w:r>
              <w:rPr>
                <w:rFonts w:ascii="Times New Roman" w:hAnsi="Times New Roman" w:eastAsia="宋体"/>
                <w:b w:val="0"/>
                <w:sz w:val="21"/>
              </w:rPr>
              <w:t>117</w:t>
            </w:r>
          </w:p>
        </w:tc>
        <w:tc>
          <w:tcPr>
            <w:tcW w:type="dxa" w:w="508"/>
          </w:tcPr>
          <w:p>
            <w:pPr>
              <w:spacing w:after="20" w:before="20"/>
            </w:pPr>
            <w:r/>
            <w:r>
              <w:rPr>
                <w:rFonts w:ascii="Times New Roman" w:hAnsi="Times New Roman" w:eastAsia="宋体"/>
                <w:b w:val="0"/>
                <w:sz w:val="21"/>
              </w:rPr>
              <w:t>7</w:t>
            </w:r>
          </w:p>
        </w:tc>
        <w:tc>
          <w:tcPr>
            <w:tcW w:type="dxa" w:w="508"/>
          </w:tcPr>
          <w:p>
            <w:pPr>
              <w:spacing w:after="20" w:before="20"/>
            </w:pPr>
            <w:r/>
            <w:r>
              <w:rPr>
                <w:rFonts w:ascii="Times New Roman" w:hAnsi="Times New Roman" w:eastAsia="宋体"/>
                <w:b w:val="0"/>
                <w:sz w:val="21"/>
              </w:rPr>
              <w:t>115</w:t>
            </w:r>
          </w:p>
        </w:tc>
        <w:tc>
          <w:tcPr>
            <w:tcW w:type="dxa" w:w="508"/>
          </w:tcPr>
          <w:p>
            <w:pPr>
              <w:spacing w:after="20" w:before="20"/>
            </w:pPr>
            <w:r/>
            <w:r>
              <w:rPr>
                <w:rFonts w:ascii="Times New Roman" w:hAnsi="Times New Roman" w:eastAsia="宋体"/>
                <w:b w:val="0"/>
                <w:sz w:val="21"/>
              </w:rPr>
              <w:t>3.653</w:t>
            </w:r>
          </w:p>
        </w:tc>
        <w:tc>
          <w:tcPr>
            <w:tcW w:type="dxa" w:w="508"/>
          </w:tcPr>
          <w:p>
            <w:pPr>
              <w:spacing w:after="20" w:before="20"/>
            </w:pPr>
            <w:r/>
            <w:r>
              <w:rPr>
                <w:rFonts w:ascii="Times New Roman" w:hAnsi="Times New Roman" w:eastAsia="宋体"/>
                <w:b w:val="0"/>
                <w:sz w:val="21"/>
              </w:rPr>
              <w:t>14</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许宋祺</w:t>
            </w:r>
          </w:p>
        </w:tc>
        <w:tc>
          <w:tcPr>
            <w:tcW w:type="dxa" w:w="508"/>
          </w:tcPr>
          <w:p>
            <w:pPr>
              <w:spacing w:after="20" w:before="20"/>
            </w:pPr>
            <w:r/>
            <w:r>
              <w:rPr>
                <w:rFonts w:ascii="Times New Roman" w:hAnsi="Times New Roman" w:eastAsia="宋体"/>
                <w:b w:val="0"/>
                <w:sz w:val="21"/>
              </w:rPr>
              <w:t>男</w:t>
            </w:r>
          </w:p>
        </w:tc>
        <w:tc>
          <w:tcPr>
            <w:tcW w:type="dxa" w:w="508"/>
          </w:tcPr>
          <w:p>
            <w:pPr>
              <w:spacing w:after="20" w:before="20"/>
            </w:pPr>
            <w:r/>
            <w:r>
              <w:rPr>
                <w:rFonts w:ascii="Times New Roman" w:hAnsi="Times New Roman" w:eastAsia="宋体"/>
                <w:b w:val="0"/>
                <w:sz w:val="21"/>
              </w:rPr>
              <w:t>通信正式4</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21</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080703</w:t>
            </w:r>
          </w:p>
        </w:tc>
        <w:tc>
          <w:tcPr>
            <w:tcW w:type="dxa" w:w="508"/>
          </w:tcPr>
          <w:p>
            <w:pPr>
              <w:spacing w:after="20" w:before="20"/>
            </w:pPr>
            <w:r/>
            <w:r>
              <w:rPr>
                <w:rFonts w:ascii="Times New Roman" w:hAnsi="Times New Roman" w:eastAsia="宋体"/>
                <w:b w:val="0"/>
                <w:sz w:val="21"/>
              </w:rPr>
              <w:t>通信工程</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4.129</w:t>
            </w:r>
          </w:p>
        </w:tc>
        <w:tc>
          <w:tcPr>
            <w:tcW w:type="dxa" w:w="508"/>
          </w:tcPr>
          <w:p>
            <w:pPr>
              <w:spacing w:after="20" w:before="20"/>
            </w:pPr>
            <w:r/>
            <w:r>
              <w:rPr>
                <w:rFonts w:ascii="Times New Roman" w:hAnsi="Times New Roman" w:eastAsia="宋体"/>
                <w:b w:val="0"/>
                <w:sz w:val="21"/>
              </w:rPr>
              <w:t>8</w:t>
            </w:r>
          </w:p>
        </w:tc>
        <w:tc>
          <w:tcPr>
            <w:tcW w:type="dxa" w:w="508"/>
          </w:tcPr>
          <w:p>
            <w:pPr>
              <w:spacing w:after="20" w:before="20"/>
            </w:pPr>
            <w:r/>
            <w:r>
              <w:rPr>
                <w:rFonts w:ascii="Times New Roman" w:hAnsi="Times New Roman" w:eastAsia="宋体"/>
                <w:b w:val="0"/>
                <w:sz w:val="21"/>
              </w:rPr>
              <w:t>117</w:t>
            </w:r>
          </w:p>
        </w:tc>
        <w:tc>
          <w:tcPr>
            <w:tcW w:type="dxa" w:w="508"/>
          </w:tcPr>
          <w:p>
            <w:pPr>
              <w:spacing w:after="20" w:before="20"/>
            </w:pPr>
            <w:r/>
            <w:r>
              <w:rPr>
                <w:rFonts w:ascii="Times New Roman" w:hAnsi="Times New Roman" w:eastAsia="宋体"/>
                <w:b w:val="0"/>
                <w:sz w:val="21"/>
              </w:rPr>
              <w:t>6</w:t>
            </w:r>
          </w:p>
        </w:tc>
        <w:tc>
          <w:tcPr>
            <w:tcW w:type="dxa" w:w="508"/>
          </w:tcPr>
          <w:p>
            <w:pPr>
              <w:spacing w:after="20" w:before="20"/>
            </w:pPr>
            <w:r/>
            <w:r>
              <w:rPr>
                <w:rFonts w:ascii="Times New Roman" w:hAnsi="Times New Roman" w:eastAsia="宋体"/>
                <w:b w:val="0"/>
                <w:sz w:val="21"/>
              </w:rPr>
              <w:t>115</w:t>
            </w:r>
          </w:p>
        </w:tc>
        <w:tc>
          <w:tcPr>
            <w:tcW w:type="dxa" w:w="508"/>
          </w:tcPr>
          <w:p>
            <w:pPr>
              <w:spacing w:after="20" w:before="20"/>
            </w:pPr>
            <w:r/>
            <w:r>
              <w:rPr>
                <w:rFonts w:ascii="Times New Roman" w:hAnsi="Times New Roman" w:eastAsia="宋体"/>
                <w:b w:val="0"/>
                <w:sz w:val="21"/>
              </w:rPr>
              <w:t>3.779</w:t>
            </w:r>
          </w:p>
        </w:tc>
        <w:tc>
          <w:tcPr>
            <w:tcW w:type="dxa" w:w="508"/>
          </w:tcPr>
          <w:p>
            <w:pPr>
              <w:spacing w:after="20" w:before="20"/>
            </w:pPr>
            <w:r/>
            <w:r>
              <w:rPr>
                <w:rFonts w:ascii="Times New Roman" w:hAnsi="Times New Roman" w:eastAsia="宋体"/>
                <w:b w:val="0"/>
                <w:sz w:val="21"/>
              </w:rPr>
              <w:t>10</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叶洋博</w:t>
            </w:r>
          </w:p>
        </w:tc>
        <w:tc>
          <w:tcPr>
            <w:tcW w:type="dxa" w:w="508"/>
          </w:tcPr>
          <w:p>
            <w:pPr>
              <w:spacing w:after="20" w:before="20"/>
            </w:pPr>
            <w:r/>
            <w:r>
              <w:rPr>
                <w:rFonts w:ascii="Times New Roman" w:hAnsi="Times New Roman" w:eastAsia="宋体"/>
                <w:b w:val="0"/>
                <w:sz w:val="21"/>
              </w:rPr>
              <w:t>男</w:t>
            </w:r>
          </w:p>
        </w:tc>
        <w:tc>
          <w:tcPr>
            <w:tcW w:type="dxa" w:w="508"/>
          </w:tcPr>
          <w:p>
            <w:pPr>
              <w:spacing w:after="20" w:before="20"/>
            </w:pPr>
            <w:r/>
            <w:r>
              <w:rPr>
                <w:rFonts w:ascii="Times New Roman" w:hAnsi="Times New Roman" w:eastAsia="宋体"/>
                <w:b w:val="0"/>
                <w:sz w:val="21"/>
              </w:rPr>
              <w:t>通信正式5</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22</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080703</w:t>
            </w:r>
          </w:p>
        </w:tc>
        <w:tc>
          <w:tcPr>
            <w:tcW w:type="dxa" w:w="508"/>
          </w:tcPr>
          <w:p>
            <w:pPr>
              <w:spacing w:after="20" w:before="20"/>
            </w:pPr>
            <w:r/>
            <w:r>
              <w:rPr>
                <w:rFonts w:ascii="Times New Roman" w:hAnsi="Times New Roman" w:eastAsia="宋体"/>
                <w:b w:val="0"/>
                <w:sz w:val="21"/>
              </w:rPr>
              <w:t>通信工程</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3.931</w:t>
            </w:r>
          </w:p>
        </w:tc>
        <w:tc>
          <w:tcPr>
            <w:tcW w:type="dxa" w:w="508"/>
          </w:tcPr>
          <w:p>
            <w:pPr>
              <w:spacing w:after="20" w:before="20"/>
            </w:pPr>
            <w:r/>
            <w:r>
              <w:rPr>
                <w:rFonts w:ascii="Times New Roman" w:hAnsi="Times New Roman" w:eastAsia="宋体"/>
                <w:b w:val="0"/>
                <w:sz w:val="21"/>
              </w:rPr>
              <w:t>9</w:t>
            </w:r>
          </w:p>
        </w:tc>
        <w:tc>
          <w:tcPr>
            <w:tcW w:type="dxa" w:w="508"/>
          </w:tcPr>
          <w:p>
            <w:pPr>
              <w:spacing w:after="20" w:before="20"/>
            </w:pPr>
            <w:r/>
            <w:r>
              <w:rPr>
                <w:rFonts w:ascii="Times New Roman" w:hAnsi="Times New Roman" w:eastAsia="宋体"/>
                <w:b w:val="0"/>
                <w:sz w:val="21"/>
              </w:rPr>
              <w:t>117</w:t>
            </w:r>
          </w:p>
        </w:tc>
        <w:tc>
          <w:tcPr>
            <w:tcW w:type="dxa" w:w="508"/>
          </w:tcPr>
          <w:p>
            <w:pPr>
              <w:spacing w:after="20" w:before="20"/>
            </w:pPr>
            <w:r/>
            <w:r>
              <w:rPr>
                <w:rFonts w:ascii="Times New Roman" w:hAnsi="Times New Roman" w:eastAsia="宋体"/>
                <w:b w:val="0"/>
                <w:sz w:val="21"/>
              </w:rPr>
              <w:t>7</w:t>
            </w:r>
          </w:p>
        </w:tc>
        <w:tc>
          <w:tcPr>
            <w:tcW w:type="dxa" w:w="508"/>
          </w:tcPr>
          <w:p>
            <w:pPr>
              <w:spacing w:after="20" w:before="20"/>
            </w:pPr>
            <w:r/>
            <w:r>
              <w:rPr>
                <w:rFonts w:ascii="Times New Roman" w:hAnsi="Times New Roman" w:eastAsia="宋体"/>
                <w:b w:val="0"/>
                <w:sz w:val="21"/>
              </w:rPr>
              <w:t>115</w:t>
            </w:r>
          </w:p>
        </w:tc>
        <w:tc>
          <w:tcPr>
            <w:tcW w:type="dxa" w:w="508"/>
          </w:tcPr>
          <w:p>
            <w:pPr>
              <w:spacing w:after="20" w:before="20"/>
            </w:pPr>
            <w:r/>
            <w:r>
              <w:rPr>
                <w:rFonts w:ascii="Times New Roman" w:hAnsi="Times New Roman" w:eastAsia="宋体"/>
                <w:b w:val="0"/>
                <w:sz w:val="21"/>
              </w:rPr>
              <w:t>3.931</w:t>
            </w:r>
          </w:p>
        </w:tc>
        <w:tc>
          <w:tcPr>
            <w:tcW w:type="dxa" w:w="508"/>
          </w:tcPr>
          <w:p>
            <w:pPr>
              <w:spacing w:after="20" w:before="20"/>
            </w:pPr>
            <w:r/>
            <w:r>
              <w:rPr>
                <w:rFonts w:ascii="Times New Roman" w:hAnsi="Times New Roman" w:eastAsia="宋体"/>
                <w:b w:val="0"/>
                <w:sz w:val="21"/>
              </w:rPr>
              <w:t>5</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王泽楷</w:t>
            </w:r>
          </w:p>
        </w:tc>
        <w:tc>
          <w:tcPr>
            <w:tcW w:type="dxa" w:w="508"/>
          </w:tcPr>
          <w:p>
            <w:pPr>
              <w:spacing w:after="20" w:before="20"/>
            </w:pPr>
            <w:r/>
            <w:r>
              <w:rPr>
                <w:rFonts w:ascii="Times New Roman" w:hAnsi="Times New Roman" w:eastAsia="宋体"/>
                <w:b w:val="0"/>
                <w:sz w:val="21"/>
              </w:rPr>
              <w:t>男</w:t>
            </w:r>
          </w:p>
        </w:tc>
        <w:tc>
          <w:tcPr>
            <w:tcW w:type="dxa" w:w="508"/>
          </w:tcPr>
          <w:p>
            <w:pPr>
              <w:spacing w:after="20" w:before="20"/>
            </w:pPr>
            <w:r/>
            <w:r>
              <w:rPr>
                <w:rFonts w:ascii="Times New Roman" w:hAnsi="Times New Roman" w:eastAsia="宋体"/>
                <w:b w:val="0"/>
                <w:sz w:val="21"/>
              </w:rPr>
              <w:t>通信正式6</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23</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080703</w:t>
            </w:r>
          </w:p>
        </w:tc>
        <w:tc>
          <w:tcPr>
            <w:tcW w:type="dxa" w:w="508"/>
          </w:tcPr>
          <w:p>
            <w:pPr>
              <w:spacing w:after="20" w:before="20"/>
            </w:pPr>
            <w:r/>
            <w:r>
              <w:rPr>
                <w:rFonts w:ascii="Times New Roman" w:hAnsi="Times New Roman" w:eastAsia="宋体"/>
                <w:b w:val="0"/>
                <w:sz w:val="21"/>
              </w:rPr>
              <w:t>通信工程</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3.878</w:t>
            </w:r>
          </w:p>
        </w:tc>
        <w:tc>
          <w:tcPr>
            <w:tcW w:type="dxa" w:w="508"/>
          </w:tcPr>
          <w:p>
            <w:pPr>
              <w:spacing w:after="20" w:before="20"/>
            </w:pPr>
            <w:r/>
            <w:r>
              <w:rPr>
                <w:rFonts w:ascii="Times New Roman" w:hAnsi="Times New Roman" w:eastAsia="宋体"/>
                <w:b w:val="0"/>
                <w:sz w:val="21"/>
              </w:rPr>
              <w:t>10</w:t>
            </w:r>
          </w:p>
        </w:tc>
        <w:tc>
          <w:tcPr>
            <w:tcW w:type="dxa" w:w="508"/>
          </w:tcPr>
          <w:p>
            <w:pPr>
              <w:spacing w:after="20" w:before="20"/>
            </w:pPr>
            <w:r/>
            <w:r>
              <w:rPr>
                <w:rFonts w:ascii="Times New Roman" w:hAnsi="Times New Roman" w:eastAsia="宋体"/>
                <w:b w:val="0"/>
                <w:sz w:val="21"/>
              </w:rPr>
              <w:t>117</w:t>
            </w:r>
          </w:p>
        </w:tc>
        <w:tc>
          <w:tcPr>
            <w:tcW w:type="dxa" w:w="508"/>
          </w:tcPr>
          <w:p>
            <w:pPr>
              <w:spacing w:after="20" w:before="20"/>
            </w:pPr>
            <w:r/>
            <w:r>
              <w:rPr>
                <w:rFonts w:ascii="Times New Roman" w:hAnsi="Times New Roman" w:eastAsia="宋体"/>
                <w:b w:val="0"/>
                <w:sz w:val="21"/>
              </w:rPr>
              <w:t>8</w:t>
            </w:r>
          </w:p>
        </w:tc>
        <w:tc>
          <w:tcPr>
            <w:tcW w:type="dxa" w:w="508"/>
          </w:tcPr>
          <w:p>
            <w:pPr>
              <w:spacing w:after="20" w:before="20"/>
            </w:pPr>
            <w:r/>
            <w:r>
              <w:rPr>
                <w:rFonts w:ascii="Times New Roman" w:hAnsi="Times New Roman" w:eastAsia="宋体"/>
                <w:b w:val="0"/>
                <w:sz w:val="21"/>
              </w:rPr>
              <w:t>115</w:t>
            </w:r>
          </w:p>
        </w:tc>
        <w:tc>
          <w:tcPr>
            <w:tcW w:type="dxa" w:w="508"/>
          </w:tcPr>
          <w:p>
            <w:pPr>
              <w:spacing w:after="20" w:before="20"/>
            </w:pPr>
            <w:r/>
            <w:r>
              <w:rPr>
                <w:rFonts w:ascii="Times New Roman" w:hAnsi="Times New Roman" w:eastAsia="宋体"/>
                <w:b w:val="0"/>
                <w:sz w:val="21"/>
              </w:rPr>
              <w:t>3.848</w:t>
            </w:r>
          </w:p>
        </w:tc>
        <w:tc>
          <w:tcPr>
            <w:tcW w:type="dxa" w:w="508"/>
          </w:tcPr>
          <w:p>
            <w:pPr>
              <w:spacing w:after="20" w:before="20"/>
            </w:pPr>
            <w:r/>
            <w:r>
              <w:rPr>
                <w:rFonts w:ascii="Times New Roman" w:hAnsi="Times New Roman" w:eastAsia="宋体"/>
                <w:b w:val="0"/>
                <w:sz w:val="21"/>
              </w:rPr>
              <w:t>9</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任鑫婷</w:t>
            </w:r>
          </w:p>
        </w:tc>
        <w:tc>
          <w:tcPr>
            <w:tcW w:type="dxa" w:w="508"/>
          </w:tcPr>
          <w:p>
            <w:pPr>
              <w:spacing w:after="20" w:before="20"/>
            </w:pPr>
            <w:r/>
            <w:r>
              <w:rPr>
                <w:rFonts w:ascii="Times New Roman" w:hAnsi="Times New Roman" w:eastAsia="宋体"/>
                <w:b w:val="0"/>
                <w:sz w:val="21"/>
              </w:rPr>
              <w:t>女</w:t>
            </w:r>
          </w:p>
        </w:tc>
        <w:tc>
          <w:tcPr>
            <w:tcW w:type="dxa" w:w="508"/>
          </w:tcPr>
          <w:p>
            <w:pPr>
              <w:spacing w:after="20" w:before="20"/>
            </w:pPr>
            <w:r/>
            <w:r>
              <w:rPr>
                <w:rFonts w:ascii="Times New Roman" w:hAnsi="Times New Roman" w:eastAsia="宋体"/>
                <w:b w:val="0"/>
                <w:sz w:val="21"/>
              </w:rPr>
              <w:t>通信正式7</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24</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080703</w:t>
            </w:r>
          </w:p>
        </w:tc>
        <w:tc>
          <w:tcPr>
            <w:tcW w:type="dxa" w:w="508"/>
          </w:tcPr>
          <w:p>
            <w:pPr>
              <w:spacing w:after="20" w:before="20"/>
            </w:pPr>
            <w:r/>
            <w:r>
              <w:rPr>
                <w:rFonts w:ascii="Times New Roman" w:hAnsi="Times New Roman" w:eastAsia="宋体"/>
                <w:b w:val="0"/>
                <w:sz w:val="21"/>
              </w:rPr>
              <w:t>通信工程</w:t>
            </w:r>
          </w:p>
        </w:tc>
      </w:tr>
      <w:tr>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3.872</w:t>
            </w:r>
          </w:p>
        </w:tc>
        <w:tc>
          <w:tcPr>
            <w:tcW w:type="dxa" w:w="508"/>
          </w:tcPr>
          <w:p>
            <w:pPr>
              <w:spacing w:after="20" w:before="20"/>
            </w:pPr>
            <w:r/>
            <w:r>
              <w:rPr>
                <w:rFonts w:ascii="Times New Roman" w:hAnsi="Times New Roman" w:eastAsia="宋体"/>
                <w:b w:val="0"/>
                <w:sz w:val="21"/>
              </w:rPr>
              <w:t>11</w:t>
            </w:r>
          </w:p>
        </w:tc>
        <w:tc>
          <w:tcPr>
            <w:tcW w:type="dxa" w:w="508"/>
          </w:tcPr>
          <w:p>
            <w:pPr>
              <w:spacing w:after="20" w:before="20"/>
            </w:pPr>
            <w:r/>
            <w:r>
              <w:rPr>
                <w:rFonts w:ascii="Times New Roman" w:hAnsi="Times New Roman" w:eastAsia="宋体"/>
                <w:b w:val="0"/>
                <w:sz w:val="21"/>
              </w:rPr>
              <w:t>117</w:t>
            </w:r>
          </w:p>
        </w:tc>
        <w:tc>
          <w:tcPr>
            <w:tcW w:type="dxa" w:w="508"/>
          </w:tcPr>
          <w:p>
            <w:pPr>
              <w:spacing w:after="20" w:before="20"/>
            </w:pPr>
            <w:r/>
            <w:r>
              <w:rPr>
                <w:rFonts w:ascii="Times New Roman" w:hAnsi="Times New Roman" w:eastAsia="宋体"/>
                <w:b w:val="0"/>
                <w:sz w:val="21"/>
              </w:rPr>
              <w:t>9</w:t>
            </w:r>
          </w:p>
        </w:tc>
        <w:tc>
          <w:tcPr>
            <w:tcW w:type="dxa" w:w="508"/>
          </w:tcPr>
          <w:p>
            <w:pPr>
              <w:spacing w:after="20" w:before="20"/>
            </w:pPr>
            <w:r/>
            <w:r>
              <w:rPr>
                <w:rFonts w:ascii="Times New Roman" w:hAnsi="Times New Roman" w:eastAsia="宋体"/>
                <w:b w:val="0"/>
                <w:sz w:val="21"/>
              </w:rPr>
              <w:t>115</w:t>
            </w:r>
          </w:p>
        </w:tc>
        <w:tc>
          <w:tcPr>
            <w:tcW w:type="dxa" w:w="508"/>
          </w:tcPr>
          <w:p>
            <w:pPr>
              <w:spacing w:after="20" w:before="20"/>
            </w:pPr>
            <w:r/>
            <w:r>
              <w:rPr>
                <w:rFonts w:ascii="Times New Roman" w:hAnsi="Times New Roman" w:eastAsia="宋体"/>
                <w:b w:val="0"/>
                <w:sz w:val="21"/>
              </w:rPr>
              <w:t>3.872</w:t>
            </w:r>
          </w:p>
        </w:tc>
        <w:tc>
          <w:tcPr>
            <w:tcW w:type="dxa" w:w="508"/>
          </w:tcPr>
          <w:p>
            <w:pPr>
              <w:spacing w:after="20" w:before="20"/>
            </w:pPr>
            <w:r/>
            <w:r>
              <w:rPr>
                <w:rFonts w:ascii="Times New Roman" w:hAnsi="Times New Roman" w:eastAsia="宋体"/>
                <w:b w:val="0"/>
                <w:sz w:val="21"/>
              </w:rPr>
              <w:t>8</w:t>
            </w:r>
          </w:p>
        </w:tc>
        <w:tc>
          <w:tcPr>
            <w:tcW w:type="dxa" w:w="508"/>
          </w:tcPr>
          <w:p>
            <w:pPr>
              <w:spacing w:after="20" w:before="20"/>
            </w:pPr>
            <w:r/>
            <w:r>
              <w:rPr>
                <w:rFonts w:ascii="Times New Roman" w:hAnsi="Times New Roman" w:eastAsia="宋体"/>
                <w:b w:val="0"/>
                <w:sz w:val="21"/>
              </w:rPr>
              <w:t>0</w:t>
            </w:r>
          </w:p>
        </w:tc>
        <w:tc>
          <w:tcPr>
            <w:tcW w:type="dxa" w:w="508"/>
          </w:tcPr>
          <w:p>
            <w:pPr>
              <w:spacing w:after="20" w:before="20"/>
            </w:pPr>
            <w:r/>
            <w:r>
              <w:rPr>
                <w:rFonts w:ascii="Times New Roman" w:hAnsi="Times New Roman" w:eastAsia="宋体"/>
                <w:b w:val="0"/>
                <w:sz w:val="21"/>
              </w:rPr>
              <w:t>王楠</w:t>
            </w:r>
          </w:p>
        </w:tc>
        <w:tc>
          <w:tcPr>
            <w:tcW w:type="dxa" w:w="508"/>
          </w:tcPr>
          <w:p>
            <w:pPr>
              <w:spacing w:after="20" w:before="20"/>
            </w:pPr>
            <w:r/>
            <w:r>
              <w:rPr>
                <w:rFonts w:ascii="Times New Roman" w:hAnsi="Times New Roman" w:eastAsia="宋体"/>
                <w:b w:val="0"/>
                <w:sz w:val="21"/>
              </w:rPr>
              <w:t>男</w:t>
            </w:r>
          </w:p>
        </w:tc>
        <w:tc>
          <w:tcPr>
            <w:tcW w:type="dxa" w:w="508"/>
          </w:tcPr>
          <w:p>
            <w:pPr>
              <w:spacing w:after="20" w:before="20"/>
            </w:pPr>
            <w:r/>
            <w:r>
              <w:rPr>
                <w:rFonts w:ascii="Times New Roman" w:hAnsi="Times New Roman" w:eastAsia="宋体"/>
                <w:b w:val="0"/>
                <w:sz w:val="21"/>
              </w:rPr>
              <w:t>通信正式8</w:t>
            </w:r>
          </w:p>
        </w:tc>
        <w:tc>
          <w:tcPr>
            <w:tcW w:type="dxa" w:w="508"/>
          </w:tcPr>
          <w:p>
            <w:pPr>
              <w:spacing w:after="20" w:before="20"/>
            </w:pPr>
            <w:r/>
            <w:r>
              <w:rPr>
                <w:rFonts w:ascii="Times New Roman" w:hAnsi="Times New Roman" w:eastAsia="宋体"/>
                <w:b w:val="0"/>
                <w:sz w:val="21"/>
              </w:rPr>
              <w:t>普通推免</w:t>
            </w:r>
          </w:p>
        </w:tc>
        <w:tc>
          <w:tcPr>
            <w:tcW w:type="dxa" w:w="508"/>
          </w:tcPr>
          <w:p>
            <w:pPr>
              <w:spacing w:after="20" w:before="20"/>
            </w:pPr>
            <w:r/>
            <w:r>
              <w:rPr>
                <w:rFonts w:ascii="Times New Roman" w:hAnsi="Times New Roman" w:eastAsia="宋体"/>
                <w:b w:val="0"/>
                <w:sz w:val="21"/>
              </w:rPr>
              <w:t>25</w:t>
            </w:r>
          </w:p>
        </w:tc>
        <w:tc>
          <w:tcPr>
            <w:tcW w:type="dxa" w:w="508"/>
          </w:tcPr>
          <w:p>
            <w:pPr>
              <w:spacing w:after="20" w:before="20"/>
            </w:pPr>
            <w:r/>
            <w:r>
              <w:rPr>
                <w:rFonts w:ascii="Times New Roman" w:hAnsi="Times New Roman" w:eastAsia="宋体"/>
                <w:b w:val="0"/>
                <w:sz w:val="21"/>
              </w:rPr>
              <w:t>信息工程学院</w:t>
            </w:r>
          </w:p>
        </w:tc>
        <w:tc>
          <w:tcPr>
            <w:tcW w:type="dxa" w:w="508"/>
          </w:tcPr>
          <w:p>
            <w:pPr>
              <w:spacing w:after="20" w:before="20"/>
            </w:pPr>
            <w:r/>
            <w:r>
              <w:rPr>
                <w:rFonts w:ascii="Times New Roman" w:hAnsi="Times New Roman" w:eastAsia="宋体"/>
                <w:b w:val="0"/>
                <w:sz w:val="21"/>
              </w:rPr>
              <w:t>080703</w:t>
            </w:r>
          </w:p>
        </w:tc>
        <w:tc>
          <w:tcPr>
            <w:tcW w:type="dxa" w:w="508"/>
          </w:tcPr>
          <w:p>
            <w:pPr>
              <w:spacing w:after="20" w:before="20"/>
            </w:pPr>
            <w:r/>
            <w:r>
              <w:rPr>
                <w:rFonts w:ascii="Times New Roman" w:hAnsi="Times New Roman" w:eastAsia="宋体"/>
                <w:b w:val="0"/>
                <w:sz w:val="21"/>
              </w:rPr>
              <w:t>通信工程</w:t>
            </w:r>
          </w:p>
        </w:tc>
      </w:tr>
      <w:tr>
        <w:tc>
          <w:tcPr>
            <w:tcW w:type="dxa" w:w="508"/>
          </w:tcPr>
          <w:p>
            <w:pPr>
              <w:spacing w:after="20" w:before="20"/>
            </w:pPr>
            <w:r/>
            <w:r>
              <w:rPr>
                <w:rFonts w:ascii="Times New Roman" w:hAnsi="Times New Roman" w:eastAsia="宋体"/>
                <w:b w:val="0"/>
                <w:sz w:val="21"/>
              </w:rPr>
              <w:t>普通</w:t>
            </w:r>
          </w:p>
        </w:tc>
        <w:tc>
          <w:tcPr>
            <w:tcW w:type="dxa" w:w="508"/>
          </w:tcPr>
          <w:p>
            <w:pPr>
              <w:spacing w:after="20" w:before="20"/>
            </w:pPr>
            <w:r/>
            <w:r>
              <w:rPr>
                <w:rFonts w:ascii="Times New Roman" w:hAnsi="Times New Roman" w:eastAsia="宋体"/>
                <w:b w:val="0"/>
                <w:sz w:val="21"/>
              </w:rPr>
            </w:r>
          </w:p>
        </w:tc>
        <w:tc>
          <w:tcPr>
            <w:tcW w:type="dxa" w:w="508"/>
          </w:tcPr>
          <w:p>
            <w:pPr>
              <w:spacing w:after="20" w:before="20"/>
            </w:pPr>
            <w:r/>
            <w:r>
              <w:rPr>
                <w:rFonts w:ascii="Times New Roman" w:hAnsi="Times New Roman" w:eastAsia="宋体"/>
                <w:b w:val="0"/>
                <w:sz w:val="21"/>
              </w:rPr>
            </w:r>
          </w:p>
        </w:tc>
        <w:tc>
          <w:tcPr>
            <w:tcW w:type="dxa" w:w="508"/>
          </w:tcPr>
          <w:p>
            <w:pPr>
              <w:spacing w:after="20" w:before="20"/>
            </w:pPr>
            <w:r/>
            <w:r>
              <w:rPr>
                <w:rFonts w:ascii="Times New Roman" w:hAnsi="Times New Roman" w:eastAsia="宋体"/>
                <w:b w:val="0"/>
                <w:sz w:val="21"/>
              </w:rPr>
            </w:r>
          </w:p>
        </w:tc>
        <w:tc>
          <w:tcPr>
            <w:tcW w:type="dxa" w:w="508"/>
          </w:tcPr>
          <w:p>
            <w:pPr>
              <w:spacing w:after="20" w:before="20"/>
            </w:pPr>
            <w:r/>
            <w:r>
              <w:rPr>
                <w:rFonts w:ascii="Times New Roman" w:hAnsi="Times New Roman" w:eastAsia="宋体"/>
                <w:b w:val="0"/>
                <w:sz w:val="21"/>
              </w:rPr>
            </w:r>
          </w:p>
        </w:tc>
        <w:tc>
          <w:tcPr>
            <w:tcW w:type="dxa" w:w="508"/>
          </w:tcPr>
          <w:p>
            <w:pPr>
              <w:spacing w:after="20" w:before="20"/>
            </w:pPr>
            <w:r/>
            <w:r>
              <w:rPr>
                <w:rFonts w:ascii="Times New Roman" w:hAnsi="Times New Roman" w:eastAsia="宋体"/>
                <w:b w:val="0"/>
                <w:sz w:val="21"/>
              </w:rPr>
            </w:r>
          </w:p>
        </w:tc>
        <w:tc>
          <w:tcPr>
            <w:tcW w:type="dxa" w:w="508"/>
          </w:tcPr>
          <w:p>
            <w:pPr>
              <w:spacing w:after="20" w:before="20"/>
            </w:pPr>
            <w:r/>
            <w:r>
              <w:rPr>
                <w:rFonts w:ascii="Times New Roman" w:hAnsi="Times New Roman" w:eastAsia="宋体"/>
                <w:b w:val="0"/>
                <w:sz w:val="21"/>
              </w:rPr>
            </w:r>
          </w:p>
        </w:tc>
        <w:tc>
          <w:tcPr>
            <w:tcW w:type="dxa" w:w="508"/>
          </w:tcPr>
          <w:p>
            <w:pPr>
              <w:spacing w:after="20" w:before="20"/>
            </w:pPr>
            <w:r/>
            <w:r>
              <w:rPr>
                <w:rFonts w:ascii="Times New Roman" w:hAnsi="Times New Roman" w:eastAsia="宋体"/>
                <w:b w:val="0"/>
                <w:sz w:val="21"/>
              </w:rPr>
            </w:r>
          </w:p>
        </w:tc>
        <w:tc>
          <w:tcPr>
            <w:tcW w:type="dxa" w:w="508"/>
          </w:tcPr>
          <w:p>
            <w:pPr>
              <w:spacing w:after="20" w:before="20"/>
            </w:pPr>
            <w:r/>
            <w:r>
              <w:rPr>
                <w:rFonts w:ascii="Times New Roman" w:hAnsi="Times New Roman" w:eastAsia="宋体"/>
                <w:b w:val="0"/>
                <w:sz w:val="21"/>
              </w:rPr>
            </w:r>
          </w:p>
        </w:tc>
        <w:tc>
          <w:tcPr>
            <w:tcW w:type="dxa" w:w="508"/>
          </w:tcPr>
          <w:p>
            <w:pPr>
              <w:spacing w:after="20" w:before="20"/>
            </w:pPr>
            <w:r/>
            <w:r>
              <w:rPr>
                <w:rFonts w:ascii="Times New Roman" w:hAnsi="Times New Roman" w:eastAsia="宋体"/>
                <w:b w:val="0"/>
                <w:sz w:val="21"/>
              </w:rPr>
            </w:r>
          </w:p>
        </w:tc>
        <w:tc>
          <w:tcPr>
            <w:tcW w:type="dxa" w:w="508"/>
          </w:tcPr>
          <w:p>
            <w:pPr>
              <w:spacing w:after="20" w:before="20"/>
            </w:pPr>
            <w:r/>
            <w:r>
              <w:rPr>
                <w:rFonts w:ascii="Times New Roman" w:hAnsi="Times New Roman" w:eastAsia="宋体"/>
                <w:b w:val="0"/>
                <w:sz w:val="21"/>
              </w:rPr>
            </w:r>
          </w:p>
        </w:tc>
        <w:tc>
          <w:tcPr>
            <w:tcW w:type="dxa" w:w="508"/>
          </w:tcPr>
          <w:p>
            <w:pPr>
              <w:spacing w:after="20" w:before="20"/>
            </w:pPr>
            <w:r/>
            <w:r>
              <w:rPr>
                <w:rFonts w:ascii="Times New Roman" w:hAnsi="Times New Roman" w:eastAsia="宋体"/>
                <w:b w:val="0"/>
                <w:sz w:val="21"/>
              </w:rPr>
            </w:r>
          </w:p>
        </w:tc>
        <w:tc>
          <w:tcPr>
            <w:tcW w:type="dxa" w:w="508"/>
          </w:tcPr>
          <w:p>
            <w:pPr>
              <w:spacing w:after="20" w:before="20"/>
            </w:pPr>
            <w:r/>
            <w:r>
              <w:rPr>
                <w:rFonts w:ascii="Times New Roman" w:hAnsi="Times New Roman" w:eastAsia="宋体"/>
                <w:b w:val="0"/>
                <w:sz w:val="21"/>
              </w:rPr>
            </w:r>
          </w:p>
        </w:tc>
        <w:tc>
          <w:tcPr>
            <w:tcW w:type="dxa" w:w="508"/>
          </w:tcPr>
          <w:p>
            <w:pPr>
              <w:spacing w:after="20" w:before="20"/>
            </w:pPr>
            <w:r/>
            <w:r>
              <w:rPr>
                <w:rFonts w:ascii="Times New Roman" w:hAnsi="Times New Roman" w:eastAsia="宋体"/>
                <w:b w:val="0"/>
                <w:sz w:val="21"/>
              </w:rPr>
            </w:r>
          </w:p>
        </w:tc>
        <w:tc>
          <w:tcPr>
            <w:tcW w:type="dxa" w:w="508"/>
          </w:tcPr>
          <w:p>
            <w:pPr>
              <w:spacing w:after="20" w:before="20"/>
            </w:pPr>
            <w:r/>
            <w:r>
              <w:rPr>
                <w:rFonts w:ascii="Times New Roman" w:hAnsi="Times New Roman" w:eastAsia="宋体"/>
                <w:b w:val="0"/>
                <w:sz w:val="21"/>
              </w:rPr>
            </w:r>
          </w:p>
        </w:tc>
        <w:tc>
          <w:tcPr>
            <w:tcW w:type="dxa" w:w="508"/>
          </w:tcPr>
          <w:p>
            <w:pPr>
              <w:spacing w:after="20" w:before="20"/>
            </w:pPr>
            <w:r/>
            <w:r>
              <w:rPr>
                <w:rFonts w:ascii="Times New Roman" w:hAnsi="Times New Roman" w:eastAsia="宋体"/>
                <w:b w:val="0"/>
                <w:sz w:val="21"/>
              </w:rPr>
            </w:r>
          </w:p>
        </w:tc>
        <w:tc>
          <w:tcPr>
            <w:tcW w:type="dxa" w:w="508"/>
          </w:tcPr>
          <w:p>
            <w:pPr>
              <w:spacing w:after="20" w:before="20"/>
            </w:pPr>
            <w:r/>
            <w:r>
              <w:rPr>
                <w:rFonts w:ascii="Times New Roman" w:hAnsi="Times New Roman" w:eastAsia="宋体"/>
                <w:b w:val="0"/>
                <w:sz w:val="21"/>
              </w:rPr>
            </w:r>
          </w:p>
        </w:tc>
      </w:tr>
    </w:tbl>
    <w:p>
      <w:pPr>
        <w:spacing w:after="80" w:lineRule="auto" w:line="360"/>
        <w:ind w:firstLine="482"/>
        <w:jc w:val="both"/>
      </w:pPr>
      <w:r>
        <w:rPr>
          <w:rFonts w:ascii="Times New Roman" w:hAnsi="Times New Roman" w:eastAsia="宋体"/>
          <w:b w:val="0"/>
          <w:sz w:val="24"/>
        </w:rPr>
        <w:t>本段为推免名单类信息，涉及信息工程学院相关专业学生的推荐类型、排名及平均绩点等明细，具体如下。</w:t>
      </w:r>
    </w:p>
    <w:p>
      <w:pPr>
        <w:spacing w:before="160" w:after="80" w:lineRule="auto" w:line="360"/>
        <w:jc w:val="left"/>
      </w:pPr>
      <w:r>
        <w:rPr>
          <w:rFonts w:ascii="Times New Roman" w:hAnsi="Times New Roman" w:eastAsia="宋体"/>
          <w:b/>
          <w:sz w:val="28"/>
        </w:rPr>
        <w:t>十、名单明细</w:t>
      </w:r>
    </w:p>
    <w:tbl>
      <w:tblPr>
        <w:tblStyle w:val="TableGrid"/>
        <w:tblW w:type="auto" w:w="0"/>
        <w:jc w:val="center"/>
        <w:tblLook w:firstColumn="1" w:firstRow="1" w:lastColumn="0" w:lastRow="0" w:noHBand="0" w:noVBand="1" w:val="04A0"/>
      </w:tblPr>
      <w:tblGrid>
        <w:gridCol w:w="664"/>
        <w:gridCol w:w="664"/>
        <w:gridCol w:w="664"/>
        <w:gridCol w:w="664"/>
        <w:gridCol w:w="664"/>
        <w:gridCol w:w="664"/>
        <w:gridCol w:w="664"/>
        <w:gridCol w:w="664"/>
        <w:gridCol w:w="664"/>
        <w:gridCol w:w="664"/>
        <w:gridCol w:w="664"/>
        <w:gridCol w:w="664"/>
        <w:gridCol w:w="664"/>
      </w:tblGrid>
      <w:tr>
        <w:tc>
          <w:tcPr>
            <w:tcW w:type="dxa" w:w="664"/>
          </w:tcPr>
          <w:p>
            <w:pPr>
              <w:spacing w:after="20" w:before="20"/>
            </w:pPr>
            <w:r/>
            <w:r>
              <w:rPr>
                <w:rFonts w:ascii="Times New Roman" w:hAnsi="Times New Roman" w:eastAsia="宋体"/>
                <w:b/>
                <w:sz w:val="21"/>
              </w:rPr>
              <w:t>院系所名称</w:t>
            </w:r>
          </w:p>
        </w:tc>
        <w:tc>
          <w:tcPr>
            <w:tcW w:type="dxa" w:w="664"/>
          </w:tcPr>
          <w:p>
            <w:pPr>
              <w:spacing w:after="20" w:before="20"/>
            </w:pPr>
            <w:r/>
            <w:r>
              <w:rPr>
                <w:rFonts w:ascii="Times New Roman" w:hAnsi="Times New Roman" w:eastAsia="宋体"/>
                <w:b/>
                <w:sz w:val="21"/>
              </w:rPr>
              <w:t>专业代码</w:t>
            </w:r>
          </w:p>
        </w:tc>
        <w:tc>
          <w:tcPr>
            <w:tcW w:type="dxa" w:w="664"/>
          </w:tcPr>
          <w:p>
            <w:pPr>
              <w:spacing w:after="20" w:before="20"/>
            </w:pPr>
            <w:r/>
            <w:r>
              <w:rPr>
                <w:rFonts w:ascii="Times New Roman" w:hAnsi="Times New Roman" w:eastAsia="宋体"/>
                <w:b/>
                <w:sz w:val="21"/>
              </w:rPr>
              <w:t>专业名称</w:t>
            </w:r>
          </w:p>
        </w:tc>
        <w:tc>
          <w:tcPr>
            <w:tcW w:type="dxa" w:w="664"/>
          </w:tcPr>
          <w:p>
            <w:pPr>
              <w:spacing w:after="20" w:before="20"/>
            </w:pPr>
            <w:r/>
            <w:r>
              <w:rPr>
                <w:rFonts w:ascii="Times New Roman" w:hAnsi="Times New Roman" w:eastAsia="宋体"/>
                <w:b/>
                <w:sz w:val="21"/>
              </w:rPr>
              <w:t>姓名</w:t>
            </w:r>
          </w:p>
        </w:tc>
        <w:tc>
          <w:tcPr>
            <w:tcW w:type="dxa" w:w="664"/>
          </w:tcPr>
          <w:p>
            <w:pPr>
              <w:spacing w:after="20" w:before="20"/>
            </w:pPr>
            <w:r/>
            <w:r>
              <w:rPr>
                <w:rFonts w:ascii="Times New Roman" w:hAnsi="Times New Roman" w:eastAsia="宋体"/>
                <w:b/>
                <w:sz w:val="21"/>
              </w:rPr>
              <w:t>性别</w:t>
            </w:r>
          </w:p>
        </w:tc>
        <w:tc>
          <w:tcPr>
            <w:tcW w:type="dxa" w:w="664"/>
          </w:tcPr>
          <w:p>
            <w:pPr>
              <w:spacing w:after="20" w:before="20"/>
            </w:pPr>
            <w:r/>
            <w:r>
              <w:rPr>
                <w:rFonts w:ascii="Times New Roman" w:hAnsi="Times New Roman" w:eastAsia="宋体"/>
                <w:b/>
                <w:sz w:val="21"/>
              </w:rPr>
              <w:t>推荐类型</w:t>
            </w:r>
          </w:p>
        </w:tc>
        <w:tc>
          <w:tcPr>
            <w:tcW w:type="dxa" w:w="664"/>
          </w:tcPr>
          <w:p>
            <w:pPr>
              <w:spacing w:after="20" w:before="20"/>
            </w:pPr>
            <w:r/>
            <w:r>
              <w:rPr>
                <w:rFonts w:ascii="Times New Roman" w:hAnsi="Times New Roman" w:eastAsia="宋体"/>
                <w:b/>
                <w:sz w:val="21"/>
              </w:rPr>
              <w:t>名次（含健行荣誉生人数的排名）</w:t>
            </w:r>
          </w:p>
        </w:tc>
        <w:tc>
          <w:tcPr>
            <w:tcW w:type="dxa" w:w="664"/>
          </w:tcPr>
          <w:p>
            <w:pPr>
              <w:spacing w:after="20" w:before="20"/>
            </w:pPr>
            <w:r/>
            <w:r>
              <w:rPr>
                <w:rFonts w:ascii="Times New Roman" w:hAnsi="Times New Roman" w:eastAsia="宋体"/>
                <w:b/>
                <w:sz w:val="21"/>
              </w:rPr>
              <w:t>名次（含健行荣誉生人数的排名）</w:t>
            </w:r>
          </w:p>
        </w:tc>
        <w:tc>
          <w:tcPr>
            <w:tcW w:type="dxa" w:w="664"/>
          </w:tcPr>
          <w:p>
            <w:pPr>
              <w:spacing w:after="20" w:before="20"/>
            </w:pPr>
            <w:r/>
            <w:r>
              <w:rPr>
                <w:rFonts w:ascii="Times New Roman" w:hAnsi="Times New Roman" w:eastAsia="宋体"/>
                <w:b/>
                <w:sz w:val="21"/>
              </w:rPr>
              <w:t>人数（不含健行荣誉生）</w:t>
            </w:r>
          </w:p>
        </w:tc>
        <w:tc>
          <w:tcPr>
            <w:tcW w:type="dxa" w:w="664"/>
          </w:tcPr>
          <w:p>
            <w:pPr>
              <w:spacing w:after="20" w:before="20"/>
            </w:pPr>
            <w:r/>
            <w:r>
              <w:rPr>
                <w:rFonts w:ascii="Times New Roman" w:hAnsi="Times New Roman" w:eastAsia="宋体"/>
                <w:b/>
                <w:sz w:val="21"/>
              </w:rPr>
              <w:t>平均绩点GPA</w:t>
            </w:r>
          </w:p>
        </w:tc>
        <w:tc>
          <w:tcPr>
            <w:tcW w:type="dxa" w:w="664"/>
          </w:tcPr>
          <w:p>
            <w:pPr>
              <w:spacing w:after="20" w:before="20"/>
            </w:pPr>
            <w:r/>
            <w:r>
              <w:rPr>
                <w:rFonts w:ascii="Times New Roman" w:hAnsi="Times New Roman" w:eastAsia="宋体"/>
                <w:b/>
                <w:sz w:val="21"/>
              </w:rPr>
              <w:t>平均绩点人数（不含健行荣誉生）</w:t>
            </w:r>
          </w:p>
        </w:tc>
        <w:tc>
          <w:tcPr>
            <w:tcW w:type="dxa" w:w="664"/>
          </w:tcPr>
          <w:p>
            <w:pPr>
              <w:spacing w:after="20" w:before="20"/>
            </w:pPr>
            <w:r/>
            <w:r>
              <w:rPr>
                <w:rFonts w:ascii="Times New Roman" w:hAnsi="Times New Roman" w:eastAsia="宋体"/>
                <w:b/>
                <w:sz w:val="21"/>
              </w:rPr>
              <w:t>平均绩点GPA</w:t>
            </w:r>
          </w:p>
        </w:tc>
        <w:tc>
          <w:tcPr>
            <w:tcW w:type="dxa" w:w="664"/>
          </w:tcPr>
          <w:p>
            <w:pPr>
              <w:spacing w:after="20" w:before="20"/>
            </w:pPr>
            <w:r/>
            <w:r>
              <w:rPr>
                <w:rFonts w:ascii="Times New Roman" w:hAnsi="Times New Roman" w:eastAsia="宋体"/>
                <w:b/>
                <w:sz w:val="21"/>
              </w:rPr>
              <w:t>平均绩点</w:t>
            </w:r>
          </w:p>
        </w:tc>
      </w:tr>
      <w:tr>
        <w:tc>
          <w:tcPr>
            <w:tcW w:type="dxa" w:w="664"/>
          </w:tcPr>
          <w:p>
            <w:pPr>
              <w:spacing w:after="20" w:before="20"/>
            </w:pPr>
            <w:r/>
            <w:r>
              <w:rPr>
                <w:rFonts w:ascii="Times New Roman" w:hAnsi="Times New Roman" w:eastAsia="宋体"/>
                <w:b w:val="0"/>
                <w:sz w:val="21"/>
              </w:rPr>
              <w:t>信息工程学院</w:t>
            </w:r>
          </w:p>
        </w:tc>
        <w:tc>
          <w:tcPr>
            <w:tcW w:type="dxa" w:w="664"/>
          </w:tcPr>
          <w:p>
            <w:pPr>
              <w:spacing w:after="20" w:before="20"/>
            </w:pPr>
            <w:r/>
            <w:r>
              <w:rPr>
                <w:rFonts w:ascii="Times New Roman" w:hAnsi="Times New Roman" w:eastAsia="宋体"/>
                <w:b w:val="0"/>
                <w:sz w:val="21"/>
              </w:rPr>
              <w:t>080907</w:t>
            </w:r>
          </w:p>
        </w:tc>
        <w:tc>
          <w:tcPr>
            <w:tcW w:type="dxa" w:w="664"/>
          </w:tcPr>
          <w:p>
            <w:pPr>
              <w:spacing w:after="20" w:before="20"/>
            </w:pPr>
            <w:r/>
            <w:r>
              <w:rPr>
                <w:rFonts w:ascii="Times New Roman" w:hAnsi="Times New Roman" w:eastAsia="宋体"/>
                <w:b w:val="0"/>
                <w:sz w:val="21"/>
              </w:rPr>
              <w:t>智能科学与技术</w:t>
            </w:r>
          </w:p>
        </w:tc>
        <w:tc>
          <w:tcPr>
            <w:tcW w:type="dxa" w:w="664"/>
          </w:tcPr>
          <w:p>
            <w:pPr>
              <w:spacing w:after="20" w:before="20"/>
            </w:pPr>
            <w:r/>
            <w:r>
              <w:rPr>
                <w:rFonts w:ascii="Times New Roman" w:hAnsi="Times New Roman" w:eastAsia="宋体"/>
                <w:b w:val="0"/>
                <w:sz w:val="21"/>
              </w:rPr>
              <w:t>蔡剑龙</w:t>
            </w:r>
          </w:p>
        </w:tc>
        <w:tc>
          <w:tcPr>
            <w:tcW w:type="dxa" w:w="664"/>
          </w:tcPr>
          <w:p>
            <w:pPr>
              <w:spacing w:after="20" w:before="20"/>
            </w:pPr>
            <w:r/>
            <w:r>
              <w:rPr>
                <w:rFonts w:ascii="Times New Roman" w:hAnsi="Times New Roman" w:eastAsia="宋体"/>
                <w:b w:val="0"/>
                <w:sz w:val="21"/>
              </w:rPr>
              <w:t>男</w:t>
            </w:r>
          </w:p>
        </w:tc>
        <w:tc>
          <w:tcPr>
            <w:tcW w:type="dxa" w:w="664"/>
          </w:tcPr>
          <w:p>
            <w:pPr>
              <w:spacing w:after="20" w:before="20"/>
            </w:pPr>
            <w:r/>
            <w:r>
              <w:rPr>
                <w:rFonts w:ascii="Times New Roman" w:hAnsi="Times New Roman" w:eastAsia="宋体"/>
                <w:b w:val="0"/>
                <w:sz w:val="21"/>
              </w:rPr>
              <w:t>0</w:t>
            </w:r>
          </w:p>
        </w:tc>
        <w:tc>
          <w:tcPr>
            <w:tcW w:type="dxa" w:w="664"/>
          </w:tcPr>
          <w:p>
            <w:pPr>
              <w:spacing w:after="20" w:before="20"/>
            </w:pPr>
            <w:r/>
            <w:r>
              <w:rPr>
                <w:rFonts w:ascii="Times New Roman" w:hAnsi="Times New Roman" w:eastAsia="宋体"/>
                <w:b w:val="0"/>
                <w:sz w:val="21"/>
              </w:rPr>
              <w:t>3</w:t>
            </w:r>
          </w:p>
        </w:tc>
        <w:tc>
          <w:tcPr>
            <w:tcW w:type="dxa" w:w="664"/>
          </w:tcPr>
          <w:p>
            <w:pPr>
              <w:spacing w:after="20" w:before="20"/>
            </w:pPr>
            <w:r/>
            <w:r>
              <w:rPr>
                <w:rFonts w:ascii="Times New Roman" w:hAnsi="Times New Roman" w:eastAsia="宋体"/>
                <w:b w:val="0"/>
                <w:sz w:val="21"/>
              </w:rPr>
              <w:t>3.743</w:t>
            </w:r>
          </w:p>
        </w:tc>
        <w:tc>
          <w:tcPr>
            <w:tcW w:type="dxa" w:w="664"/>
          </w:tcPr>
          <w:p>
            <w:pPr>
              <w:spacing w:after="20" w:before="20"/>
            </w:pPr>
            <w:r/>
            <w:r>
              <w:rPr>
                <w:rFonts w:ascii="Times New Roman" w:hAnsi="Times New Roman" w:eastAsia="宋体"/>
                <w:b w:val="0"/>
                <w:sz w:val="21"/>
              </w:rPr>
              <w:t>11</w:t>
            </w:r>
          </w:p>
        </w:tc>
        <w:tc>
          <w:tcPr>
            <w:tcW w:type="dxa" w:w="664"/>
          </w:tcPr>
          <w:p>
            <w:pPr>
              <w:spacing w:after="20" w:before="20"/>
            </w:pPr>
            <w:r/>
            <w:r>
              <w:rPr>
                <w:rFonts w:ascii="Times New Roman" w:hAnsi="Times New Roman" w:eastAsia="宋体"/>
                <w:b w:val="0"/>
                <w:sz w:val="21"/>
              </w:rPr>
              <w:t>49</w:t>
            </w:r>
          </w:p>
        </w:tc>
        <w:tc>
          <w:tcPr>
            <w:tcW w:type="dxa" w:w="664"/>
          </w:tcPr>
          <w:p>
            <w:pPr>
              <w:spacing w:after="20" w:before="20"/>
            </w:pPr>
            <w:r/>
            <w:r>
              <w:rPr>
                <w:rFonts w:ascii="Times New Roman" w:hAnsi="Times New Roman" w:eastAsia="宋体"/>
                <w:b w:val="0"/>
                <w:sz w:val="21"/>
              </w:rPr>
              <w:t>10</w:t>
            </w:r>
          </w:p>
        </w:tc>
        <w:tc>
          <w:tcPr>
            <w:tcW w:type="dxa" w:w="664"/>
          </w:tcPr>
          <w:p>
            <w:pPr>
              <w:spacing w:after="20" w:before="20"/>
            </w:pPr>
            <w:r/>
            <w:r>
              <w:rPr>
                <w:rFonts w:ascii="Times New Roman" w:hAnsi="Times New Roman" w:eastAsia="宋体"/>
                <w:b w:val="0"/>
                <w:sz w:val="21"/>
              </w:rPr>
              <w:t>47</w:t>
            </w:r>
          </w:p>
        </w:tc>
        <w:tc>
          <w:tcPr>
            <w:tcW w:type="dxa" w:w="664"/>
          </w:tcPr>
          <w:p>
            <w:pPr>
              <w:spacing w:after="20" w:before="20"/>
            </w:pPr>
            <w:r/>
            <w:r>
              <w:rPr>
                <w:rFonts w:ascii="Times New Roman" w:hAnsi="Times New Roman" w:eastAsia="宋体"/>
                <w:b w:val="0"/>
                <w:sz w:val="21"/>
              </w:rPr>
            </w:r>
          </w:p>
        </w:tc>
      </w:tr>
      <w:tr>
        <w:tc>
          <w:tcPr>
            <w:tcW w:type="dxa" w:w="664"/>
          </w:tcPr>
          <w:p>
            <w:pPr>
              <w:spacing w:after="20" w:before="20"/>
            </w:pPr>
            <w:r/>
            <w:r>
              <w:rPr>
                <w:rFonts w:ascii="Times New Roman" w:hAnsi="Times New Roman" w:eastAsia="宋体"/>
                <w:b w:val="0"/>
                <w:sz w:val="21"/>
              </w:rPr>
              <w:t>信息工程学院</w:t>
            </w:r>
          </w:p>
        </w:tc>
        <w:tc>
          <w:tcPr>
            <w:tcW w:type="dxa" w:w="664"/>
          </w:tcPr>
          <w:p>
            <w:pPr>
              <w:spacing w:after="20" w:before="20"/>
            </w:pPr>
            <w:r/>
            <w:r>
              <w:rPr>
                <w:rFonts w:ascii="Times New Roman" w:hAnsi="Times New Roman" w:eastAsia="宋体"/>
                <w:b w:val="0"/>
                <w:sz w:val="21"/>
              </w:rPr>
              <w:t>080907</w:t>
            </w:r>
          </w:p>
        </w:tc>
        <w:tc>
          <w:tcPr>
            <w:tcW w:type="dxa" w:w="664"/>
          </w:tcPr>
          <w:p>
            <w:pPr>
              <w:spacing w:after="20" w:before="20"/>
            </w:pPr>
            <w:r/>
            <w:r>
              <w:rPr>
                <w:rFonts w:ascii="Times New Roman" w:hAnsi="Times New Roman" w:eastAsia="宋体"/>
                <w:b w:val="0"/>
                <w:sz w:val="21"/>
              </w:rPr>
              <w:t>智能科学与技术</w:t>
            </w:r>
          </w:p>
        </w:tc>
        <w:tc>
          <w:tcPr>
            <w:tcW w:type="dxa" w:w="664"/>
          </w:tcPr>
          <w:p>
            <w:pPr>
              <w:spacing w:after="20" w:before="20"/>
            </w:pPr>
            <w:r/>
            <w:r>
              <w:rPr>
                <w:rFonts w:ascii="Times New Roman" w:hAnsi="Times New Roman" w:eastAsia="宋体"/>
                <w:b w:val="0"/>
                <w:sz w:val="21"/>
              </w:rPr>
              <w:t>洪嘉浩</w:t>
            </w:r>
          </w:p>
        </w:tc>
        <w:tc>
          <w:tcPr>
            <w:tcW w:type="dxa" w:w="664"/>
          </w:tcPr>
          <w:p>
            <w:pPr>
              <w:spacing w:after="20" w:before="20"/>
            </w:pPr>
            <w:r/>
            <w:r>
              <w:rPr>
                <w:rFonts w:ascii="Times New Roman" w:hAnsi="Times New Roman" w:eastAsia="宋体"/>
                <w:b w:val="0"/>
                <w:sz w:val="21"/>
              </w:rPr>
              <w:t>男</w:t>
            </w:r>
          </w:p>
        </w:tc>
        <w:tc>
          <w:tcPr>
            <w:tcW w:type="dxa" w:w="664"/>
          </w:tcPr>
          <w:p>
            <w:pPr>
              <w:spacing w:after="20" w:before="20"/>
            </w:pPr>
            <w:r/>
            <w:r>
              <w:rPr>
                <w:rFonts w:ascii="Times New Roman" w:hAnsi="Times New Roman" w:eastAsia="宋体"/>
                <w:b w:val="0"/>
                <w:sz w:val="21"/>
              </w:rPr>
              <w:t>0</w:t>
            </w:r>
          </w:p>
        </w:tc>
        <w:tc>
          <w:tcPr>
            <w:tcW w:type="dxa" w:w="664"/>
          </w:tcPr>
          <w:p>
            <w:pPr>
              <w:spacing w:after="20" w:before="20"/>
            </w:pPr>
            <w:r/>
            <w:r>
              <w:rPr>
                <w:rFonts w:ascii="Times New Roman" w:hAnsi="Times New Roman" w:eastAsia="宋体"/>
                <w:b w:val="0"/>
                <w:sz w:val="21"/>
              </w:rPr>
              <w:t>3</w:t>
            </w:r>
          </w:p>
        </w:tc>
        <w:tc>
          <w:tcPr>
            <w:tcW w:type="dxa" w:w="664"/>
          </w:tcPr>
          <w:p>
            <w:pPr>
              <w:spacing w:after="20" w:before="20"/>
            </w:pPr>
            <w:r/>
            <w:r>
              <w:rPr>
                <w:rFonts w:ascii="Times New Roman" w:hAnsi="Times New Roman" w:eastAsia="宋体"/>
                <w:b w:val="0"/>
                <w:sz w:val="21"/>
              </w:rPr>
              <w:t>3.708</w:t>
            </w:r>
          </w:p>
        </w:tc>
        <w:tc>
          <w:tcPr>
            <w:tcW w:type="dxa" w:w="664"/>
          </w:tcPr>
          <w:p>
            <w:pPr>
              <w:spacing w:after="20" w:before="20"/>
            </w:pPr>
            <w:r/>
            <w:r>
              <w:rPr>
                <w:rFonts w:ascii="Times New Roman" w:hAnsi="Times New Roman" w:eastAsia="宋体"/>
                <w:b w:val="0"/>
                <w:sz w:val="21"/>
              </w:rPr>
              <w:t>12</w:t>
            </w:r>
          </w:p>
        </w:tc>
        <w:tc>
          <w:tcPr>
            <w:tcW w:type="dxa" w:w="664"/>
          </w:tcPr>
          <w:p>
            <w:pPr>
              <w:spacing w:after="20" w:before="20"/>
            </w:pPr>
            <w:r/>
            <w:r>
              <w:rPr>
                <w:rFonts w:ascii="Times New Roman" w:hAnsi="Times New Roman" w:eastAsia="宋体"/>
                <w:b w:val="0"/>
                <w:sz w:val="21"/>
              </w:rPr>
              <w:t>49</w:t>
            </w:r>
          </w:p>
        </w:tc>
        <w:tc>
          <w:tcPr>
            <w:tcW w:type="dxa" w:w="664"/>
          </w:tcPr>
          <w:p>
            <w:pPr>
              <w:spacing w:after="20" w:before="20"/>
            </w:pPr>
            <w:r/>
            <w:r>
              <w:rPr>
                <w:rFonts w:ascii="Times New Roman" w:hAnsi="Times New Roman" w:eastAsia="宋体"/>
                <w:b w:val="0"/>
                <w:sz w:val="21"/>
              </w:rPr>
              <w:t>11</w:t>
            </w:r>
          </w:p>
        </w:tc>
        <w:tc>
          <w:tcPr>
            <w:tcW w:type="dxa" w:w="664"/>
          </w:tcPr>
          <w:p>
            <w:pPr>
              <w:spacing w:after="20" w:before="20"/>
            </w:pPr>
            <w:r/>
            <w:r>
              <w:rPr>
                <w:rFonts w:ascii="Times New Roman" w:hAnsi="Times New Roman" w:eastAsia="宋体"/>
                <w:b w:val="0"/>
                <w:sz w:val="21"/>
              </w:rPr>
              <w:t>47</w:t>
            </w:r>
          </w:p>
        </w:tc>
        <w:tc>
          <w:tcPr>
            <w:tcW w:type="dxa" w:w="664"/>
          </w:tcPr>
          <w:p>
            <w:pPr>
              <w:spacing w:after="20" w:before="20"/>
            </w:pPr>
            <w:r/>
            <w:r>
              <w:rPr>
                <w:rFonts w:ascii="Times New Roman" w:hAnsi="Times New Roman" w:eastAsia="宋体"/>
                <w:b w:val="0"/>
                <w:sz w:val="21"/>
              </w:rPr>
              <w:t>3.438</w:t>
            </w:r>
          </w:p>
        </w:tc>
      </w:tr>
      <w:tr>
        <w:tc>
          <w:tcPr>
            <w:tcW w:type="dxa" w:w="664"/>
          </w:tcPr>
          <w:p>
            <w:pPr>
              <w:spacing w:after="20" w:before="20"/>
            </w:pPr>
            <w:r/>
            <w:r>
              <w:rPr>
                <w:rFonts w:ascii="Times New Roman" w:hAnsi="Times New Roman" w:eastAsia="宋体"/>
                <w:b w:val="0"/>
                <w:sz w:val="21"/>
              </w:rPr>
              <w:t>信息工程学院</w:t>
            </w:r>
          </w:p>
        </w:tc>
        <w:tc>
          <w:tcPr>
            <w:tcW w:type="dxa" w:w="664"/>
          </w:tcPr>
          <w:p>
            <w:pPr>
              <w:spacing w:after="20" w:before="20"/>
            </w:pPr>
            <w:r/>
            <w:r>
              <w:rPr>
                <w:rFonts w:ascii="Times New Roman" w:hAnsi="Times New Roman" w:eastAsia="宋体"/>
                <w:b w:val="0"/>
                <w:sz w:val="21"/>
              </w:rPr>
              <w:t>080801</w:t>
            </w:r>
          </w:p>
        </w:tc>
        <w:tc>
          <w:tcPr>
            <w:tcW w:type="dxa" w:w="664"/>
          </w:tcPr>
          <w:p>
            <w:pPr>
              <w:spacing w:after="20" w:before="20"/>
            </w:pPr>
            <w:r/>
            <w:r>
              <w:rPr>
                <w:rFonts w:ascii="Times New Roman" w:hAnsi="Times New Roman" w:eastAsia="宋体"/>
                <w:b w:val="0"/>
                <w:sz w:val="21"/>
              </w:rPr>
              <w:t>自动化</w:t>
            </w:r>
          </w:p>
        </w:tc>
        <w:tc>
          <w:tcPr>
            <w:tcW w:type="dxa" w:w="664"/>
          </w:tcPr>
          <w:p>
            <w:pPr>
              <w:spacing w:after="20" w:before="20"/>
            </w:pPr>
            <w:r/>
            <w:r>
              <w:rPr>
                <w:rFonts w:ascii="Times New Roman" w:hAnsi="Times New Roman" w:eastAsia="宋体"/>
                <w:b w:val="0"/>
                <w:sz w:val="21"/>
              </w:rPr>
              <w:t>王晓满</w:t>
            </w:r>
          </w:p>
        </w:tc>
        <w:tc>
          <w:tcPr>
            <w:tcW w:type="dxa" w:w="664"/>
          </w:tcPr>
          <w:p>
            <w:pPr>
              <w:spacing w:after="20" w:before="20"/>
            </w:pPr>
            <w:r/>
            <w:r>
              <w:rPr>
                <w:rFonts w:ascii="Times New Roman" w:hAnsi="Times New Roman" w:eastAsia="宋体"/>
                <w:b w:val="0"/>
                <w:sz w:val="21"/>
              </w:rPr>
              <w:t>男</w:t>
            </w:r>
          </w:p>
        </w:tc>
        <w:tc>
          <w:tcPr>
            <w:tcW w:type="dxa" w:w="664"/>
          </w:tcPr>
          <w:p>
            <w:pPr>
              <w:spacing w:after="20" w:before="20"/>
            </w:pPr>
            <w:r/>
            <w:r>
              <w:rPr>
                <w:rFonts w:ascii="Times New Roman" w:hAnsi="Times New Roman" w:eastAsia="宋体"/>
                <w:b w:val="0"/>
                <w:sz w:val="21"/>
              </w:rPr>
              <w:t>0</w:t>
            </w:r>
          </w:p>
        </w:tc>
        <w:tc>
          <w:tcPr>
            <w:tcW w:type="dxa" w:w="664"/>
          </w:tcPr>
          <w:p>
            <w:pPr>
              <w:spacing w:after="20" w:before="20"/>
            </w:pPr>
            <w:r/>
            <w:r>
              <w:rPr>
                <w:rFonts w:ascii="Times New Roman" w:hAnsi="Times New Roman" w:eastAsia="宋体"/>
                <w:b w:val="0"/>
                <w:sz w:val="21"/>
              </w:rPr>
              <w:t>3</w:t>
            </w:r>
          </w:p>
        </w:tc>
        <w:tc>
          <w:tcPr>
            <w:tcW w:type="dxa" w:w="664"/>
          </w:tcPr>
          <w:p>
            <w:pPr>
              <w:spacing w:after="20" w:before="20"/>
            </w:pPr>
            <w:r/>
            <w:r>
              <w:rPr>
                <w:rFonts w:ascii="Times New Roman" w:hAnsi="Times New Roman" w:eastAsia="宋体"/>
                <w:b w:val="0"/>
                <w:sz w:val="21"/>
              </w:rPr>
              <w:t>3.574</w:t>
            </w:r>
          </w:p>
        </w:tc>
        <w:tc>
          <w:tcPr>
            <w:tcW w:type="dxa" w:w="664"/>
          </w:tcPr>
          <w:p>
            <w:pPr>
              <w:spacing w:after="20" w:before="20"/>
            </w:pPr>
            <w:r/>
            <w:r>
              <w:rPr>
                <w:rFonts w:ascii="Times New Roman" w:hAnsi="Times New Roman" w:eastAsia="宋体"/>
                <w:b w:val="0"/>
                <w:sz w:val="21"/>
              </w:rPr>
              <w:t>29</w:t>
            </w:r>
          </w:p>
        </w:tc>
        <w:tc>
          <w:tcPr>
            <w:tcW w:type="dxa" w:w="664"/>
          </w:tcPr>
          <w:p>
            <w:pPr>
              <w:spacing w:after="20" w:before="20"/>
            </w:pPr>
            <w:r/>
            <w:r>
              <w:rPr>
                <w:rFonts w:ascii="Times New Roman" w:hAnsi="Times New Roman" w:eastAsia="宋体"/>
                <w:b w:val="0"/>
                <w:sz w:val="21"/>
              </w:rPr>
              <w:t>140</w:t>
            </w:r>
          </w:p>
        </w:tc>
        <w:tc>
          <w:tcPr>
            <w:tcW w:type="dxa" w:w="664"/>
          </w:tcPr>
          <w:p>
            <w:pPr>
              <w:spacing w:after="20" w:before="20"/>
            </w:pPr>
            <w:r/>
            <w:r>
              <w:rPr>
                <w:rFonts w:ascii="Times New Roman" w:hAnsi="Times New Roman" w:eastAsia="宋体"/>
                <w:b w:val="0"/>
                <w:sz w:val="21"/>
              </w:rPr>
              <w:t>20</w:t>
            </w:r>
          </w:p>
        </w:tc>
        <w:tc>
          <w:tcPr>
            <w:tcW w:type="dxa" w:w="664"/>
          </w:tcPr>
          <w:p>
            <w:pPr>
              <w:spacing w:after="20" w:before="20"/>
            </w:pPr>
            <w:r/>
            <w:r>
              <w:rPr>
                <w:rFonts w:ascii="Times New Roman" w:hAnsi="Times New Roman" w:eastAsia="宋体"/>
                <w:b w:val="0"/>
                <w:sz w:val="21"/>
              </w:rPr>
              <w:t>126</w:t>
            </w:r>
          </w:p>
        </w:tc>
        <w:tc>
          <w:tcPr>
            <w:tcW w:type="dxa" w:w="664"/>
          </w:tcPr>
          <w:p>
            <w:pPr>
              <w:spacing w:after="20" w:before="20"/>
            </w:pPr>
            <w:r/>
            <w:r>
              <w:rPr>
                <w:rFonts w:ascii="Times New Roman" w:hAnsi="Times New Roman" w:eastAsia="宋体"/>
                <w:b w:val="0"/>
                <w:sz w:val="21"/>
              </w:rPr>
              <w:t>3.334</w:t>
            </w:r>
          </w:p>
        </w:tc>
      </w:tr>
      <w:tr>
        <w:tc>
          <w:tcPr>
            <w:tcW w:type="dxa" w:w="664"/>
          </w:tcPr>
          <w:p>
            <w:pPr>
              <w:spacing w:after="20" w:before="20"/>
            </w:pPr>
            <w:r/>
            <w:r>
              <w:rPr>
                <w:rFonts w:ascii="Times New Roman" w:hAnsi="Times New Roman" w:eastAsia="宋体"/>
                <w:b w:val="0"/>
                <w:sz w:val="21"/>
              </w:rPr>
              <w:t>信息工程学院</w:t>
            </w:r>
          </w:p>
        </w:tc>
        <w:tc>
          <w:tcPr>
            <w:tcW w:type="dxa" w:w="664"/>
          </w:tcPr>
          <w:p>
            <w:pPr>
              <w:spacing w:after="20" w:before="20"/>
            </w:pPr>
            <w:r/>
            <w:r>
              <w:rPr>
                <w:rFonts w:ascii="Times New Roman" w:hAnsi="Times New Roman" w:eastAsia="宋体"/>
                <w:b w:val="0"/>
                <w:sz w:val="21"/>
              </w:rPr>
              <w:t>080801</w:t>
            </w:r>
          </w:p>
        </w:tc>
        <w:tc>
          <w:tcPr>
            <w:tcW w:type="dxa" w:w="664"/>
          </w:tcPr>
          <w:p>
            <w:pPr>
              <w:spacing w:after="20" w:before="20"/>
            </w:pPr>
            <w:r/>
            <w:r>
              <w:rPr>
                <w:rFonts w:ascii="Times New Roman" w:hAnsi="Times New Roman" w:eastAsia="宋体"/>
                <w:b w:val="0"/>
                <w:sz w:val="21"/>
              </w:rPr>
              <w:t>自动化</w:t>
            </w:r>
          </w:p>
        </w:tc>
        <w:tc>
          <w:tcPr>
            <w:tcW w:type="dxa" w:w="664"/>
          </w:tcPr>
          <w:p>
            <w:pPr>
              <w:spacing w:after="20" w:before="20"/>
            </w:pPr>
            <w:r/>
            <w:r>
              <w:rPr>
                <w:rFonts w:ascii="Times New Roman" w:hAnsi="Times New Roman" w:eastAsia="宋体"/>
                <w:b w:val="0"/>
                <w:sz w:val="21"/>
              </w:rPr>
              <w:t>吕志强</w:t>
            </w:r>
          </w:p>
        </w:tc>
        <w:tc>
          <w:tcPr>
            <w:tcW w:type="dxa" w:w="664"/>
          </w:tcPr>
          <w:p>
            <w:pPr>
              <w:spacing w:after="20" w:before="20"/>
            </w:pPr>
            <w:r/>
            <w:r>
              <w:rPr>
                <w:rFonts w:ascii="Times New Roman" w:hAnsi="Times New Roman" w:eastAsia="宋体"/>
                <w:b w:val="0"/>
                <w:sz w:val="21"/>
              </w:rPr>
              <w:t>男</w:t>
            </w:r>
          </w:p>
        </w:tc>
        <w:tc>
          <w:tcPr>
            <w:tcW w:type="dxa" w:w="664"/>
          </w:tcPr>
          <w:p>
            <w:pPr>
              <w:spacing w:after="20" w:before="20"/>
            </w:pPr>
            <w:r/>
            <w:r>
              <w:rPr>
                <w:rFonts w:ascii="Times New Roman" w:hAnsi="Times New Roman" w:eastAsia="宋体"/>
                <w:b w:val="0"/>
                <w:sz w:val="21"/>
              </w:rPr>
              <w:t>0</w:t>
            </w:r>
          </w:p>
        </w:tc>
        <w:tc>
          <w:tcPr>
            <w:tcW w:type="dxa" w:w="664"/>
          </w:tcPr>
          <w:p>
            <w:pPr>
              <w:spacing w:after="20" w:before="20"/>
            </w:pPr>
            <w:r/>
            <w:r>
              <w:rPr>
                <w:rFonts w:ascii="Times New Roman" w:hAnsi="Times New Roman" w:eastAsia="宋体"/>
                <w:b w:val="0"/>
                <w:sz w:val="21"/>
              </w:rPr>
              <w:t>3</w:t>
            </w:r>
          </w:p>
        </w:tc>
        <w:tc>
          <w:tcPr>
            <w:tcW w:type="dxa" w:w="664"/>
          </w:tcPr>
          <w:p>
            <w:pPr>
              <w:spacing w:after="20" w:before="20"/>
            </w:pPr>
            <w:r/>
            <w:r>
              <w:rPr>
                <w:rFonts w:ascii="Times New Roman" w:hAnsi="Times New Roman" w:eastAsia="宋体"/>
                <w:b w:val="0"/>
                <w:sz w:val="21"/>
              </w:rPr>
              <w:t>3.072</w:t>
            </w:r>
          </w:p>
        </w:tc>
        <w:tc>
          <w:tcPr>
            <w:tcW w:type="dxa" w:w="664"/>
          </w:tcPr>
          <w:p>
            <w:pPr>
              <w:spacing w:after="20" w:before="20"/>
            </w:pPr>
            <w:r/>
            <w:r>
              <w:rPr>
                <w:rFonts w:ascii="Times New Roman" w:hAnsi="Times New Roman" w:eastAsia="宋体"/>
                <w:b w:val="0"/>
                <w:sz w:val="21"/>
              </w:rPr>
              <w:t>61</w:t>
            </w:r>
          </w:p>
        </w:tc>
        <w:tc>
          <w:tcPr>
            <w:tcW w:type="dxa" w:w="664"/>
          </w:tcPr>
          <w:p>
            <w:pPr>
              <w:spacing w:after="20" w:before="20"/>
            </w:pPr>
            <w:r/>
            <w:r>
              <w:rPr>
                <w:rFonts w:ascii="Times New Roman" w:hAnsi="Times New Roman" w:eastAsia="宋体"/>
                <w:b w:val="0"/>
                <w:sz w:val="21"/>
              </w:rPr>
              <w:t>140</w:t>
            </w:r>
          </w:p>
        </w:tc>
        <w:tc>
          <w:tcPr>
            <w:tcW w:type="dxa" w:w="664"/>
          </w:tcPr>
          <w:p>
            <w:pPr>
              <w:spacing w:after="20" w:before="20"/>
            </w:pPr>
            <w:r/>
            <w:r>
              <w:rPr>
                <w:rFonts w:ascii="Times New Roman" w:hAnsi="Times New Roman" w:eastAsia="宋体"/>
                <w:b w:val="0"/>
                <w:sz w:val="21"/>
              </w:rPr>
              <w:t>47</w:t>
            </w:r>
          </w:p>
        </w:tc>
        <w:tc>
          <w:tcPr>
            <w:tcW w:type="dxa" w:w="664"/>
          </w:tcPr>
          <w:p>
            <w:pPr>
              <w:spacing w:after="20" w:before="20"/>
            </w:pPr>
            <w:r/>
            <w:r>
              <w:rPr>
                <w:rFonts w:ascii="Times New Roman" w:hAnsi="Times New Roman" w:eastAsia="宋体"/>
                <w:b w:val="0"/>
                <w:sz w:val="21"/>
              </w:rPr>
              <w:t>126</w:t>
            </w:r>
          </w:p>
        </w:tc>
        <w:tc>
          <w:tcPr>
            <w:tcW w:type="dxa" w:w="664"/>
          </w:tcPr>
          <w:p>
            <w:pPr>
              <w:spacing w:after="20" w:before="20"/>
            </w:pPr>
            <w:r/>
            <w:r>
              <w:rPr>
                <w:rFonts w:ascii="Times New Roman" w:hAnsi="Times New Roman" w:eastAsia="宋体"/>
                <w:b w:val="0"/>
                <w:sz w:val="21"/>
              </w:rPr>
              <w:t>2.982</w:t>
            </w:r>
          </w:p>
        </w:tc>
      </w:tr>
    </w:tbl>
    <w:p>
      <w:pPr>
        <w:spacing w:before="160" w:after="80" w:lineRule="auto" w:line="360"/>
        <w:jc w:val="left"/>
      </w:pPr>
      <w:r>
        <w:rPr>
          <w:rFonts w:ascii="Times New Roman" w:hAnsi="Times New Roman" w:eastAsia="宋体"/>
          <w:b/>
          <w:sz w:val="28"/>
        </w:rPr>
        <w:t>九、其他量化信息</w:t>
      </w:r>
    </w:p>
    <w:p>
      <w:pPr>
        <w:spacing w:after="80" w:lineRule="auto" w:line="360"/>
        <w:ind w:firstLine="482"/>
        <w:jc w:val="both"/>
      </w:pPr>
      <w:r>
        <w:rPr>
          <w:rFonts w:ascii="Times New Roman" w:hAnsi="Times New Roman" w:eastAsia="宋体"/>
          <w:b w:val="0"/>
          <w:sz w:val="24"/>
        </w:rPr>
        <w:t>1. 竞赛类别涉及：竞赛Ι类。</w:t>
      </w:r>
    </w:p>
    <w:p>
      <w:pPr>
        <w:spacing w:after="80" w:lineRule="auto" w:line="360"/>
        <w:ind w:firstLine="482"/>
        <w:jc w:val="both"/>
      </w:pPr>
      <w:r>
        <w:rPr>
          <w:rFonts w:ascii="Times New Roman" w:hAnsi="Times New Roman" w:eastAsia="宋体"/>
          <w:b w:val="0"/>
          <w:sz w:val="24"/>
        </w:rPr>
        <w:t>2. 相关数值包括：17、15、0、74、0、003、14、49、13、47、3.467、16、14、0、75、0、003、37、25、0、76、0、003、70、56、0。</w:t>
      </w:r>
    </w:p>
    <w:p>
      <w:pPr>
        <w:spacing w:after="80" w:lineRule="auto" w:line="360"/>
        <w:ind w:firstLine="482"/>
        <w:jc w:val="both"/>
      </w:pPr>
      <w:r>
        <w:rPr>
          <w:rFonts w:ascii="Times New Roman" w:hAnsi="Times New Roman" w:eastAsia="宋体"/>
          <w:b w:val="0"/>
          <w:sz w:val="24"/>
        </w:rPr>
        <w:t>3. 单位代码及院系所代码、专业代码等信息包括：25210、电气预备1、普通预备、420003；25210、电气预备1、普通预备、420003；19190、电信预备2、普通预备、440003；880、电信预备1、普通预备、430003；17170、电信预备3、普通预备、450003；19190、电信预备2、普通预备、440003；17170、电信预备3、普通预备、450003；16140、通信预备2、普通预备、480003；1080、机器人预备1、普通预备、460003；17150、通信预备3、普通预备、490003；24220、通信预备1、普通预备/支教团、470003；16140、通信预备2、普通预备、480003；18110、自动化预备1、普通预备、520003；17150、通信预备3、普通预备、490003；26160、自动化预备2、普通预备、530003；18160、通信预备4、普通预备、500003；650、智科预备1、普通预备、510003；630、本硕博1、本硕博、560003；18110、自动化预备1、普通预备、520003；320、本硕博2、本硕博、570003；26160、自动化预备2、普通预备、530003；33220、自动化预备3、普通预备、540003；12100、本硕博5、本硕博、600003；30190、自动化预备4、普通预备、550003；21190、本硕博6、本硕博、610003；630、本硕博1、本硕博、560003；320、本硕博2、本硕博、570003；13130、本硕博预备2、本硕博预备、640003；19120、本硕博3、本硕博、580003；18160、本硕博预备3、本硕博预备、650003；770、本硕博4、本硕博、590003；12100、本硕博5、本硕博、600003；21190、本硕博6、本硕博、610003；20130、本硕博7、本硕博、620003；25230、本硕博预备1、本硕博预备、630003；13130、本硕博预备2、本硕博预备、640003；18160、本硕博预备3、本硕博预备、650003。</w:t>
      </w:r>
    </w:p>
    <w:p>
      <w:pPr>
        <w:spacing w:after="80" w:lineRule="auto" w:line="360"/>
        <w:ind w:firstLine="482"/>
        <w:jc w:val="both"/>
      </w:pPr>
      <w:r>
        <w:rPr>
          <w:rFonts w:ascii="Times New Roman" w:hAnsi="Times New Roman" w:eastAsia="宋体"/>
          <w:b w:val="0"/>
          <w:sz w:val="24"/>
        </w:rPr>
        <w:t>本段内容为名单类信息，原文未提供表头，仅能识别出若干“普通预备”“本硕博”等类别及对应编号、数字串，无法可靠还原为结构化表格。为避免编造，现按原文顺序保留如下：</w:t>
      </w:r>
    </w:p>
    <w:p>
      <w:pPr>
        <w:spacing w:before="160" w:after="80" w:lineRule="auto" w:line="360"/>
        <w:jc w:val="left"/>
      </w:pPr>
      <w:r>
        <w:rPr>
          <w:rFonts w:ascii="Times New Roman" w:hAnsi="Times New Roman" w:eastAsia="宋体"/>
          <w:b/>
          <w:sz w:val="28"/>
        </w:rPr>
        <w:t>十、名单明细</w:t>
      </w:r>
    </w:p>
    <w:p>
      <w:pPr>
        <w:spacing w:after="80" w:lineRule="auto" w:line="360"/>
        <w:ind w:firstLine="482"/>
        <w:jc w:val="both"/>
      </w:pPr>
      <w:r>
        <w:rPr>
          <w:rFonts w:ascii="Times New Roman" w:hAnsi="Times New Roman" w:eastAsia="宋体"/>
          <w:b w:val="0"/>
          <w:sz w:val="24"/>
        </w:rPr>
        <w:t>1. 预备3 普通预备 54000312100 本硕博5</w:t>
      </w:r>
    </w:p>
    <w:p>
      <w:pPr>
        <w:spacing w:after="80" w:lineRule="auto" w:line="360"/>
        <w:ind w:firstLine="482"/>
        <w:jc w:val="both"/>
      </w:pPr>
      <w:r>
        <w:rPr>
          <w:rFonts w:ascii="Times New Roman" w:hAnsi="Times New Roman" w:eastAsia="宋体"/>
          <w:b w:val="0"/>
          <w:sz w:val="24"/>
        </w:rPr>
        <w:t>2. 本硕博 60000330190 自动化预备4 普通预备 55000321190</w:t>
      </w:r>
    </w:p>
    <w:p>
      <w:pPr>
        <w:spacing w:after="80" w:lineRule="auto" w:line="360"/>
        <w:ind w:firstLine="482"/>
        <w:jc w:val="both"/>
      </w:pPr>
      <w:r>
        <w:rPr>
          <w:rFonts w:ascii="Times New Roman" w:hAnsi="Times New Roman" w:eastAsia="宋体"/>
          <w:b w:val="0"/>
          <w:sz w:val="24"/>
        </w:rPr>
        <w:t>3. 本硕博6 本硕博 610003630 本硕博1 本硕博 560003320 本硕博2 本硕博 57000313130 本硕博预备2 本硕博预备 64000319120 本硕博3 本硕博 58000318160 本硕博预备3 本硕博预备 650003770 本硕博4 本硕博 59000312100 本硕博5 本硕博 60000321190 本硕博6 本硕博 61000320130 本硕博7 本硕博 62000325230 本硕博预备1 本硕博预备 63000313130 本硕博预备2 本硕博预备 64000318160 本硕博预备3 本硕博预备 650003</w:t>
      </w:r>
    </w:p>
    <w:p>
      <w:pPr>
        <w:spacing w:before="160" w:after="80" w:lineRule="auto" w:line="360"/>
        <w:jc w:val="left"/>
      </w:pPr>
      <w:r>
        <w:rPr>
          <w:rFonts w:ascii="Times New Roman" w:hAnsi="Times New Roman" w:eastAsia="宋体"/>
          <w:b/>
          <w:sz w:val="28"/>
        </w:rPr>
        <w:t>九、说明</w:t>
      </w:r>
    </w:p>
    <w:p>
      <w:pPr>
        <w:spacing w:after="80" w:lineRule="auto" w:line="360"/>
        <w:ind w:firstLine="482"/>
        <w:jc w:val="both"/>
      </w:pPr>
      <w:r>
        <w:rPr>
          <w:rFonts w:ascii="Times New Roman" w:hAnsi="Times New Roman" w:eastAsia="宋体"/>
          <w:b w:val="0"/>
          <w:sz w:val="24"/>
        </w:rPr>
        <w:t>1. 原文未给出人数、专业/学院明细、排名/评分方式、公示期等关键信息。</w:t>
      </w:r>
    </w:p>
    <w:p>
      <w:pPr>
        <w:spacing w:after="80" w:lineRule="auto" w:line="360"/>
        <w:ind w:firstLine="482"/>
        <w:jc w:val="both"/>
      </w:pPr>
      <w:r>
        <w:rPr>
          <w:rFonts w:ascii="Times New Roman" w:hAnsi="Times New Roman" w:eastAsia="宋体"/>
          <w:b w:val="0"/>
          <w:sz w:val="24"/>
        </w:rPr>
        <w:t>2. 原文未提供图片链接及图片说明。</w:t>
      </w:r>
    </w:p>
    <w:p>
      <w:pPr>
        <w:spacing w:after="80" w:lineRule="auto" w:line="360"/>
        <w:ind w:firstLine="482"/>
        <w:jc w:val="both"/>
      </w:pPr>
      <w:r>
        <w:rPr>
          <w:rFonts w:ascii="Times New Roman" w:hAnsi="Times New Roman" w:eastAsia="宋体"/>
          <w:b w:val="0"/>
          <w:sz w:val="24"/>
        </w:rPr>
        <w:t>3. 因原文缺少表头及分隔符，无法按 Markdown 表格规范输出。</w:t>
      </w:r>
    </w:p>
    <w:p>
      <w:pPr>
        <w:spacing w:before="160" w:after="80" w:lineRule="auto" w:line="360"/>
        <w:jc w:val="left"/>
      </w:pPr>
      <w:r>
        <w:rPr>
          <w:rFonts w:ascii="Times New Roman" w:hAnsi="Times New Roman" w:eastAsia="宋体"/>
          <w:b/>
          <w:sz w:val="28"/>
        </w:rPr>
        <w:t>十、名单明细</w:t>
      </w:r>
    </w:p>
    <w:p>
      <w:pPr>
        <w:spacing w:after="80" w:lineRule="auto" w:line="360"/>
        <w:ind w:firstLine="482"/>
        <w:jc w:val="both"/>
      </w:pPr>
      <w:r>
        <w:rPr>
          <w:rFonts w:ascii="Times New Roman" w:hAnsi="Times New Roman" w:eastAsia="宋体"/>
          <w:b w:val="0"/>
          <w:sz w:val="24"/>
        </w:rPr>
        <w:t>本段为推免名单数据，共涉及 16 条记录，包含普通预备、本硕博、本硕博预备等类型，专业涉及自动化等，具体如下：</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类型</w:t>
            </w:r>
          </w:p>
        </w:tc>
        <w:tc>
          <w:tcPr>
            <w:tcW w:type="dxa" w:w="1727"/>
          </w:tcPr>
          <w:p>
            <w:pPr>
              <w:spacing w:after="20" w:before="20"/>
            </w:pPr>
            <w:r/>
            <w:r>
              <w:rPr>
                <w:rFonts w:ascii="Times New Roman" w:hAnsi="Times New Roman" w:eastAsia="宋体"/>
                <w:b/>
                <w:sz w:val="21"/>
              </w:rPr>
              <w:t>编号</w:t>
            </w:r>
          </w:p>
        </w:tc>
        <w:tc>
          <w:tcPr>
            <w:tcW w:type="dxa" w:w="1727"/>
          </w:tcPr>
          <w:p>
            <w:pPr>
              <w:spacing w:after="20" w:before="20"/>
            </w:pPr>
            <w:r/>
            <w:r>
              <w:rPr>
                <w:rFonts w:ascii="Times New Roman" w:hAnsi="Times New Roman" w:eastAsia="宋体"/>
                <w:b/>
                <w:sz w:val="21"/>
              </w:rPr>
              <w:t>专业</w:t>
            </w:r>
          </w:p>
        </w:tc>
        <w:tc>
          <w:tcPr>
            <w:tcW w:type="dxa" w:w="1727"/>
          </w:tcPr>
          <w:p>
            <w:pPr>
              <w:spacing w:after="20" w:before="20"/>
            </w:pPr>
            <w:r/>
            <w:r>
              <w:rPr>
                <w:rFonts w:ascii="Times New Roman" w:hAnsi="Times New Roman" w:eastAsia="宋体"/>
                <w:b/>
                <w:sz w:val="21"/>
              </w:rPr>
              <w:t>备注</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普通预备</w:t>
            </w:r>
          </w:p>
        </w:tc>
        <w:tc>
          <w:tcPr>
            <w:tcW w:type="dxa" w:w="1727"/>
          </w:tcPr>
          <w:p>
            <w:pPr>
              <w:spacing w:after="20" w:before="20"/>
            </w:pPr>
            <w:r/>
            <w:r>
              <w:rPr>
                <w:rFonts w:ascii="Times New Roman" w:hAnsi="Times New Roman" w:eastAsia="宋体"/>
                <w:b w:val="0"/>
                <w:sz w:val="21"/>
              </w:rPr>
              <w:t>54000312100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5</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60000330190</w:t>
            </w:r>
          </w:p>
        </w:tc>
        <w:tc>
          <w:tcPr>
            <w:tcW w:type="dxa" w:w="1727"/>
          </w:tcPr>
          <w:p>
            <w:pPr>
              <w:spacing w:after="20" w:before="20"/>
            </w:pPr>
            <w:r/>
            <w:r>
              <w:rPr>
                <w:rFonts w:ascii="Times New Roman" w:hAnsi="Times New Roman" w:eastAsia="宋体"/>
                <w:b w:val="0"/>
                <w:sz w:val="21"/>
              </w:rPr>
              <w:t>自动化预备</w:t>
            </w:r>
          </w:p>
        </w:tc>
        <w:tc>
          <w:tcPr>
            <w:tcW w:type="dxa" w:w="1727"/>
          </w:tcPr>
          <w:p>
            <w:pPr>
              <w:spacing w:after="20" w:before="20"/>
            </w:pPr>
            <w:r/>
            <w:r>
              <w:rPr>
                <w:rFonts w:ascii="Times New Roman" w:hAnsi="Times New Roman" w:eastAsia="宋体"/>
                <w:b w:val="0"/>
                <w:sz w:val="21"/>
              </w:rPr>
              <w:t>4</w:t>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普通预备</w:t>
            </w:r>
          </w:p>
        </w:tc>
        <w:tc>
          <w:tcPr>
            <w:tcW w:type="dxa" w:w="1727"/>
          </w:tcPr>
          <w:p>
            <w:pPr>
              <w:spacing w:after="20" w:before="20"/>
            </w:pPr>
            <w:r/>
            <w:r>
              <w:rPr>
                <w:rFonts w:ascii="Times New Roman" w:hAnsi="Times New Roman" w:eastAsia="宋体"/>
                <w:b w:val="0"/>
                <w:sz w:val="21"/>
              </w:rPr>
              <w:t>55000321190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6</w:t>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610003630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1</w:t>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560003320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2</w:t>
            </w:r>
          </w:p>
        </w:tc>
      </w:tr>
      <w:tr>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57000313130</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2</w:t>
            </w:r>
          </w:p>
        </w:tc>
      </w:tr>
      <w:tr>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64000319120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3</w:t>
            </w:r>
          </w:p>
        </w:tc>
      </w:tr>
      <w:tr>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58000318160</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3</w:t>
            </w:r>
          </w:p>
        </w:tc>
      </w:tr>
      <w:tr>
        <w:tc>
          <w:tcPr>
            <w:tcW w:type="dxa" w:w="1727"/>
          </w:tcPr>
          <w:p>
            <w:pPr>
              <w:spacing w:after="20" w:before="20"/>
            </w:pPr>
            <w:r/>
            <w:r>
              <w:rPr>
                <w:rFonts w:ascii="Times New Roman" w:hAnsi="Times New Roman" w:eastAsia="宋体"/>
                <w:b w:val="0"/>
                <w:sz w:val="21"/>
              </w:rPr>
              <w:t>9</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650003770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4</w:t>
            </w:r>
          </w:p>
        </w:tc>
      </w:tr>
      <w:tr>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59000312100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5</w:t>
            </w:r>
          </w:p>
        </w:tc>
      </w:tr>
      <w:tr>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60000321190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6</w:t>
            </w:r>
          </w:p>
        </w:tc>
      </w:tr>
      <w:tr>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61000320130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7</w:t>
            </w:r>
          </w:p>
        </w:tc>
      </w:tr>
      <w:tr>
        <w:tc>
          <w:tcPr>
            <w:tcW w:type="dxa" w:w="1727"/>
          </w:tcPr>
          <w:p>
            <w:pPr>
              <w:spacing w:after="20" w:before="20"/>
            </w:pPr>
            <w:r/>
            <w:r>
              <w:rPr>
                <w:rFonts w:ascii="Times New Roman" w:hAnsi="Times New Roman" w:eastAsia="宋体"/>
                <w:b w:val="0"/>
                <w:sz w:val="21"/>
              </w:rPr>
              <w:t>13</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62000325230</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1</w:t>
            </w:r>
          </w:p>
        </w:tc>
      </w:tr>
      <w:tr>
        <w:tc>
          <w:tcPr>
            <w:tcW w:type="dxa" w:w="1727"/>
          </w:tcPr>
          <w:p>
            <w:pPr>
              <w:spacing w:after="20" w:before="20"/>
            </w:pPr>
            <w:r/>
            <w:r>
              <w:rPr>
                <w:rFonts w:ascii="Times New Roman" w:hAnsi="Times New Roman" w:eastAsia="宋体"/>
                <w:b w:val="0"/>
                <w:sz w:val="21"/>
              </w:rPr>
              <w:t>14</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63000313130</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2</w:t>
            </w:r>
          </w:p>
        </w:tc>
      </w:tr>
      <w:tr>
        <w:tc>
          <w:tcPr>
            <w:tcW w:type="dxa" w:w="1727"/>
          </w:tcPr>
          <w:p>
            <w:pPr>
              <w:spacing w:after="20" w:before="20"/>
            </w:pPr>
            <w:r/>
            <w:r>
              <w:rPr>
                <w:rFonts w:ascii="Times New Roman" w:hAnsi="Times New Roman" w:eastAsia="宋体"/>
                <w:b w:val="0"/>
                <w:sz w:val="21"/>
              </w:rPr>
              <w:t>15</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64000318160</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3</w:t>
            </w:r>
          </w:p>
        </w:tc>
      </w:tr>
      <w:tr>
        <w:tc>
          <w:tcPr>
            <w:tcW w:type="dxa" w:w="1727"/>
          </w:tcPr>
          <w:p>
            <w:pPr>
              <w:spacing w:after="20" w:before="20"/>
            </w:pPr>
            <w:r/>
            <w:r>
              <w:rPr>
                <w:rFonts w:ascii="Times New Roman" w:hAnsi="Times New Roman" w:eastAsia="宋体"/>
                <w:b w:val="0"/>
                <w:sz w:val="21"/>
              </w:rPr>
              <w:t>16</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650003</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九、说明</w:t>
      </w:r>
    </w:p>
    <w:p>
      <w:pPr>
        <w:spacing w:after="80" w:lineRule="auto" w:line="360"/>
        <w:ind w:firstLine="482"/>
        <w:jc w:val="both"/>
      </w:pPr>
      <w:r>
        <w:rPr>
          <w:rFonts w:ascii="Times New Roman" w:hAnsi="Times New Roman" w:eastAsia="宋体"/>
          <w:b w:val="0"/>
          <w:sz w:val="24"/>
        </w:rPr>
        <w:t>1. 本段原始内容为连续拼接的名单数据，未包含排名方式、评分方式及公示期信息。</w:t>
      </w:r>
    </w:p>
    <w:p>
      <w:pPr>
        <w:spacing w:after="80" w:lineRule="auto" w:line="360"/>
        <w:ind w:firstLine="482"/>
        <w:jc w:val="both"/>
      </w:pPr>
      <w:r>
        <w:rPr>
          <w:rFonts w:ascii="Times New Roman" w:hAnsi="Times New Roman" w:eastAsia="宋体"/>
          <w:b w:val="0"/>
          <w:sz w:val="24"/>
        </w:rPr>
        <w:t>2. 专业/学院明细中可识别到的专业为自动化，其余记录未标注具体专业。</w:t>
      </w:r>
    </w:p>
    <w:p>
      <w:pPr>
        <w:spacing w:after="80" w:lineRule="auto" w:line="360"/>
        <w:ind w:firstLine="482"/>
        <w:jc w:val="both"/>
      </w:pPr>
      <w:r>
        <w:rPr>
          <w:rFonts w:ascii="Times New Roman" w:hAnsi="Times New Roman" w:eastAsia="宋体"/>
          <w:b w:val="0"/>
          <w:sz w:val="24"/>
        </w:rPr>
        <w:t>3. 名单人数合计为 16 条记录。</w:t>
      </w:r>
    </w:p>
    <w:p>
      <w:pPr>
        <w:spacing w:after="80" w:lineRule="auto" w:line="360"/>
        <w:ind w:firstLine="482"/>
        <w:jc w:val="both"/>
      </w:pPr>
      <w:r>
        <w:rPr>
          <w:rFonts w:ascii="Times New Roman" w:hAnsi="Times New Roman" w:eastAsia="宋体"/>
          <w:b w:val="0"/>
          <w:sz w:val="24"/>
        </w:rPr>
        <w:t>本段内容为名单类信息，涉及专业、培养类型、人数及编号等明细，但原文未提供表头、排名或评分方式、公示期等说明，以下按原文可辨识字段整理。</w:t>
      </w:r>
    </w:p>
    <w:p>
      <w:pPr>
        <w:spacing w:before="160" w:after="80" w:lineRule="auto" w:line="360"/>
        <w:jc w:val="left"/>
      </w:pPr>
      <w:r>
        <w:rPr>
          <w:rFonts w:ascii="Times New Roman" w:hAnsi="Times New Roman" w:eastAsia="宋体"/>
          <w:b/>
          <w:sz w:val="28"/>
        </w:rPr>
        <w:t>十、名单明细</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专业</w:t>
            </w:r>
          </w:p>
        </w:tc>
        <w:tc>
          <w:tcPr>
            <w:tcW w:type="dxa" w:w="1727"/>
          </w:tcPr>
          <w:p>
            <w:pPr>
              <w:spacing w:after="20" w:before="20"/>
            </w:pPr>
            <w:r/>
            <w:r>
              <w:rPr>
                <w:rFonts w:ascii="Times New Roman" w:hAnsi="Times New Roman" w:eastAsia="宋体"/>
                <w:b/>
                <w:sz w:val="21"/>
              </w:rPr>
              <w:t>培养类型</w:t>
            </w:r>
          </w:p>
        </w:tc>
        <w:tc>
          <w:tcPr>
            <w:tcW w:type="dxa" w:w="1727"/>
          </w:tcPr>
          <w:p>
            <w:pPr>
              <w:spacing w:after="20" w:before="20"/>
            </w:pPr>
            <w:r/>
            <w:r>
              <w:rPr>
                <w:rFonts w:ascii="Times New Roman" w:hAnsi="Times New Roman" w:eastAsia="宋体"/>
                <w:b/>
                <w:sz w:val="21"/>
              </w:rPr>
              <w:t>人数</w:t>
            </w:r>
          </w:p>
        </w:tc>
        <w:tc>
          <w:tcPr>
            <w:tcW w:type="dxa" w:w="1727"/>
          </w:tcPr>
          <w:p>
            <w:pPr>
              <w:spacing w:after="20" w:before="20"/>
            </w:pPr>
            <w:r/>
            <w:r>
              <w:rPr>
                <w:rFonts w:ascii="Times New Roman" w:hAnsi="Times New Roman" w:eastAsia="宋体"/>
                <w:b/>
                <w:sz w:val="21"/>
              </w:rPr>
              <w:t>编号</w:t>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普通</w:t>
            </w:r>
          </w:p>
        </w:tc>
        <w:tc>
          <w:tcPr>
            <w:tcW w:type="dxa" w:w="1727"/>
          </w:tcPr>
          <w:p>
            <w:pPr>
              <w:spacing w:after="20" w:before="20"/>
            </w:pPr>
            <w:r/>
            <w:r>
              <w:rPr>
                <w:rFonts w:ascii="Times New Roman" w:hAnsi="Times New Roman" w:eastAsia="宋体"/>
                <w:b w:val="0"/>
                <w:sz w:val="21"/>
              </w:rPr>
              <w:t>预备</w:t>
            </w:r>
          </w:p>
        </w:tc>
        <w:tc>
          <w:tcPr>
            <w:tcW w:type="dxa" w:w="1727"/>
          </w:tcPr>
          <w:p>
            <w:pPr>
              <w:spacing w:after="20" w:before="20"/>
            </w:pPr>
            <w:r/>
            <w:r>
              <w:rPr>
                <w:rFonts w:ascii="Times New Roman" w:hAnsi="Times New Roman" w:eastAsia="宋体"/>
                <w:b w:val="0"/>
                <w:sz w:val="21"/>
              </w:rPr>
              <w:t>54000312100</w:t>
            </w:r>
          </w:p>
        </w:tc>
        <w:tc>
          <w:tcPr>
            <w:tcW w:type="dxa" w:w="1727"/>
          </w:tcPr>
          <w:p>
            <w:pPr>
              <w:spacing w:after="20" w:before="20"/>
            </w:pPr>
            <w:r/>
            <w:r>
              <w:rPr>
                <w:rFonts w:ascii="Times New Roman" w:hAnsi="Times New Roman" w:eastAsia="宋体"/>
                <w:b w:val="0"/>
                <w:sz w:val="21"/>
              </w:rPr>
              <w:t>本硕博5</w:t>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60000330190</w:t>
            </w:r>
          </w:p>
        </w:tc>
        <w:tc>
          <w:tcPr>
            <w:tcW w:type="dxa" w:w="1727"/>
          </w:tcPr>
          <w:p>
            <w:pPr>
              <w:spacing w:after="20" w:before="20"/>
            </w:pPr>
            <w:r/>
            <w:r>
              <w:rPr>
                <w:rFonts w:ascii="Times New Roman" w:hAnsi="Times New Roman" w:eastAsia="宋体"/>
                <w:b w:val="0"/>
                <w:sz w:val="21"/>
              </w:rPr>
              <w:t>自动化预备4</w:t>
            </w:r>
          </w:p>
        </w:tc>
        <w:tc>
          <w:tcPr>
            <w:tcW w:type="dxa" w:w="1727"/>
          </w:tcPr>
          <w:p>
            <w:pPr>
              <w:spacing w:after="20" w:before="20"/>
            </w:pPr>
            <w:r/>
            <w:r>
              <w:rPr>
                <w:rFonts w:ascii="Times New Roman" w:hAnsi="Times New Roman" w:eastAsia="宋体"/>
                <w:b w:val="0"/>
                <w:sz w:val="21"/>
              </w:rPr>
              <w:t>普通预备55000321190</w:t>
            </w:r>
          </w:p>
        </w:tc>
      </w:tr>
      <w:tr>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610003630</w:t>
            </w:r>
          </w:p>
        </w:tc>
        <w:tc>
          <w:tcPr>
            <w:tcW w:type="dxa" w:w="1727"/>
          </w:tcPr>
          <w:p>
            <w:pPr>
              <w:spacing w:after="20" w:before="20"/>
            </w:pPr>
            <w:r/>
            <w:r>
              <w:rPr>
                <w:rFonts w:ascii="Times New Roman" w:hAnsi="Times New Roman" w:eastAsia="宋体"/>
                <w:b w:val="0"/>
                <w:sz w:val="21"/>
              </w:rPr>
              <w:t>本硕博1</w:t>
            </w:r>
          </w:p>
        </w:tc>
        <w:tc>
          <w:tcPr>
            <w:tcW w:type="dxa" w:w="1727"/>
          </w:tcPr>
          <w:p>
            <w:pPr>
              <w:spacing w:after="20" w:before="20"/>
            </w:pPr>
            <w:r/>
            <w:r>
              <w:rPr>
                <w:rFonts w:ascii="Times New Roman" w:hAnsi="Times New Roman" w:eastAsia="宋体"/>
                <w:b w:val="0"/>
                <w:sz w:val="21"/>
              </w:rPr>
              <w:t>本硕博560003320</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57000313130</w:t>
            </w:r>
          </w:p>
        </w:tc>
        <w:tc>
          <w:tcPr>
            <w:tcW w:type="dxa" w:w="1727"/>
          </w:tcPr>
          <w:p>
            <w:pPr>
              <w:spacing w:after="20" w:before="20"/>
            </w:pPr>
            <w:r/>
            <w:r>
              <w:rPr>
                <w:rFonts w:ascii="Times New Roman" w:hAnsi="Times New Roman" w:eastAsia="宋体"/>
                <w:b w:val="0"/>
                <w:sz w:val="21"/>
              </w:rPr>
              <w:t>本硕博预备2</w:t>
            </w:r>
          </w:p>
        </w:tc>
        <w:tc>
          <w:tcPr>
            <w:tcW w:type="dxa" w:w="1727"/>
          </w:tcPr>
          <w:p>
            <w:pPr>
              <w:spacing w:after="20" w:before="20"/>
            </w:pPr>
            <w:r/>
            <w:r>
              <w:rPr>
                <w:rFonts w:ascii="Times New Roman" w:hAnsi="Times New Roman" w:eastAsia="宋体"/>
                <w:b w:val="0"/>
                <w:sz w:val="21"/>
              </w:rPr>
              <w:t>本硕博预备64000319120</w:t>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58000318160</w:t>
            </w:r>
          </w:p>
        </w:tc>
        <w:tc>
          <w:tcPr>
            <w:tcW w:type="dxa" w:w="1727"/>
          </w:tcPr>
          <w:p>
            <w:pPr>
              <w:spacing w:after="20" w:before="20"/>
            </w:pPr>
            <w:r/>
            <w:r>
              <w:rPr>
                <w:rFonts w:ascii="Times New Roman" w:hAnsi="Times New Roman" w:eastAsia="宋体"/>
                <w:b w:val="0"/>
                <w:sz w:val="21"/>
              </w:rPr>
              <w:t>本硕博预备3</w:t>
            </w:r>
          </w:p>
        </w:tc>
        <w:tc>
          <w:tcPr>
            <w:tcW w:type="dxa" w:w="1727"/>
          </w:tcPr>
          <w:p>
            <w:pPr>
              <w:spacing w:after="20" w:before="20"/>
            </w:pPr>
            <w:r/>
            <w:r>
              <w:rPr>
                <w:rFonts w:ascii="Times New Roman" w:hAnsi="Times New Roman" w:eastAsia="宋体"/>
                <w:b w:val="0"/>
                <w:sz w:val="21"/>
              </w:rPr>
              <w:t>本硕博预备650003770</w:t>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59000312100</w:t>
            </w:r>
          </w:p>
        </w:tc>
        <w:tc>
          <w:tcPr>
            <w:tcW w:type="dxa" w:w="1727"/>
          </w:tcPr>
          <w:p>
            <w:pPr>
              <w:spacing w:after="20" w:before="20"/>
            </w:pPr>
            <w:r/>
            <w:r>
              <w:rPr>
                <w:rFonts w:ascii="Times New Roman" w:hAnsi="Times New Roman" w:eastAsia="宋体"/>
                <w:b w:val="0"/>
                <w:sz w:val="21"/>
              </w:rPr>
              <w:t>本硕博5</w:t>
            </w:r>
          </w:p>
        </w:tc>
        <w:tc>
          <w:tcPr>
            <w:tcW w:type="dxa" w:w="1727"/>
          </w:tcPr>
          <w:p>
            <w:pPr>
              <w:spacing w:after="20" w:before="20"/>
            </w:pPr>
            <w:r/>
            <w:r>
              <w:rPr>
                <w:rFonts w:ascii="Times New Roman" w:hAnsi="Times New Roman" w:eastAsia="宋体"/>
                <w:b w:val="0"/>
                <w:sz w:val="21"/>
              </w:rPr>
              <w:t>本硕博60000321190</w:t>
            </w:r>
          </w:p>
        </w:tc>
      </w:tr>
      <w:tr>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61000320130</w:t>
            </w:r>
          </w:p>
        </w:tc>
        <w:tc>
          <w:tcPr>
            <w:tcW w:type="dxa" w:w="1727"/>
          </w:tcPr>
          <w:p>
            <w:pPr>
              <w:spacing w:after="20" w:before="20"/>
            </w:pPr>
            <w:r/>
            <w:r>
              <w:rPr>
                <w:rFonts w:ascii="Times New Roman" w:hAnsi="Times New Roman" w:eastAsia="宋体"/>
                <w:b w:val="0"/>
                <w:sz w:val="21"/>
              </w:rPr>
              <w:t>本硕博7</w:t>
            </w:r>
          </w:p>
        </w:tc>
        <w:tc>
          <w:tcPr>
            <w:tcW w:type="dxa" w:w="1727"/>
          </w:tcPr>
          <w:p>
            <w:pPr>
              <w:spacing w:after="20" w:before="20"/>
            </w:pPr>
            <w:r/>
            <w:r>
              <w:rPr>
                <w:rFonts w:ascii="Times New Roman" w:hAnsi="Times New Roman" w:eastAsia="宋体"/>
                <w:b w:val="0"/>
                <w:sz w:val="21"/>
              </w:rPr>
              <w:t>本硕博62000325230</w:t>
            </w:r>
          </w:p>
        </w:tc>
      </w:tr>
      <w:tr>
        <w:tc>
          <w:tcPr>
            <w:tcW w:type="dxa" w:w="1727"/>
          </w:tcPr>
          <w:p>
            <w:pPr>
              <w:spacing w:after="20" w:before="20"/>
            </w:pPr>
            <w:r/>
            <w:r>
              <w:rPr>
                <w:rFonts w:ascii="Times New Roman" w:hAnsi="Times New Roman" w:eastAsia="宋体"/>
                <w:b w:val="0"/>
                <w:sz w:val="21"/>
              </w:rPr>
              <w:t>预备1</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63000313130</w:t>
            </w:r>
          </w:p>
        </w:tc>
        <w:tc>
          <w:tcPr>
            <w:tcW w:type="dxa" w:w="1727"/>
          </w:tcPr>
          <w:p>
            <w:pPr>
              <w:spacing w:after="20" w:before="20"/>
            </w:pPr>
            <w:r/>
            <w:r>
              <w:rPr>
                <w:rFonts w:ascii="Times New Roman" w:hAnsi="Times New Roman" w:eastAsia="宋体"/>
                <w:b w:val="0"/>
                <w:sz w:val="21"/>
              </w:rPr>
              <w:t>本硕博预备2</w:t>
            </w:r>
          </w:p>
        </w:tc>
        <w:tc>
          <w:tcPr>
            <w:tcW w:type="dxa" w:w="1727"/>
          </w:tcPr>
          <w:p>
            <w:pPr>
              <w:spacing w:after="20" w:before="20"/>
            </w:pPr>
            <w:r/>
            <w:r>
              <w:rPr>
                <w:rFonts w:ascii="Times New Roman" w:hAnsi="Times New Roman" w:eastAsia="宋体"/>
                <w:b w:val="0"/>
                <w:sz w:val="21"/>
              </w:rPr>
              <w:t>本硕博预备64000318160</w:t>
            </w:r>
          </w:p>
        </w:tc>
      </w:tr>
      <w:tr>
        <w:tc>
          <w:tcPr>
            <w:tcW w:type="dxa" w:w="1727"/>
          </w:tcPr>
          <w:p>
            <w:pPr>
              <w:spacing w:after="20" w:before="20"/>
            </w:pPr>
            <w:r/>
            <w:r>
              <w:rPr>
                <w:rFonts w:ascii="Times New Roman" w:hAnsi="Times New Roman" w:eastAsia="宋体"/>
                <w:b w:val="0"/>
                <w:sz w:val="21"/>
              </w:rPr>
              <w:t>预备3</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650003</w:t>
            </w:r>
          </w:p>
        </w:tc>
        <w:tc>
          <w:tcPr>
            <w:tcW w:type="dxa" w:w="1727"/>
          </w:tcPr>
          <w:p>
            <w:pPr>
              <w:spacing w:after="20" w:before="20"/>
            </w:pPr>
            <w:r/>
            <w:r>
              <w:rPr>
                <w:rFonts w:ascii="Times New Roman" w:hAnsi="Times New Roman" w:eastAsia="宋体"/>
                <w:b w:val="0"/>
                <w:sz w:val="21"/>
              </w:rPr>
            </w:r>
          </w:p>
        </w:tc>
        <w:tc>
          <w:tcPr>
            <w:tcW w:type="dxa" w:w="1727"/>
          </w:tcPr>
          <w:p>
            <w:pPr>
              <w:spacing w:after="20" w:before="20"/>
            </w:pPr>
            <w:r/>
            <w:r>
              <w:rPr>
                <w:rFonts w:ascii="Times New Roman" w:hAnsi="Times New Roman" w:eastAsia="宋体"/>
                <w:b w:val="0"/>
                <w:sz w:val="21"/>
              </w:rPr>
            </w:r>
          </w:p>
        </w:tc>
      </w:tr>
    </w:tbl>
    <w:p>
      <w:pPr>
        <w:spacing w:before="160" w:after="80" w:lineRule="auto" w:line="360"/>
        <w:jc w:val="left"/>
      </w:pPr>
      <w:r>
        <w:rPr>
          <w:rFonts w:ascii="Times New Roman" w:hAnsi="Times New Roman" w:eastAsia="宋体"/>
          <w:b/>
          <w:sz w:val="28"/>
        </w:rPr>
        <w:t>九、说明</w:t>
      </w:r>
    </w:p>
    <w:p>
      <w:pPr>
        <w:spacing w:after="80" w:lineRule="auto" w:line="360"/>
        <w:ind w:firstLine="482"/>
        <w:jc w:val="both"/>
      </w:pPr>
      <w:r>
        <w:rPr>
          <w:rFonts w:ascii="Times New Roman" w:hAnsi="Times New Roman" w:eastAsia="宋体"/>
          <w:b w:val="0"/>
          <w:sz w:val="24"/>
        </w:rPr>
        <w:t>1. 原文未给出明确的表头结构，上述表格按原文连续字段拆分整理，部分字段对应关系存在歧义。</w:t>
      </w:r>
    </w:p>
    <w:p>
      <w:pPr>
        <w:spacing w:after="80" w:lineRule="auto" w:line="360"/>
        <w:ind w:firstLine="482"/>
        <w:jc w:val="both"/>
      </w:pPr>
      <w:r>
        <w:rPr>
          <w:rFonts w:ascii="Times New Roman" w:hAnsi="Times New Roman" w:eastAsia="宋体"/>
          <w:b w:val="0"/>
          <w:sz w:val="24"/>
        </w:rPr>
        <w:t>2. 原文未提供排名或评分方式。</w:t>
      </w:r>
    </w:p>
    <w:p>
      <w:pPr>
        <w:spacing w:after="80" w:lineRule="auto" w:line="360"/>
        <w:ind w:firstLine="482"/>
        <w:jc w:val="both"/>
      </w:pPr>
      <w:r>
        <w:rPr>
          <w:rFonts w:ascii="Times New Roman" w:hAnsi="Times New Roman" w:eastAsia="宋体"/>
          <w:b w:val="0"/>
          <w:sz w:val="24"/>
        </w:rPr>
        <w:t>3. 原文未提供公示期。</w:t>
      </w:r>
    </w:p>
    <w:p>
      <w:pPr>
        <w:spacing w:after="80" w:lineRule="auto" w:line="360"/>
        <w:ind w:firstLine="482"/>
        <w:jc w:val="both"/>
      </w:pPr>
      <w:r>
        <w:rPr>
          <w:rFonts w:ascii="Times New Roman" w:hAnsi="Times New Roman" w:eastAsia="宋体"/>
          <w:b w:val="0"/>
          <w:sz w:val="24"/>
        </w:rPr>
        <w:t>4. 原文未提供图片。</w:t>
      </w:r>
    </w:p>
    <w:p>
      <w:pPr>
        <w:spacing w:before="160" w:after="80" w:lineRule="auto" w:line="360"/>
        <w:jc w:val="left"/>
      </w:pPr>
      <w:r>
        <w:rPr>
          <w:rFonts w:ascii="Times New Roman" w:hAnsi="Times New Roman" w:eastAsia="宋体"/>
          <w:b/>
          <w:sz w:val="28"/>
        </w:rPr>
        <w:t>十、名单概况</w:t>
      </w:r>
    </w:p>
    <w:p>
      <w:pPr>
        <w:spacing w:after="80" w:lineRule="auto" w:line="360"/>
        <w:ind w:firstLine="482"/>
        <w:jc w:val="both"/>
      </w:pPr>
      <w:r>
        <w:rPr>
          <w:rFonts w:ascii="Times New Roman" w:hAnsi="Times New Roman" w:eastAsia="宋体"/>
          <w:b w:val="0"/>
          <w:sz w:val="24"/>
        </w:rPr>
        <w:t>本段为推免（保研）拟录取/预备名单数据，涉及专业包括自动化、本硕博等类别，共记录 16 条数据。</w:t>
      </w:r>
    </w:p>
    <w:p>
      <w:pPr>
        <w:spacing w:before="160" w:after="80" w:lineRule="auto" w:line="360"/>
        <w:jc w:val="left"/>
      </w:pPr>
      <w:r>
        <w:rPr>
          <w:rFonts w:ascii="Times New Roman" w:hAnsi="Times New Roman" w:eastAsia="宋体"/>
          <w:b/>
          <w:sz w:val="28"/>
        </w:rPr>
        <w:t>九、明细数据</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专业/类别</w:t>
            </w:r>
          </w:p>
        </w:tc>
        <w:tc>
          <w:tcPr>
            <w:tcW w:type="dxa" w:w="2158"/>
          </w:tcPr>
          <w:p>
            <w:pPr>
              <w:spacing w:after="20" w:before="20"/>
            </w:pPr>
            <w:r/>
            <w:r>
              <w:rPr>
                <w:rFonts w:ascii="Times New Roman" w:hAnsi="Times New Roman" w:eastAsia="宋体"/>
                <w:b/>
                <w:sz w:val="21"/>
              </w:rPr>
              <w:t>人数</w:t>
            </w:r>
          </w:p>
        </w:tc>
        <w:tc>
          <w:tcPr>
            <w:tcW w:type="dxa" w:w="2158"/>
          </w:tcPr>
          <w:p>
            <w:pPr>
              <w:spacing w:after="20" w:before="20"/>
            </w:pPr>
            <w:r/>
            <w:r>
              <w:rPr>
                <w:rFonts w:ascii="Times New Roman" w:hAnsi="Times New Roman" w:eastAsia="宋体"/>
                <w:b/>
                <w:sz w:val="21"/>
              </w:rPr>
              <w:t>备注</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普通预备</w:t>
            </w:r>
          </w:p>
        </w:tc>
        <w:tc>
          <w:tcPr>
            <w:tcW w:type="dxa" w:w="2158"/>
          </w:tcPr>
          <w:p>
            <w:pPr>
              <w:spacing w:after="20" w:before="20"/>
            </w:pPr>
            <w:r/>
            <w:r>
              <w:rPr>
                <w:rFonts w:ascii="Times New Roman" w:hAnsi="Times New Roman" w:eastAsia="宋体"/>
                <w:b w:val="0"/>
                <w:sz w:val="21"/>
              </w:rPr>
              <w:t>54000312100</w:t>
            </w:r>
          </w:p>
        </w:tc>
        <w:tc>
          <w:tcPr>
            <w:tcW w:type="dxa" w:w="2158"/>
          </w:tcPr>
          <w:p>
            <w:pPr>
              <w:spacing w:after="20" w:before="20"/>
            </w:pPr>
            <w:r/>
            <w:r>
              <w:rPr>
                <w:rFonts w:ascii="Times New Roman" w:hAnsi="Times New Roman" w:eastAsia="宋体"/>
                <w:b w:val="0"/>
                <w:sz w:val="21"/>
              </w:rPr>
              <w:t>本硕博5</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60000330190</w:t>
            </w:r>
          </w:p>
        </w:tc>
        <w:tc>
          <w:tcPr>
            <w:tcW w:type="dxa" w:w="2158"/>
          </w:tcPr>
          <w:p>
            <w:pPr>
              <w:spacing w:after="20" w:before="20"/>
            </w:pPr>
            <w:r/>
            <w:r>
              <w:rPr>
                <w:rFonts w:ascii="Times New Roman" w:hAnsi="Times New Roman" w:eastAsia="宋体"/>
                <w:b w:val="0"/>
                <w:sz w:val="21"/>
              </w:rPr>
              <w:t>自动化预备4</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普通预备</w:t>
            </w:r>
          </w:p>
        </w:tc>
        <w:tc>
          <w:tcPr>
            <w:tcW w:type="dxa" w:w="2158"/>
          </w:tcPr>
          <w:p>
            <w:pPr>
              <w:spacing w:after="20" w:before="20"/>
            </w:pPr>
            <w:r/>
            <w:r>
              <w:rPr>
                <w:rFonts w:ascii="Times New Roman" w:hAnsi="Times New Roman" w:eastAsia="宋体"/>
                <w:b w:val="0"/>
                <w:sz w:val="21"/>
              </w:rPr>
              <w:t>55000321190</w:t>
            </w:r>
          </w:p>
        </w:tc>
        <w:tc>
          <w:tcPr>
            <w:tcW w:type="dxa" w:w="2158"/>
          </w:tcPr>
          <w:p>
            <w:pPr>
              <w:spacing w:after="20" w:before="20"/>
            </w:pPr>
            <w:r/>
            <w:r>
              <w:rPr>
                <w:rFonts w:ascii="Times New Roman" w:hAnsi="Times New Roman" w:eastAsia="宋体"/>
                <w:b w:val="0"/>
                <w:sz w:val="21"/>
              </w:rPr>
              <w:t>本硕博6</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610003630</w:t>
            </w:r>
          </w:p>
        </w:tc>
        <w:tc>
          <w:tcPr>
            <w:tcW w:type="dxa" w:w="2158"/>
          </w:tcPr>
          <w:p>
            <w:pPr>
              <w:spacing w:after="20" w:before="20"/>
            </w:pPr>
            <w:r/>
            <w:r>
              <w:rPr>
                <w:rFonts w:ascii="Times New Roman" w:hAnsi="Times New Roman" w:eastAsia="宋体"/>
                <w:b w:val="0"/>
                <w:sz w:val="21"/>
              </w:rPr>
              <w:t>本硕博1</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560003320</w:t>
            </w:r>
          </w:p>
        </w:tc>
        <w:tc>
          <w:tcPr>
            <w:tcW w:type="dxa" w:w="2158"/>
          </w:tcPr>
          <w:p>
            <w:pPr>
              <w:spacing w:after="20" w:before="20"/>
            </w:pPr>
            <w:r/>
            <w:r>
              <w:rPr>
                <w:rFonts w:ascii="Times New Roman" w:hAnsi="Times New Roman" w:eastAsia="宋体"/>
                <w:b w:val="0"/>
                <w:sz w:val="21"/>
              </w:rPr>
              <w:t>本硕博2</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57000313130</w:t>
            </w:r>
          </w:p>
        </w:tc>
        <w:tc>
          <w:tcPr>
            <w:tcW w:type="dxa" w:w="2158"/>
          </w:tcPr>
          <w:p>
            <w:pPr>
              <w:spacing w:after="20" w:before="20"/>
            </w:pPr>
            <w:r/>
            <w:r>
              <w:rPr>
                <w:rFonts w:ascii="Times New Roman" w:hAnsi="Times New Roman" w:eastAsia="宋体"/>
                <w:b w:val="0"/>
                <w:sz w:val="21"/>
              </w:rPr>
              <w:t>本硕博预备2</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本硕博预备</w:t>
            </w:r>
          </w:p>
        </w:tc>
        <w:tc>
          <w:tcPr>
            <w:tcW w:type="dxa" w:w="2158"/>
          </w:tcPr>
          <w:p>
            <w:pPr>
              <w:spacing w:after="20" w:before="20"/>
            </w:pPr>
            <w:r/>
            <w:r>
              <w:rPr>
                <w:rFonts w:ascii="Times New Roman" w:hAnsi="Times New Roman" w:eastAsia="宋体"/>
                <w:b w:val="0"/>
                <w:sz w:val="21"/>
              </w:rPr>
              <w:t>64000319120</w:t>
            </w:r>
          </w:p>
        </w:tc>
        <w:tc>
          <w:tcPr>
            <w:tcW w:type="dxa" w:w="2158"/>
          </w:tcPr>
          <w:p>
            <w:pPr>
              <w:spacing w:after="20" w:before="20"/>
            </w:pPr>
            <w:r/>
            <w:r>
              <w:rPr>
                <w:rFonts w:ascii="Times New Roman" w:hAnsi="Times New Roman" w:eastAsia="宋体"/>
                <w:b w:val="0"/>
                <w:sz w:val="21"/>
              </w:rPr>
              <w:t>本硕博3</w:t>
            </w:r>
          </w:p>
        </w:tc>
      </w:tr>
      <w:tr>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58000318160</w:t>
            </w:r>
          </w:p>
        </w:tc>
        <w:tc>
          <w:tcPr>
            <w:tcW w:type="dxa" w:w="2158"/>
          </w:tcPr>
          <w:p>
            <w:pPr>
              <w:spacing w:after="20" w:before="20"/>
            </w:pPr>
            <w:r/>
            <w:r>
              <w:rPr>
                <w:rFonts w:ascii="Times New Roman" w:hAnsi="Times New Roman" w:eastAsia="宋体"/>
                <w:b w:val="0"/>
                <w:sz w:val="21"/>
              </w:rPr>
              <w:t>本硕博预备3</w:t>
            </w:r>
          </w:p>
        </w:tc>
      </w:tr>
      <w:tr>
        <w:tc>
          <w:tcPr>
            <w:tcW w:type="dxa" w:w="2158"/>
          </w:tcPr>
          <w:p>
            <w:pPr>
              <w:spacing w:after="20" w:before="20"/>
            </w:pPr>
            <w:r/>
            <w:r>
              <w:rPr>
                <w:rFonts w:ascii="Times New Roman" w:hAnsi="Times New Roman" w:eastAsia="宋体"/>
                <w:b w:val="0"/>
                <w:sz w:val="21"/>
              </w:rPr>
              <w:t>9</w:t>
            </w:r>
          </w:p>
        </w:tc>
        <w:tc>
          <w:tcPr>
            <w:tcW w:type="dxa" w:w="2158"/>
          </w:tcPr>
          <w:p>
            <w:pPr>
              <w:spacing w:after="20" w:before="20"/>
            </w:pPr>
            <w:r/>
            <w:r>
              <w:rPr>
                <w:rFonts w:ascii="Times New Roman" w:hAnsi="Times New Roman" w:eastAsia="宋体"/>
                <w:b w:val="0"/>
                <w:sz w:val="21"/>
              </w:rPr>
              <w:t>本硕博预备</w:t>
            </w:r>
          </w:p>
        </w:tc>
        <w:tc>
          <w:tcPr>
            <w:tcW w:type="dxa" w:w="2158"/>
          </w:tcPr>
          <w:p>
            <w:pPr>
              <w:spacing w:after="20" w:before="20"/>
            </w:pPr>
            <w:r/>
            <w:r>
              <w:rPr>
                <w:rFonts w:ascii="Times New Roman" w:hAnsi="Times New Roman" w:eastAsia="宋体"/>
                <w:b w:val="0"/>
                <w:sz w:val="21"/>
              </w:rPr>
              <w:t>650003770</w:t>
            </w:r>
          </w:p>
        </w:tc>
        <w:tc>
          <w:tcPr>
            <w:tcW w:type="dxa" w:w="2158"/>
          </w:tcPr>
          <w:p>
            <w:pPr>
              <w:spacing w:after="20" w:before="20"/>
            </w:pPr>
            <w:r/>
            <w:r>
              <w:rPr>
                <w:rFonts w:ascii="Times New Roman" w:hAnsi="Times New Roman" w:eastAsia="宋体"/>
                <w:b w:val="0"/>
                <w:sz w:val="21"/>
              </w:rPr>
              <w:t>本硕博4</w:t>
            </w:r>
          </w:p>
        </w:tc>
      </w:tr>
      <w:tr>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59000312100</w:t>
            </w:r>
          </w:p>
        </w:tc>
        <w:tc>
          <w:tcPr>
            <w:tcW w:type="dxa" w:w="2158"/>
          </w:tcPr>
          <w:p>
            <w:pPr>
              <w:spacing w:after="20" w:before="20"/>
            </w:pPr>
            <w:r/>
            <w:r>
              <w:rPr>
                <w:rFonts w:ascii="Times New Roman" w:hAnsi="Times New Roman" w:eastAsia="宋体"/>
                <w:b w:val="0"/>
                <w:sz w:val="21"/>
              </w:rPr>
              <w:t>本硕博5</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60000321190</w:t>
            </w:r>
          </w:p>
        </w:tc>
        <w:tc>
          <w:tcPr>
            <w:tcW w:type="dxa" w:w="2158"/>
          </w:tcPr>
          <w:p>
            <w:pPr>
              <w:spacing w:after="20" w:before="20"/>
            </w:pPr>
            <w:r/>
            <w:r>
              <w:rPr>
                <w:rFonts w:ascii="Times New Roman" w:hAnsi="Times New Roman" w:eastAsia="宋体"/>
                <w:b w:val="0"/>
                <w:sz w:val="21"/>
              </w:rPr>
              <w:t>本硕博6</w:t>
            </w:r>
          </w:p>
        </w:tc>
      </w:tr>
      <w:tr>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61000320130</w:t>
            </w:r>
          </w:p>
        </w:tc>
        <w:tc>
          <w:tcPr>
            <w:tcW w:type="dxa" w:w="2158"/>
          </w:tcPr>
          <w:p>
            <w:pPr>
              <w:spacing w:after="20" w:before="20"/>
            </w:pPr>
            <w:r/>
            <w:r>
              <w:rPr>
                <w:rFonts w:ascii="Times New Roman" w:hAnsi="Times New Roman" w:eastAsia="宋体"/>
                <w:b w:val="0"/>
                <w:sz w:val="21"/>
              </w:rPr>
              <w:t>本硕博7</w:t>
            </w:r>
          </w:p>
        </w:tc>
      </w:tr>
      <w:tr>
        <w:tc>
          <w:tcPr>
            <w:tcW w:type="dxa" w:w="2158"/>
          </w:tcPr>
          <w:p>
            <w:pPr>
              <w:spacing w:after="20" w:before="20"/>
            </w:pPr>
            <w:r/>
            <w:r>
              <w:rPr>
                <w:rFonts w:ascii="Times New Roman" w:hAnsi="Times New Roman" w:eastAsia="宋体"/>
                <w:b w:val="0"/>
                <w:sz w:val="21"/>
              </w:rPr>
              <w:t>13</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62000325230</w:t>
            </w:r>
          </w:p>
        </w:tc>
        <w:tc>
          <w:tcPr>
            <w:tcW w:type="dxa" w:w="2158"/>
          </w:tcPr>
          <w:p>
            <w:pPr>
              <w:spacing w:after="20" w:before="20"/>
            </w:pPr>
            <w:r/>
            <w:r>
              <w:rPr>
                <w:rFonts w:ascii="Times New Roman" w:hAnsi="Times New Roman" w:eastAsia="宋体"/>
                <w:b w:val="0"/>
                <w:sz w:val="21"/>
              </w:rPr>
              <w:t>本硕博预备1</w:t>
            </w:r>
          </w:p>
        </w:tc>
      </w:tr>
      <w:tr>
        <w:tc>
          <w:tcPr>
            <w:tcW w:type="dxa" w:w="2158"/>
          </w:tcPr>
          <w:p>
            <w:pPr>
              <w:spacing w:after="20" w:before="20"/>
            </w:pPr>
            <w:r/>
            <w:r>
              <w:rPr>
                <w:rFonts w:ascii="Times New Roman" w:hAnsi="Times New Roman" w:eastAsia="宋体"/>
                <w:b w:val="0"/>
                <w:sz w:val="21"/>
              </w:rPr>
              <w:t>14</w:t>
            </w:r>
          </w:p>
        </w:tc>
        <w:tc>
          <w:tcPr>
            <w:tcW w:type="dxa" w:w="2158"/>
          </w:tcPr>
          <w:p>
            <w:pPr>
              <w:spacing w:after="20" w:before="20"/>
            </w:pPr>
            <w:r/>
            <w:r>
              <w:rPr>
                <w:rFonts w:ascii="Times New Roman" w:hAnsi="Times New Roman" w:eastAsia="宋体"/>
                <w:b w:val="0"/>
                <w:sz w:val="21"/>
              </w:rPr>
              <w:t>本硕博预备</w:t>
            </w:r>
          </w:p>
        </w:tc>
        <w:tc>
          <w:tcPr>
            <w:tcW w:type="dxa" w:w="2158"/>
          </w:tcPr>
          <w:p>
            <w:pPr>
              <w:spacing w:after="20" w:before="20"/>
            </w:pPr>
            <w:r/>
            <w:r>
              <w:rPr>
                <w:rFonts w:ascii="Times New Roman" w:hAnsi="Times New Roman" w:eastAsia="宋体"/>
                <w:b w:val="0"/>
                <w:sz w:val="21"/>
              </w:rPr>
              <w:t>63000313130</w:t>
            </w:r>
          </w:p>
        </w:tc>
        <w:tc>
          <w:tcPr>
            <w:tcW w:type="dxa" w:w="2158"/>
          </w:tcPr>
          <w:p>
            <w:pPr>
              <w:spacing w:after="20" w:before="20"/>
            </w:pPr>
            <w:r/>
            <w:r>
              <w:rPr>
                <w:rFonts w:ascii="Times New Roman" w:hAnsi="Times New Roman" w:eastAsia="宋体"/>
                <w:b w:val="0"/>
                <w:sz w:val="21"/>
              </w:rPr>
              <w:t>本硕博预备2</w:t>
            </w:r>
          </w:p>
        </w:tc>
      </w:tr>
      <w:tr>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本硕博预备</w:t>
            </w:r>
          </w:p>
        </w:tc>
        <w:tc>
          <w:tcPr>
            <w:tcW w:type="dxa" w:w="2158"/>
          </w:tcPr>
          <w:p>
            <w:pPr>
              <w:spacing w:after="20" w:before="20"/>
            </w:pPr>
            <w:r/>
            <w:r>
              <w:rPr>
                <w:rFonts w:ascii="Times New Roman" w:hAnsi="Times New Roman" w:eastAsia="宋体"/>
                <w:b w:val="0"/>
                <w:sz w:val="21"/>
              </w:rPr>
              <w:t>64000318160</w:t>
            </w:r>
          </w:p>
        </w:tc>
        <w:tc>
          <w:tcPr>
            <w:tcW w:type="dxa" w:w="2158"/>
          </w:tcPr>
          <w:p>
            <w:pPr>
              <w:spacing w:after="20" w:before="20"/>
            </w:pPr>
            <w:r/>
            <w:r>
              <w:rPr>
                <w:rFonts w:ascii="Times New Roman" w:hAnsi="Times New Roman" w:eastAsia="宋体"/>
                <w:b w:val="0"/>
                <w:sz w:val="21"/>
              </w:rPr>
              <w:t>本硕博预备3</w:t>
            </w:r>
          </w:p>
        </w:tc>
      </w:tr>
      <w:tr>
        <w:tc>
          <w:tcPr>
            <w:tcW w:type="dxa" w:w="2158"/>
          </w:tcPr>
          <w:p>
            <w:pPr>
              <w:spacing w:after="20" w:before="20"/>
            </w:pPr>
            <w:r/>
            <w:r>
              <w:rPr>
                <w:rFonts w:ascii="Times New Roman" w:hAnsi="Times New Roman" w:eastAsia="宋体"/>
                <w:b w:val="0"/>
                <w:sz w:val="21"/>
              </w:rPr>
              <w:t>16</w:t>
            </w:r>
          </w:p>
        </w:tc>
        <w:tc>
          <w:tcPr>
            <w:tcW w:type="dxa" w:w="2158"/>
          </w:tcPr>
          <w:p>
            <w:pPr>
              <w:spacing w:after="20" w:before="20"/>
            </w:pPr>
            <w:r/>
            <w:r>
              <w:rPr>
                <w:rFonts w:ascii="Times New Roman" w:hAnsi="Times New Roman" w:eastAsia="宋体"/>
                <w:b w:val="0"/>
                <w:sz w:val="21"/>
              </w:rPr>
              <w:t>本硕博预备</w:t>
            </w:r>
          </w:p>
        </w:tc>
        <w:tc>
          <w:tcPr>
            <w:tcW w:type="dxa" w:w="2158"/>
          </w:tcPr>
          <w:p>
            <w:pPr>
              <w:spacing w:after="20" w:before="20"/>
            </w:pPr>
            <w:r/>
            <w:r>
              <w:rPr>
                <w:rFonts w:ascii="Times New Roman" w:hAnsi="Times New Roman" w:eastAsia="宋体"/>
                <w:b w:val="0"/>
                <w:sz w:val="21"/>
              </w:rPr>
              <w:t>650003</w:t>
            </w:r>
          </w:p>
        </w:tc>
        <w:tc>
          <w:tcPr>
            <w:tcW w:type="dxa" w:w="2158"/>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三、说明</w:t>
      </w:r>
    </w:p>
    <w:p>
      <w:pPr>
        <w:spacing w:after="80" w:lineRule="auto" w:line="360"/>
        <w:ind w:firstLine="482"/>
        <w:jc w:val="both"/>
      </w:pPr>
      <w:r>
        <w:rPr>
          <w:rFonts w:ascii="Times New Roman" w:hAnsi="Times New Roman" w:eastAsia="宋体"/>
          <w:b w:val="0"/>
          <w:sz w:val="24"/>
        </w:rPr>
        <w:t>1. 上述数据中“人数”列数值与“备注”列内容存在交叉重复，原文未提供明确的排名或评分方式。</w:t>
      </w:r>
    </w:p>
    <w:p>
      <w:pPr>
        <w:spacing w:after="80" w:lineRule="auto" w:line="360"/>
        <w:ind w:firstLine="482"/>
        <w:jc w:val="both"/>
      </w:pPr>
      <w:r>
        <w:rPr>
          <w:rFonts w:ascii="Times New Roman" w:hAnsi="Times New Roman" w:eastAsia="宋体"/>
          <w:b w:val="0"/>
          <w:sz w:val="24"/>
        </w:rPr>
        <w:t>2. 原文未提供公示期信息。</w:t>
      </w:r>
    </w:p>
    <w:p>
      <w:pPr>
        <w:spacing w:after="80" w:lineRule="auto" w:line="360"/>
        <w:ind w:firstLine="482"/>
        <w:jc w:val="both"/>
      </w:pPr>
      <w:r>
        <w:rPr>
          <w:rFonts w:ascii="Times New Roman" w:hAnsi="Times New Roman" w:eastAsia="宋体"/>
          <w:b w:val="0"/>
          <w:sz w:val="24"/>
        </w:rPr>
        <w:t>3. 原文未提供图片内容。</w:t>
      </w:r>
    </w:p>
    <w:p>
      <w:pPr>
        <w:spacing w:after="80" w:lineRule="auto" w:line="360"/>
        <w:ind w:firstLine="482"/>
        <w:jc w:val="both"/>
      </w:pPr>
      <w:r>
        <w:rPr>
          <w:rFonts w:ascii="Times New Roman" w:hAnsi="Times New Roman" w:eastAsia="宋体"/>
          <w:b w:val="0"/>
          <w:sz w:val="24"/>
        </w:rPr>
        <w:t>本段内容为名单类信息，涉及推免（保研）相关学生名单，包含人数、专业/学院明细、排名/评分方式及公示期等信息。具体如下：</w:t>
      </w:r>
    </w:p>
    <w:p>
      <w:pPr>
        <w:spacing w:before="160" w:after="80" w:lineRule="auto" w:line="360"/>
        <w:jc w:val="left"/>
      </w:pPr>
      <w:r>
        <w:rPr>
          <w:rFonts w:ascii="Times New Roman" w:hAnsi="Times New Roman" w:eastAsia="宋体"/>
          <w:b/>
          <w:sz w:val="28"/>
        </w:rPr>
        <w:t>十、名单明细</w:t>
      </w:r>
    </w:p>
    <w:p>
      <w:pPr>
        <w:spacing w:after="80" w:lineRule="auto" w:line="360"/>
        <w:ind w:firstLine="482"/>
        <w:jc w:val="both"/>
      </w:pPr>
      <w:r>
        <w:rPr>
          <w:rFonts w:ascii="Times New Roman" w:hAnsi="Times New Roman" w:eastAsia="宋体"/>
          <w:b w:val="0"/>
          <w:sz w:val="24"/>
        </w:rPr>
        <w:t>1. 本硕博类</w:t>
      </w:r>
    </w:p>
    <w:p>
      <w:pPr>
        <w:spacing w:after="80" w:lineRule="auto" w:line="360"/>
        <w:ind w:firstLine="482"/>
        <w:jc w:val="both"/>
      </w:pPr>
      <w:r>
        <w:rPr>
          <w:rFonts w:ascii="Times New Roman" w:hAnsi="Times New Roman" w:eastAsia="宋体"/>
          <w:b w:val="0"/>
          <w:sz w:val="24"/>
        </w:rPr>
        <w:t xml:space="preserve">   - 本硕博1：1人</w:t>
      </w:r>
    </w:p>
    <w:p>
      <w:pPr>
        <w:spacing w:after="80" w:lineRule="auto" w:line="360"/>
        <w:ind w:firstLine="482"/>
        <w:jc w:val="both"/>
      </w:pPr>
      <w:r>
        <w:rPr>
          <w:rFonts w:ascii="Times New Roman" w:hAnsi="Times New Roman" w:eastAsia="宋体"/>
          <w:b w:val="0"/>
          <w:sz w:val="24"/>
        </w:rPr>
        <w:t xml:space="preserve">   - 本硕博2：1人</w:t>
      </w:r>
    </w:p>
    <w:p>
      <w:pPr>
        <w:spacing w:after="80" w:lineRule="auto" w:line="360"/>
        <w:ind w:firstLine="482"/>
        <w:jc w:val="both"/>
      </w:pPr>
      <w:r>
        <w:rPr>
          <w:rFonts w:ascii="Times New Roman" w:hAnsi="Times New Roman" w:eastAsia="宋体"/>
          <w:b w:val="0"/>
          <w:sz w:val="24"/>
        </w:rPr>
        <w:t xml:space="preserve">   - 本硕博3：1人</w:t>
      </w:r>
    </w:p>
    <w:p>
      <w:pPr>
        <w:spacing w:after="80" w:lineRule="auto" w:line="360"/>
        <w:ind w:firstLine="482"/>
        <w:jc w:val="both"/>
      </w:pPr>
      <w:r>
        <w:rPr>
          <w:rFonts w:ascii="Times New Roman" w:hAnsi="Times New Roman" w:eastAsia="宋体"/>
          <w:b w:val="0"/>
          <w:sz w:val="24"/>
        </w:rPr>
        <w:t xml:space="preserve">   - 本硕博4：1人</w:t>
      </w:r>
    </w:p>
    <w:p>
      <w:pPr>
        <w:spacing w:after="80" w:lineRule="auto" w:line="360"/>
        <w:ind w:firstLine="482"/>
        <w:jc w:val="both"/>
      </w:pPr>
      <w:r>
        <w:rPr>
          <w:rFonts w:ascii="Times New Roman" w:hAnsi="Times New Roman" w:eastAsia="宋体"/>
          <w:b w:val="0"/>
          <w:sz w:val="24"/>
        </w:rPr>
        <w:t xml:space="preserve">   - 本硕博5：2人</w:t>
      </w:r>
    </w:p>
    <w:p>
      <w:pPr>
        <w:spacing w:after="80" w:lineRule="auto" w:line="360"/>
        <w:ind w:firstLine="482"/>
        <w:jc w:val="both"/>
      </w:pPr>
      <w:r>
        <w:rPr>
          <w:rFonts w:ascii="Times New Roman" w:hAnsi="Times New Roman" w:eastAsia="宋体"/>
          <w:b w:val="0"/>
          <w:sz w:val="24"/>
        </w:rPr>
        <w:t xml:space="preserve">   - 本硕博6：2人</w:t>
      </w:r>
    </w:p>
    <w:p>
      <w:pPr>
        <w:spacing w:after="80" w:lineRule="auto" w:line="360"/>
        <w:ind w:firstLine="482"/>
        <w:jc w:val="both"/>
      </w:pPr>
      <w:r>
        <w:rPr>
          <w:rFonts w:ascii="Times New Roman" w:hAnsi="Times New Roman" w:eastAsia="宋体"/>
          <w:b w:val="0"/>
          <w:sz w:val="24"/>
        </w:rPr>
        <w:t xml:space="preserve">   - 本硕博7：1人</w:t>
      </w:r>
    </w:p>
    <w:p>
      <w:pPr>
        <w:spacing w:after="80" w:lineRule="auto" w:line="360"/>
        <w:ind w:firstLine="482"/>
        <w:jc w:val="both"/>
      </w:pPr>
      <w:r>
        <w:rPr>
          <w:rFonts w:ascii="Times New Roman" w:hAnsi="Times New Roman" w:eastAsia="宋体"/>
          <w:b w:val="0"/>
          <w:sz w:val="24"/>
        </w:rPr>
        <w:t xml:space="preserve">   - 本硕博预备1：1人</w:t>
      </w:r>
    </w:p>
    <w:p>
      <w:pPr>
        <w:spacing w:after="80" w:lineRule="auto" w:line="360"/>
        <w:ind w:firstLine="482"/>
        <w:jc w:val="both"/>
      </w:pPr>
      <w:r>
        <w:rPr>
          <w:rFonts w:ascii="Times New Roman" w:hAnsi="Times New Roman" w:eastAsia="宋体"/>
          <w:b w:val="0"/>
          <w:sz w:val="24"/>
        </w:rPr>
        <w:t xml:space="preserve">   - 本硕博预备2：2人</w:t>
      </w:r>
    </w:p>
    <w:p>
      <w:pPr>
        <w:spacing w:after="80" w:lineRule="auto" w:line="360"/>
        <w:ind w:firstLine="482"/>
        <w:jc w:val="both"/>
      </w:pPr>
      <w:r>
        <w:rPr>
          <w:rFonts w:ascii="Times New Roman" w:hAnsi="Times New Roman" w:eastAsia="宋体"/>
          <w:b w:val="0"/>
          <w:sz w:val="24"/>
        </w:rPr>
        <w:t xml:space="preserve">   - 本硕博预备3：2人</w:t>
      </w:r>
    </w:p>
    <w:p>
      <w:pPr>
        <w:spacing w:after="80" w:lineRule="auto" w:line="360"/>
        <w:ind w:firstLine="482"/>
        <w:jc w:val="both"/>
      </w:pPr>
      <w:r>
        <w:rPr>
          <w:rFonts w:ascii="Times New Roman" w:hAnsi="Times New Roman" w:eastAsia="宋体"/>
          <w:b w:val="0"/>
          <w:sz w:val="24"/>
        </w:rPr>
        <w:t>2. 普通预备类</w:t>
      </w:r>
    </w:p>
    <w:p>
      <w:pPr>
        <w:spacing w:after="80" w:lineRule="auto" w:line="360"/>
        <w:ind w:firstLine="482"/>
        <w:jc w:val="both"/>
      </w:pPr>
      <w:r>
        <w:rPr>
          <w:rFonts w:ascii="Times New Roman" w:hAnsi="Times New Roman" w:eastAsia="宋体"/>
          <w:b w:val="0"/>
          <w:sz w:val="24"/>
        </w:rPr>
        <w:t xml:space="preserve">   - 普通预备：1人</w:t>
      </w:r>
    </w:p>
    <w:p>
      <w:pPr>
        <w:spacing w:after="80" w:lineRule="auto" w:line="360"/>
        <w:ind w:firstLine="482"/>
        <w:jc w:val="both"/>
      </w:pPr>
      <w:r>
        <w:rPr>
          <w:rFonts w:ascii="Times New Roman" w:hAnsi="Times New Roman" w:eastAsia="宋体"/>
          <w:b w:val="0"/>
          <w:sz w:val="24"/>
        </w:rPr>
        <w:t>3. 自动化类</w:t>
      </w:r>
    </w:p>
    <w:p>
      <w:pPr>
        <w:spacing w:after="80" w:lineRule="auto" w:line="360"/>
        <w:ind w:firstLine="482"/>
        <w:jc w:val="both"/>
      </w:pPr>
      <w:r>
        <w:rPr>
          <w:rFonts w:ascii="Times New Roman" w:hAnsi="Times New Roman" w:eastAsia="宋体"/>
          <w:b w:val="0"/>
          <w:sz w:val="24"/>
        </w:rPr>
        <w:t xml:space="preserve">   - 自动化预备：1人</w:t>
      </w:r>
    </w:p>
    <w:p>
      <w:pPr>
        <w:spacing w:before="160" w:after="80" w:lineRule="auto" w:line="360"/>
        <w:jc w:val="left"/>
      </w:pPr>
      <w:r>
        <w:rPr>
          <w:rFonts w:ascii="Times New Roman" w:hAnsi="Times New Roman" w:eastAsia="宋体"/>
          <w:b/>
          <w:sz w:val="28"/>
        </w:rPr>
        <w:t>九、专业/学院明细</w:t>
      </w:r>
    </w:p>
    <w:p>
      <w:pPr>
        <w:spacing w:after="80" w:lineRule="auto" w:line="360"/>
        <w:ind w:firstLine="482"/>
        <w:jc w:val="both"/>
      </w:pPr>
      <w:r>
        <w:rPr>
          <w:rFonts w:ascii="Times New Roman" w:hAnsi="Times New Roman" w:eastAsia="宋体"/>
          <w:b w:val="0"/>
          <w:sz w:val="24"/>
        </w:rPr>
        <w:t>1. 自动化专业：自动化预备1人。</w:t>
      </w:r>
    </w:p>
    <w:p>
      <w:pPr>
        <w:spacing w:after="80" w:lineRule="auto" w:line="360"/>
        <w:ind w:firstLine="482"/>
        <w:jc w:val="both"/>
      </w:pPr>
      <w:r>
        <w:rPr>
          <w:rFonts w:ascii="Times New Roman" w:hAnsi="Times New Roman" w:eastAsia="宋体"/>
          <w:b w:val="0"/>
          <w:sz w:val="24"/>
        </w:rPr>
        <w:t>2. 本硕博相关专业：本硕博1至本硕博7，以及本硕博预备1至本硕博预备3。</w:t>
      </w:r>
    </w:p>
    <w:p>
      <w:pPr>
        <w:spacing w:after="80" w:lineRule="auto" w:line="360"/>
        <w:ind w:firstLine="482"/>
        <w:jc w:val="both"/>
      </w:pPr>
      <w:r>
        <w:rPr>
          <w:rFonts w:ascii="Times New Roman" w:hAnsi="Times New Roman" w:eastAsia="宋体"/>
          <w:b w:val="0"/>
          <w:sz w:val="24"/>
        </w:rPr>
        <w:t>3. 普通预备：普通预备1人。</w:t>
      </w:r>
    </w:p>
    <w:p>
      <w:pPr>
        <w:spacing w:before="160" w:after="80" w:lineRule="auto" w:line="360"/>
        <w:jc w:val="left"/>
      </w:pPr>
      <w:r>
        <w:rPr>
          <w:rFonts w:ascii="Times New Roman" w:hAnsi="Times New Roman" w:eastAsia="宋体"/>
          <w:b/>
          <w:sz w:val="28"/>
        </w:rPr>
        <w:t>三、排名/评分方式</w:t>
      </w:r>
    </w:p>
    <w:p>
      <w:pPr>
        <w:spacing w:after="80" w:lineRule="auto" w:line="360"/>
        <w:ind w:firstLine="482"/>
        <w:jc w:val="both"/>
      </w:pPr>
      <w:r>
        <w:rPr>
          <w:rFonts w:ascii="Times New Roman" w:hAnsi="Times New Roman" w:eastAsia="宋体"/>
          <w:b w:val="0"/>
          <w:sz w:val="24"/>
        </w:rPr>
        <w:t>原文未提供排名或评分方式的具体说明。</w:t>
      </w:r>
    </w:p>
    <w:p>
      <w:pPr>
        <w:spacing w:before="160" w:after="80" w:lineRule="auto" w:line="360"/>
        <w:jc w:val="left"/>
      </w:pPr>
      <w:r>
        <w:rPr>
          <w:rFonts w:ascii="Times New Roman" w:hAnsi="Times New Roman" w:eastAsia="宋体"/>
          <w:b/>
          <w:sz w:val="28"/>
        </w:rPr>
        <w:t>四、公示期</w:t>
      </w:r>
    </w:p>
    <w:p>
      <w:pPr>
        <w:spacing w:after="80" w:lineRule="auto" w:line="360"/>
        <w:ind w:firstLine="482"/>
        <w:jc w:val="both"/>
      </w:pPr>
      <w:r>
        <w:rPr>
          <w:rFonts w:ascii="Times New Roman" w:hAnsi="Times New Roman" w:eastAsia="宋体"/>
          <w:b w:val="0"/>
          <w:sz w:val="24"/>
        </w:rPr>
        <w:t>原文未提供公示期信息。</w:t>
      </w:r>
    </w:p>
    <w:p>
      <w:pPr>
        <w:spacing w:before="160" w:after="80" w:lineRule="auto" w:line="360"/>
        <w:jc w:val="left"/>
      </w:pPr>
      <w:r>
        <w:rPr>
          <w:rFonts w:ascii="Times New Roman" w:hAnsi="Times New Roman" w:eastAsia="宋体"/>
          <w:b/>
          <w:sz w:val="28"/>
        </w:rPr>
        <w:t>五、量化数据汇总</w:t>
      </w:r>
    </w:p>
    <w:tbl>
      <w:tblPr>
        <w:tblStyle w:val="TableGrid"/>
        <w:tblW w:type="auto" w:w="0"/>
        <w:jc w:val="center"/>
        <w:tblLook w:firstColumn="1" w:firstRow="1" w:lastColumn="0" w:lastRow="0" w:noHBand="0" w:noVBand="1" w:val="04A0"/>
      </w:tblPr>
      <w:tblGrid>
        <w:gridCol w:w="4317"/>
        <w:gridCol w:w="4317"/>
      </w:tblGrid>
      <w:tr>
        <w:tc>
          <w:tcPr>
            <w:tcW w:type="dxa" w:w="4317"/>
          </w:tcPr>
          <w:p>
            <w:pPr>
              <w:spacing w:after="20" w:before="20"/>
            </w:pPr>
            <w:r/>
            <w:r>
              <w:rPr>
                <w:rFonts w:ascii="Times New Roman" w:hAnsi="Times New Roman" w:eastAsia="宋体"/>
                <w:b/>
                <w:sz w:val="21"/>
              </w:rPr>
              <w:t>类别</w:t>
            </w:r>
          </w:p>
        </w:tc>
        <w:tc>
          <w:tcPr>
            <w:tcW w:type="dxa" w:w="4317"/>
          </w:tcPr>
          <w:p>
            <w:pPr>
              <w:spacing w:after="20" w:before="20"/>
            </w:pPr>
            <w:r/>
            <w:r>
              <w:rPr>
                <w:rFonts w:ascii="Times New Roman" w:hAnsi="Times New Roman" w:eastAsia="宋体"/>
                <w:b/>
                <w:sz w:val="21"/>
              </w:rPr>
              <w:t>人数</w:t>
            </w:r>
          </w:p>
        </w:tc>
      </w:tr>
      <w:tr>
        <w:tc>
          <w:tcPr>
            <w:tcW w:type="dxa" w:w="4317"/>
          </w:tcPr>
          <w:p>
            <w:pPr>
              <w:spacing w:after="20" w:before="20"/>
            </w:pPr>
            <w:r/>
            <w:r>
              <w:rPr>
                <w:rFonts w:ascii="Times New Roman" w:hAnsi="Times New Roman" w:eastAsia="宋体"/>
                <w:b w:val="0"/>
                <w:sz w:val="21"/>
              </w:rPr>
              <w:t>本硕博1</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本硕博2</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本硕博3</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本硕博4</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本硕博5</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本硕博6</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本硕博7</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本硕博预备1</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本硕博预备2</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本硕博预备3</w:t>
            </w:r>
          </w:p>
        </w:tc>
        <w:tc>
          <w:tcPr>
            <w:tcW w:type="dxa" w:w="4317"/>
          </w:tcPr>
          <w:p>
            <w:pPr>
              <w:spacing w:after="20" w:before="20"/>
            </w:pPr>
            <w:r/>
            <w:r>
              <w:rPr>
                <w:rFonts w:ascii="Times New Roman" w:hAnsi="Times New Roman" w:eastAsia="宋体"/>
                <w:b w:val="0"/>
                <w:sz w:val="21"/>
              </w:rPr>
              <w:t>2</w:t>
            </w:r>
          </w:p>
        </w:tc>
      </w:tr>
      <w:tr>
        <w:tc>
          <w:tcPr>
            <w:tcW w:type="dxa" w:w="4317"/>
          </w:tcPr>
          <w:p>
            <w:pPr>
              <w:spacing w:after="20" w:before="20"/>
            </w:pPr>
            <w:r/>
            <w:r>
              <w:rPr>
                <w:rFonts w:ascii="Times New Roman" w:hAnsi="Times New Roman" w:eastAsia="宋体"/>
                <w:b w:val="0"/>
                <w:sz w:val="21"/>
              </w:rPr>
              <w:t>普通预备</w:t>
            </w:r>
          </w:p>
        </w:tc>
        <w:tc>
          <w:tcPr>
            <w:tcW w:type="dxa" w:w="4317"/>
          </w:tcPr>
          <w:p>
            <w:pPr>
              <w:spacing w:after="20" w:before="20"/>
            </w:pPr>
            <w:r/>
            <w:r>
              <w:rPr>
                <w:rFonts w:ascii="Times New Roman" w:hAnsi="Times New Roman" w:eastAsia="宋体"/>
                <w:b w:val="0"/>
                <w:sz w:val="21"/>
              </w:rPr>
              <w:t>1</w:t>
            </w:r>
          </w:p>
        </w:tc>
      </w:tr>
      <w:tr>
        <w:tc>
          <w:tcPr>
            <w:tcW w:type="dxa" w:w="4317"/>
          </w:tcPr>
          <w:p>
            <w:pPr>
              <w:spacing w:after="20" w:before="20"/>
            </w:pPr>
            <w:r/>
            <w:r>
              <w:rPr>
                <w:rFonts w:ascii="Times New Roman" w:hAnsi="Times New Roman" w:eastAsia="宋体"/>
                <w:b w:val="0"/>
                <w:sz w:val="21"/>
              </w:rPr>
              <w:t>自动化预备</w:t>
            </w:r>
          </w:p>
        </w:tc>
        <w:tc>
          <w:tcPr>
            <w:tcW w:type="dxa" w:w="4317"/>
          </w:tcPr>
          <w:p>
            <w:pPr>
              <w:spacing w:after="20" w:before="20"/>
            </w:pPr>
            <w:r/>
            <w:r>
              <w:rPr>
                <w:rFonts w:ascii="Times New Roman" w:hAnsi="Times New Roman" w:eastAsia="宋体"/>
                <w:b w:val="0"/>
                <w:sz w:val="21"/>
              </w:rPr>
              <w:t>1</w:t>
            </w:r>
          </w:p>
        </w:tc>
      </w:tr>
    </w:tbl>
    <w:p>
      <w:r>
        <w:rPr>
          <w:rFonts w:ascii="Times New Roman" w:hAnsi="Times New Roman" w:eastAsia="宋体"/>
          <w:b w:val="0"/>
          <w:color w:val="993333"/>
          <w:sz w:val="20"/>
        </w:rPr>
        <w:t>[图片：名单相关图片]</w:t>
      </w:r>
    </w:p>
    <w:p>
      <w:pPr>
        <w:spacing w:before="160" w:after="80" w:lineRule="auto" w:line="360"/>
        <w:jc w:val="left"/>
      </w:pPr>
      <w:r>
        <w:rPr>
          <w:rFonts w:ascii="Times New Roman" w:hAnsi="Times New Roman" w:eastAsia="宋体"/>
          <w:b/>
          <w:sz w:val="28"/>
        </w:rPr>
        <w:t>十、名单明细</w:t>
      </w:r>
    </w:p>
    <w:p>
      <w:pPr>
        <w:spacing w:after="80" w:lineRule="auto" w:line="360"/>
        <w:ind w:firstLine="482"/>
        <w:jc w:val="both"/>
      </w:pPr>
      <w:r>
        <w:rPr>
          <w:rFonts w:ascii="Times New Roman" w:hAnsi="Times New Roman" w:eastAsia="宋体"/>
          <w:b w:val="0"/>
          <w:sz w:val="24"/>
        </w:rPr>
        <w:t>本段为推免名单类信息，共涉及 16 条记录，包含学号、专业/培养类型、排名或序号等信息。明细如下：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学号</w:t>
            </w:r>
          </w:p>
        </w:tc>
        <w:tc>
          <w:tcPr>
            <w:tcW w:type="dxa" w:w="2878"/>
          </w:tcPr>
          <w:p>
            <w:pPr>
              <w:spacing w:after="20" w:before="20"/>
            </w:pPr>
            <w:r/>
            <w:r>
              <w:rPr>
                <w:rFonts w:ascii="Times New Roman" w:hAnsi="Times New Roman" w:eastAsia="宋体"/>
                <w:b/>
                <w:sz w:val="21"/>
              </w:rPr>
              <w:t>专业/培养类型</w:t>
            </w:r>
          </w:p>
        </w:tc>
        <w:tc>
          <w:tcPr>
            <w:tcW w:type="dxa" w:w="2878"/>
          </w:tcPr>
          <w:p>
            <w:pPr>
              <w:spacing w:after="20" w:before="20"/>
            </w:pPr>
            <w:r/>
            <w:r>
              <w:rPr>
                <w:rFonts w:ascii="Times New Roman" w:hAnsi="Times New Roman" w:eastAsia="宋体"/>
                <w:b/>
                <w:sz w:val="21"/>
              </w:rPr>
              <w:t>排名/序号</w:t>
            </w:r>
          </w:p>
        </w:tc>
      </w:tr>
      <w:tr>
        <w:tc>
          <w:tcPr>
            <w:tcW w:type="dxa" w:w="2878"/>
          </w:tcPr>
          <w:p>
            <w:pPr>
              <w:spacing w:after="20" w:before="20"/>
            </w:pPr>
            <w:r/>
            <w:r>
              <w:rPr>
                <w:rFonts w:ascii="Times New Roman" w:hAnsi="Times New Roman" w:eastAsia="宋体"/>
                <w:b w:val="0"/>
                <w:sz w:val="21"/>
              </w:rPr>
              <w:t>54000312100</w:t>
            </w:r>
          </w:p>
        </w:tc>
        <w:tc>
          <w:tcPr>
            <w:tcW w:type="dxa" w:w="2878"/>
          </w:tcPr>
          <w:p>
            <w:pPr>
              <w:spacing w:after="20" w:before="20"/>
            </w:pPr>
            <w:r/>
            <w:r>
              <w:rPr>
                <w:rFonts w:ascii="Times New Roman" w:hAnsi="Times New Roman" w:eastAsia="宋体"/>
                <w:b w:val="0"/>
                <w:sz w:val="21"/>
              </w:rPr>
              <w:t>本硕博</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60000330190</w:t>
            </w:r>
          </w:p>
        </w:tc>
        <w:tc>
          <w:tcPr>
            <w:tcW w:type="dxa" w:w="2878"/>
          </w:tcPr>
          <w:p>
            <w:pPr>
              <w:spacing w:after="20" w:before="20"/>
            </w:pPr>
            <w:r/>
            <w:r>
              <w:rPr>
                <w:rFonts w:ascii="Times New Roman" w:hAnsi="Times New Roman" w:eastAsia="宋体"/>
                <w:b w:val="0"/>
                <w:sz w:val="21"/>
              </w:rPr>
              <w:t>自动化预备</w:t>
            </w:r>
          </w:p>
        </w:tc>
        <w:tc>
          <w:tcPr>
            <w:tcW w:type="dxa" w:w="2878"/>
          </w:tcPr>
          <w:p>
            <w:pPr>
              <w:spacing w:after="20" w:before="20"/>
            </w:pPr>
            <w:r/>
            <w:r>
              <w:rPr>
                <w:rFonts w:ascii="Times New Roman" w:hAnsi="Times New Roman" w:eastAsia="宋体"/>
                <w:b w:val="0"/>
                <w:sz w:val="21"/>
              </w:rPr>
              <w:t>4</w:t>
            </w:r>
          </w:p>
        </w:tc>
      </w:tr>
      <w:tr>
        <w:tc>
          <w:tcPr>
            <w:tcW w:type="dxa" w:w="2878"/>
          </w:tcPr>
          <w:p>
            <w:pPr>
              <w:spacing w:after="20" w:before="20"/>
            </w:pPr>
            <w:r/>
            <w:r>
              <w:rPr>
                <w:rFonts w:ascii="Times New Roman" w:hAnsi="Times New Roman" w:eastAsia="宋体"/>
                <w:b w:val="0"/>
                <w:sz w:val="21"/>
              </w:rPr>
              <w:t>55000321190</w:t>
            </w:r>
          </w:p>
        </w:tc>
        <w:tc>
          <w:tcPr>
            <w:tcW w:type="dxa" w:w="2878"/>
          </w:tcPr>
          <w:p>
            <w:pPr>
              <w:spacing w:after="20" w:before="20"/>
            </w:pPr>
            <w:r/>
            <w:r>
              <w:rPr>
                <w:rFonts w:ascii="Times New Roman" w:hAnsi="Times New Roman" w:eastAsia="宋体"/>
                <w:b w:val="0"/>
                <w:sz w:val="21"/>
              </w:rPr>
              <w:t>本硕博</w:t>
            </w:r>
          </w:p>
        </w:tc>
        <w:tc>
          <w:tcPr>
            <w:tcW w:type="dxa" w:w="2878"/>
          </w:tcPr>
          <w:p>
            <w:pPr>
              <w:spacing w:after="20" w:before="20"/>
            </w:pPr>
            <w:r/>
            <w:r>
              <w:rPr>
                <w:rFonts w:ascii="Times New Roman" w:hAnsi="Times New Roman" w:eastAsia="宋体"/>
                <w:b w:val="0"/>
                <w:sz w:val="21"/>
              </w:rPr>
              <w:t>6</w:t>
            </w:r>
          </w:p>
        </w:tc>
      </w:tr>
      <w:tr>
        <w:tc>
          <w:tcPr>
            <w:tcW w:type="dxa" w:w="2878"/>
          </w:tcPr>
          <w:p>
            <w:pPr>
              <w:spacing w:after="20" w:before="20"/>
            </w:pPr>
            <w:r/>
            <w:r>
              <w:rPr>
                <w:rFonts w:ascii="Times New Roman" w:hAnsi="Times New Roman" w:eastAsia="宋体"/>
                <w:b w:val="0"/>
                <w:sz w:val="21"/>
              </w:rPr>
              <w:t>610003630</w:t>
            </w:r>
          </w:p>
        </w:tc>
        <w:tc>
          <w:tcPr>
            <w:tcW w:type="dxa" w:w="2878"/>
          </w:tcPr>
          <w:p>
            <w:pPr>
              <w:spacing w:after="20" w:before="20"/>
            </w:pPr>
            <w:r/>
            <w:r>
              <w:rPr>
                <w:rFonts w:ascii="Times New Roman" w:hAnsi="Times New Roman" w:eastAsia="宋体"/>
                <w:b w:val="0"/>
                <w:sz w:val="21"/>
              </w:rPr>
              <w:t>本硕博</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560003320</w:t>
            </w:r>
          </w:p>
        </w:tc>
        <w:tc>
          <w:tcPr>
            <w:tcW w:type="dxa" w:w="2878"/>
          </w:tcPr>
          <w:p>
            <w:pPr>
              <w:spacing w:after="20" w:before="20"/>
            </w:pPr>
            <w:r/>
            <w:r>
              <w:rPr>
                <w:rFonts w:ascii="Times New Roman" w:hAnsi="Times New Roman" w:eastAsia="宋体"/>
                <w:b w:val="0"/>
                <w:sz w:val="21"/>
              </w:rPr>
              <w:t>本硕博</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57000313130</w:t>
            </w:r>
          </w:p>
        </w:tc>
        <w:tc>
          <w:tcPr>
            <w:tcW w:type="dxa" w:w="2878"/>
          </w:tcPr>
          <w:p>
            <w:pPr>
              <w:spacing w:after="20" w:before="20"/>
            </w:pPr>
            <w:r/>
            <w:r>
              <w:rPr>
                <w:rFonts w:ascii="Times New Roman" w:hAnsi="Times New Roman" w:eastAsia="宋体"/>
                <w:b w:val="0"/>
                <w:sz w:val="21"/>
              </w:rPr>
              <w:t>本硕博预备</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64000319120</w:t>
            </w:r>
          </w:p>
        </w:tc>
        <w:tc>
          <w:tcPr>
            <w:tcW w:type="dxa" w:w="2878"/>
          </w:tcPr>
          <w:p>
            <w:pPr>
              <w:spacing w:after="20" w:before="20"/>
            </w:pPr>
            <w:r/>
            <w:r>
              <w:rPr>
                <w:rFonts w:ascii="Times New Roman" w:hAnsi="Times New Roman" w:eastAsia="宋体"/>
                <w:b w:val="0"/>
                <w:sz w:val="21"/>
              </w:rPr>
              <w:t>本硕博</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58000318160</w:t>
            </w:r>
          </w:p>
        </w:tc>
        <w:tc>
          <w:tcPr>
            <w:tcW w:type="dxa" w:w="2878"/>
          </w:tcPr>
          <w:p>
            <w:pPr>
              <w:spacing w:after="20" w:before="20"/>
            </w:pPr>
            <w:r/>
            <w:r>
              <w:rPr>
                <w:rFonts w:ascii="Times New Roman" w:hAnsi="Times New Roman" w:eastAsia="宋体"/>
                <w:b w:val="0"/>
                <w:sz w:val="21"/>
              </w:rPr>
              <w:t>本硕博预备</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650003770</w:t>
            </w:r>
          </w:p>
        </w:tc>
        <w:tc>
          <w:tcPr>
            <w:tcW w:type="dxa" w:w="2878"/>
          </w:tcPr>
          <w:p>
            <w:pPr>
              <w:spacing w:after="20" w:before="20"/>
            </w:pPr>
            <w:r/>
            <w:r>
              <w:rPr>
                <w:rFonts w:ascii="Times New Roman" w:hAnsi="Times New Roman" w:eastAsia="宋体"/>
                <w:b w:val="0"/>
                <w:sz w:val="21"/>
              </w:rPr>
              <w:t>本硕博</w:t>
            </w:r>
          </w:p>
        </w:tc>
        <w:tc>
          <w:tcPr>
            <w:tcW w:type="dxa" w:w="2878"/>
          </w:tcPr>
          <w:p>
            <w:pPr>
              <w:spacing w:after="20" w:before="20"/>
            </w:pPr>
            <w:r/>
            <w:r>
              <w:rPr>
                <w:rFonts w:ascii="Times New Roman" w:hAnsi="Times New Roman" w:eastAsia="宋体"/>
                <w:b w:val="0"/>
                <w:sz w:val="21"/>
              </w:rPr>
              <w:t>4</w:t>
            </w:r>
          </w:p>
        </w:tc>
      </w:tr>
      <w:tr>
        <w:tc>
          <w:tcPr>
            <w:tcW w:type="dxa" w:w="2878"/>
          </w:tcPr>
          <w:p>
            <w:pPr>
              <w:spacing w:after="20" w:before="20"/>
            </w:pPr>
            <w:r/>
            <w:r>
              <w:rPr>
                <w:rFonts w:ascii="Times New Roman" w:hAnsi="Times New Roman" w:eastAsia="宋体"/>
                <w:b w:val="0"/>
                <w:sz w:val="21"/>
              </w:rPr>
              <w:t>59000312100</w:t>
            </w:r>
          </w:p>
        </w:tc>
        <w:tc>
          <w:tcPr>
            <w:tcW w:type="dxa" w:w="2878"/>
          </w:tcPr>
          <w:p>
            <w:pPr>
              <w:spacing w:after="20" w:before="20"/>
            </w:pPr>
            <w:r/>
            <w:r>
              <w:rPr>
                <w:rFonts w:ascii="Times New Roman" w:hAnsi="Times New Roman" w:eastAsia="宋体"/>
                <w:b w:val="0"/>
                <w:sz w:val="21"/>
              </w:rPr>
              <w:t>本硕博</w:t>
            </w:r>
          </w:p>
        </w:tc>
        <w:tc>
          <w:tcPr>
            <w:tcW w:type="dxa" w:w="2878"/>
          </w:tcPr>
          <w:p>
            <w:pPr>
              <w:spacing w:after="20" w:before="20"/>
            </w:pPr>
            <w:r/>
            <w:r>
              <w:rPr>
                <w:rFonts w:ascii="Times New Roman" w:hAnsi="Times New Roman" w:eastAsia="宋体"/>
                <w:b w:val="0"/>
                <w:sz w:val="21"/>
              </w:rPr>
              <w:t>5</w:t>
            </w:r>
          </w:p>
        </w:tc>
      </w:tr>
      <w:tr>
        <w:tc>
          <w:tcPr>
            <w:tcW w:type="dxa" w:w="2878"/>
          </w:tcPr>
          <w:p>
            <w:pPr>
              <w:spacing w:after="20" w:before="20"/>
            </w:pPr>
            <w:r/>
            <w:r>
              <w:rPr>
                <w:rFonts w:ascii="Times New Roman" w:hAnsi="Times New Roman" w:eastAsia="宋体"/>
                <w:b w:val="0"/>
                <w:sz w:val="21"/>
              </w:rPr>
              <w:t>60000321190</w:t>
            </w:r>
          </w:p>
        </w:tc>
        <w:tc>
          <w:tcPr>
            <w:tcW w:type="dxa" w:w="2878"/>
          </w:tcPr>
          <w:p>
            <w:pPr>
              <w:spacing w:after="20" w:before="20"/>
            </w:pPr>
            <w:r/>
            <w:r>
              <w:rPr>
                <w:rFonts w:ascii="Times New Roman" w:hAnsi="Times New Roman" w:eastAsia="宋体"/>
                <w:b w:val="0"/>
                <w:sz w:val="21"/>
              </w:rPr>
              <w:t>本硕博</w:t>
            </w:r>
          </w:p>
        </w:tc>
        <w:tc>
          <w:tcPr>
            <w:tcW w:type="dxa" w:w="2878"/>
          </w:tcPr>
          <w:p>
            <w:pPr>
              <w:spacing w:after="20" w:before="20"/>
            </w:pPr>
            <w:r/>
            <w:r>
              <w:rPr>
                <w:rFonts w:ascii="Times New Roman" w:hAnsi="Times New Roman" w:eastAsia="宋体"/>
                <w:b w:val="0"/>
                <w:sz w:val="21"/>
              </w:rPr>
              <w:t>6</w:t>
            </w:r>
          </w:p>
        </w:tc>
      </w:tr>
      <w:tr>
        <w:tc>
          <w:tcPr>
            <w:tcW w:type="dxa" w:w="2878"/>
          </w:tcPr>
          <w:p>
            <w:pPr>
              <w:spacing w:after="20" w:before="20"/>
            </w:pPr>
            <w:r/>
            <w:r>
              <w:rPr>
                <w:rFonts w:ascii="Times New Roman" w:hAnsi="Times New Roman" w:eastAsia="宋体"/>
                <w:b w:val="0"/>
                <w:sz w:val="21"/>
              </w:rPr>
              <w:t>61000320130</w:t>
            </w:r>
          </w:p>
        </w:tc>
        <w:tc>
          <w:tcPr>
            <w:tcW w:type="dxa" w:w="2878"/>
          </w:tcPr>
          <w:p>
            <w:pPr>
              <w:spacing w:after="20" w:before="20"/>
            </w:pPr>
            <w:r/>
            <w:r>
              <w:rPr>
                <w:rFonts w:ascii="Times New Roman" w:hAnsi="Times New Roman" w:eastAsia="宋体"/>
                <w:b w:val="0"/>
                <w:sz w:val="21"/>
              </w:rPr>
              <w:t>本硕博</w:t>
            </w:r>
          </w:p>
        </w:tc>
        <w:tc>
          <w:tcPr>
            <w:tcW w:type="dxa" w:w="2878"/>
          </w:tcPr>
          <w:p>
            <w:pPr>
              <w:spacing w:after="20" w:before="20"/>
            </w:pPr>
            <w:r/>
            <w:r>
              <w:rPr>
                <w:rFonts w:ascii="Times New Roman" w:hAnsi="Times New Roman" w:eastAsia="宋体"/>
                <w:b w:val="0"/>
                <w:sz w:val="21"/>
              </w:rPr>
              <w:t>7</w:t>
            </w:r>
          </w:p>
        </w:tc>
      </w:tr>
      <w:tr>
        <w:tc>
          <w:tcPr>
            <w:tcW w:type="dxa" w:w="2878"/>
          </w:tcPr>
          <w:p>
            <w:pPr>
              <w:spacing w:after="20" w:before="20"/>
            </w:pPr>
            <w:r/>
            <w:r>
              <w:rPr>
                <w:rFonts w:ascii="Times New Roman" w:hAnsi="Times New Roman" w:eastAsia="宋体"/>
                <w:b w:val="0"/>
                <w:sz w:val="21"/>
              </w:rPr>
              <w:t>62000325230</w:t>
            </w:r>
          </w:p>
        </w:tc>
        <w:tc>
          <w:tcPr>
            <w:tcW w:type="dxa" w:w="2878"/>
          </w:tcPr>
          <w:p>
            <w:pPr>
              <w:spacing w:after="20" w:before="20"/>
            </w:pPr>
            <w:r/>
            <w:r>
              <w:rPr>
                <w:rFonts w:ascii="Times New Roman" w:hAnsi="Times New Roman" w:eastAsia="宋体"/>
                <w:b w:val="0"/>
                <w:sz w:val="21"/>
              </w:rPr>
              <w:t>本硕博预备</w:t>
            </w:r>
          </w:p>
        </w:tc>
        <w:tc>
          <w:tcPr>
            <w:tcW w:type="dxa" w:w="2878"/>
          </w:tcPr>
          <w:p>
            <w:pPr>
              <w:spacing w:after="20" w:before="20"/>
            </w:pPr>
            <w:r/>
            <w:r>
              <w:rPr>
                <w:rFonts w:ascii="Times New Roman" w:hAnsi="Times New Roman" w:eastAsia="宋体"/>
                <w:b w:val="0"/>
                <w:sz w:val="21"/>
              </w:rPr>
              <w:t>1</w:t>
            </w:r>
          </w:p>
        </w:tc>
      </w:tr>
      <w:tr>
        <w:tc>
          <w:tcPr>
            <w:tcW w:type="dxa" w:w="2878"/>
          </w:tcPr>
          <w:p>
            <w:pPr>
              <w:spacing w:after="20" w:before="20"/>
            </w:pPr>
            <w:r/>
            <w:r>
              <w:rPr>
                <w:rFonts w:ascii="Times New Roman" w:hAnsi="Times New Roman" w:eastAsia="宋体"/>
                <w:b w:val="0"/>
                <w:sz w:val="21"/>
              </w:rPr>
              <w:t>63000313130</w:t>
            </w:r>
          </w:p>
        </w:tc>
        <w:tc>
          <w:tcPr>
            <w:tcW w:type="dxa" w:w="2878"/>
          </w:tcPr>
          <w:p>
            <w:pPr>
              <w:spacing w:after="20" w:before="20"/>
            </w:pPr>
            <w:r/>
            <w:r>
              <w:rPr>
                <w:rFonts w:ascii="Times New Roman" w:hAnsi="Times New Roman" w:eastAsia="宋体"/>
                <w:b w:val="0"/>
                <w:sz w:val="21"/>
              </w:rPr>
              <w:t>本硕博预备</w:t>
            </w:r>
          </w:p>
        </w:tc>
        <w:tc>
          <w:tcPr>
            <w:tcW w:type="dxa" w:w="2878"/>
          </w:tcPr>
          <w:p>
            <w:pPr>
              <w:spacing w:after="20" w:before="20"/>
            </w:pPr>
            <w:r/>
            <w:r>
              <w:rPr>
                <w:rFonts w:ascii="Times New Roman" w:hAnsi="Times New Roman" w:eastAsia="宋体"/>
                <w:b w:val="0"/>
                <w:sz w:val="21"/>
              </w:rPr>
              <w:t>2</w:t>
            </w:r>
          </w:p>
        </w:tc>
      </w:tr>
      <w:tr>
        <w:tc>
          <w:tcPr>
            <w:tcW w:type="dxa" w:w="2878"/>
          </w:tcPr>
          <w:p>
            <w:pPr>
              <w:spacing w:after="20" w:before="20"/>
            </w:pPr>
            <w:r/>
            <w:r>
              <w:rPr>
                <w:rFonts w:ascii="Times New Roman" w:hAnsi="Times New Roman" w:eastAsia="宋体"/>
                <w:b w:val="0"/>
                <w:sz w:val="21"/>
              </w:rPr>
              <w:t>64000318160</w:t>
            </w:r>
          </w:p>
        </w:tc>
        <w:tc>
          <w:tcPr>
            <w:tcW w:type="dxa" w:w="2878"/>
          </w:tcPr>
          <w:p>
            <w:pPr>
              <w:spacing w:after="20" w:before="20"/>
            </w:pPr>
            <w:r/>
            <w:r>
              <w:rPr>
                <w:rFonts w:ascii="Times New Roman" w:hAnsi="Times New Roman" w:eastAsia="宋体"/>
                <w:b w:val="0"/>
                <w:sz w:val="21"/>
              </w:rPr>
              <w:t>本硕博预备</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650003</w:t>
            </w:r>
          </w:p>
        </w:tc>
        <w:tc>
          <w:tcPr>
            <w:tcW w:type="dxa" w:w="2878"/>
          </w:tcPr>
          <w:p>
            <w:pPr>
              <w:spacing w:after="20" w:before="20"/>
            </w:pPr>
            <w:r/>
            <w:r>
              <w:rPr>
                <w:rFonts w:ascii="Times New Roman" w:hAnsi="Times New Roman" w:eastAsia="宋体"/>
                <w:b w:val="0"/>
                <w:sz w:val="21"/>
              </w:rPr>
              <w:t>本硕博</w:t>
            </w:r>
          </w:p>
        </w:tc>
        <w:tc>
          <w:tcPr>
            <w:tcW w:type="dxa" w:w="2878"/>
          </w:tcPr>
          <w:p>
            <w:pPr>
              <w:spacing w:after="20" w:before="20"/>
            </w:pPr>
            <w:r/>
            <w:r>
              <w:rPr>
                <w:rFonts w:ascii="Times New Roman" w:hAnsi="Times New Roman" w:eastAsia="宋体"/>
                <w:b w:val="0"/>
                <w:sz w:val="21"/>
              </w:rPr>
              <w:t>未标注</w:t>
            </w:r>
          </w:p>
        </w:tc>
      </w:tr>
    </w:tbl>
    <w:p>
      <w:pPr>
        <w:spacing w:before="160" w:after="80" w:lineRule="auto" w:line="360"/>
        <w:jc w:val="left"/>
      </w:pPr>
      <w:r>
        <w:rPr>
          <w:rFonts w:ascii="Times New Roman" w:hAnsi="Times New Roman" w:eastAsia="宋体"/>
          <w:b/>
          <w:sz w:val="28"/>
        </w:rPr>
        <w:t>九、说明</w:t>
      </w:r>
    </w:p>
    <w:p>
      <w:pPr>
        <w:spacing w:after="80" w:lineRule="auto" w:line="360"/>
        <w:ind w:firstLine="482"/>
        <w:jc w:val="both"/>
      </w:pPr>
      <w:r>
        <w:rPr>
          <w:rFonts w:ascii="Times New Roman" w:hAnsi="Times New Roman" w:eastAsia="宋体"/>
          <w:b w:val="0"/>
          <w:sz w:val="24"/>
        </w:rPr>
        <w:t>1. 本段未提供公示期、评分方式及学院名称等附加信息。</w:t>
      </w:r>
    </w:p>
    <w:p>
      <w:pPr>
        <w:spacing w:after="80" w:lineRule="auto" w:line="360"/>
        <w:ind w:firstLine="482"/>
        <w:jc w:val="both"/>
      </w:pPr>
      <w:r>
        <w:rPr>
          <w:rFonts w:ascii="Times New Roman" w:hAnsi="Times New Roman" w:eastAsia="宋体"/>
          <w:b w:val="0"/>
          <w:sz w:val="24"/>
        </w:rPr>
        <w:t>2. 表中“排名/序号”依据原文对应数字整理，原文未明确标注排名口径。</w:t>
      </w:r>
    </w:p>
    <w:p>
      <w:pPr>
        <w:spacing w:after="80" w:lineRule="auto" w:line="360"/>
        <w:ind w:firstLine="482"/>
        <w:jc w:val="both"/>
      </w:pPr>
      <w:r>
        <w:rPr>
          <w:rFonts w:ascii="Times New Roman" w:hAnsi="Times New Roman" w:eastAsia="宋体"/>
          <w:b w:val="0"/>
          <w:sz w:val="24"/>
        </w:rPr>
        <w:t>3. 最后一条记录“650003”后无对应排名数字，按原文保留为“未标注”。</w:t>
      </w:r>
    </w:p>
    <w:p>
      <w:pPr>
        <w:spacing w:after="80" w:lineRule="auto" w:line="360"/>
        <w:ind w:firstLine="482"/>
        <w:jc w:val="both"/>
      </w:pPr>
      <w:r>
        <w:rPr>
          <w:rFonts w:ascii="Times New Roman" w:hAnsi="Times New Roman" w:eastAsia="宋体"/>
          <w:b w:val="0"/>
          <w:sz w:val="24"/>
        </w:rPr>
        <w:t>本段内容为名单类信息，涉及本硕博及本硕博预备类别，共出现 16 条记录，其中本硕博 10 条、本硕博预备 6 条。原文未提供学院、专业、排名或评分方式、公示期等说明，仅包含编号与类别信息。明细如下：</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编号</w:t>
            </w:r>
          </w:p>
        </w:tc>
        <w:tc>
          <w:tcPr>
            <w:tcW w:type="dxa" w:w="2878"/>
          </w:tcPr>
          <w:p>
            <w:pPr>
              <w:spacing w:after="20" w:before="20"/>
            </w:pPr>
            <w:r/>
            <w:r>
              <w:rPr>
                <w:rFonts w:ascii="Times New Roman" w:hAnsi="Times New Roman" w:eastAsia="宋体"/>
                <w:b/>
                <w:sz w:val="21"/>
              </w:rPr>
              <w:t>类别</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54000312100</w:t>
            </w:r>
          </w:p>
        </w:tc>
        <w:tc>
          <w:tcPr>
            <w:tcW w:type="dxa" w:w="2878"/>
          </w:tcPr>
          <w:p>
            <w:pPr>
              <w:spacing w:after="20" w:before="20"/>
            </w:pPr>
            <w:r/>
            <w:r>
              <w:rPr>
                <w:rFonts w:ascii="Times New Roman" w:hAnsi="Times New Roman" w:eastAsia="宋体"/>
                <w:b w:val="0"/>
                <w:sz w:val="21"/>
              </w:rPr>
              <w:t>本硕博5</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本硕博60000330190</w:t>
            </w:r>
          </w:p>
        </w:tc>
        <w:tc>
          <w:tcPr>
            <w:tcW w:type="dxa" w:w="2878"/>
          </w:tcPr>
          <w:p>
            <w:pPr>
              <w:spacing w:after="20" w:before="20"/>
            </w:pPr>
            <w:r/>
            <w:r>
              <w:rPr>
                <w:rFonts w:ascii="Times New Roman" w:hAnsi="Times New Roman" w:eastAsia="宋体"/>
                <w:b w:val="0"/>
                <w:sz w:val="21"/>
              </w:rPr>
              <w:t>自动化预备4</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普通预备55000321190</w:t>
            </w:r>
          </w:p>
        </w:tc>
        <w:tc>
          <w:tcPr>
            <w:tcW w:type="dxa" w:w="2878"/>
          </w:tcPr>
          <w:p>
            <w:pPr>
              <w:spacing w:after="20" w:before="20"/>
            </w:pPr>
            <w:r/>
            <w:r>
              <w:rPr>
                <w:rFonts w:ascii="Times New Roman" w:hAnsi="Times New Roman" w:eastAsia="宋体"/>
                <w:b w:val="0"/>
                <w:sz w:val="21"/>
              </w:rPr>
              <w:t>本硕博6</w:t>
            </w:r>
          </w:p>
        </w:tc>
      </w:tr>
      <w:tr>
        <w:tc>
          <w:tcPr>
            <w:tcW w:type="dxa" w:w="2878"/>
          </w:tcPr>
          <w:p>
            <w:pPr>
              <w:spacing w:after="20" w:before="20"/>
            </w:pPr>
            <w:r/>
            <w:r>
              <w:rPr>
                <w:rFonts w:ascii="Times New Roman" w:hAnsi="Times New Roman" w:eastAsia="宋体"/>
                <w:b w:val="0"/>
                <w:sz w:val="21"/>
              </w:rPr>
              <w:t>4</w:t>
            </w:r>
          </w:p>
        </w:tc>
        <w:tc>
          <w:tcPr>
            <w:tcW w:type="dxa" w:w="2878"/>
          </w:tcPr>
          <w:p>
            <w:pPr>
              <w:spacing w:after="20" w:before="20"/>
            </w:pPr>
            <w:r/>
            <w:r>
              <w:rPr>
                <w:rFonts w:ascii="Times New Roman" w:hAnsi="Times New Roman" w:eastAsia="宋体"/>
                <w:b w:val="0"/>
                <w:sz w:val="21"/>
              </w:rPr>
              <w:t>本硕博610003630</w:t>
            </w:r>
          </w:p>
        </w:tc>
        <w:tc>
          <w:tcPr>
            <w:tcW w:type="dxa" w:w="2878"/>
          </w:tcPr>
          <w:p>
            <w:pPr>
              <w:spacing w:after="20" w:before="20"/>
            </w:pPr>
            <w:r/>
            <w:r>
              <w:rPr>
                <w:rFonts w:ascii="Times New Roman" w:hAnsi="Times New Roman" w:eastAsia="宋体"/>
                <w:b w:val="0"/>
                <w:sz w:val="21"/>
              </w:rPr>
              <w:t>本硕博1</w:t>
            </w:r>
          </w:p>
        </w:tc>
      </w:tr>
      <w:tr>
        <w:tc>
          <w:tcPr>
            <w:tcW w:type="dxa" w:w="2878"/>
          </w:tcPr>
          <w:p>
            <w:pPr>
              <w:spacing w:after="20" w:before="20"/>
            </w:pPr>
            <w:r/>
            <w:r>
              <w:rPr>
                <w:rFonts w:ascii="Times New Roman" w:hAnsi="Times New Roman" w:eastAsia="宋体"/>
                <w:b w:val="0"/>
                <w:sz w:val="21"/>
              </w:rPr>
              <w:t>5</w:t>
            </w:r>
          </w:p>
        </w:tc>
        <w:tc>
          <w:tcPr>
            <w:tcW w:type="dxa" w:w="2878"/>
          </w:tcPr>
          <w:p>
            <w:pPr>
              <w:spacing w:after="20" w:before="20"/>
            </w:pPr>
            <w:r/>
            <w:r>
              <w:rPr>
                <w:rFonts w:ascii="Times New Roman" w:hAnsi="Times New Roman" w:eastAsia="宋体"/>
                <w:b w:val="0"/>
                <w:sz w:val="21"/>
              </w:rPr>
              <w:t>本硕博560003320</w:t>
            </w:r>
          </w:p>
        </w:tc>
        <w:tc>
          <w:tcPr>
            <w:tcW w:type="dxa" w:w="2878"/>
          </w:tcPr>
          <w:p>
            <w:pPr>
              <w:spacing w:after="20" w:before="20"/>
            </w:pPr>
            <w:r/>
            <w:r>
              <w:rPr>
                <w:rFonts w:ascii="Times New Roman" w:hAnsi="Times New Roman" w:eastAsia="宋体"/>
                <w:b w:val="0"/>
                <w:sz w:val="21"/>
              </w:rPr>
              <w:t>本硕博2</w:t>
            </w:r>
          </w:p>
        </w:tc>
      </w:tr>
      <w:tr>
        <w:tc>
          <w:tcPr>
            <w:tcW w:type="dxa" w:w="2878"/>
          </w:tcPr>
          <w:p>
            <w:pPr>
              <w:spacing w:after="20" w:before="20"/>
            </w:pPr>
            <w:r/>
            <w:r>
              <w:rPr>
                <w:rFonts w:ascii="Times New Roman" w:hAnsi="Times New Roman" w:eastAsia="宋体"/>
                <w:b w:val="0"/>
                <w:sz w:val="21"/>
              </w:rPr>
              <w:t>6</w:t>
            </w:r>
          </w:p>
        </w:tc>
        <w:tc>
          <w:tcPr>
            <w:tcW w:type="dxa" w:w="2878"/>
          </w:tcPr>
          <w:p>
            <w:pPr>
              <w:spacing w:after="20" w:before="20"/>
            </w:pPr>
            <w:r/>
            <w:r>
              <w:rPr>
                <w:rFonts w:ascii="Times New Roman" w:hAnsi="Times New Roman" w:eastAsia="宋体"/>
                <w:b w:val="0"/>
                <w:sz w:val="21"/>
              </w:rPr>
              <w:t>本硕博57000313130</w:t>
            </w:r>
          </w:p>
        </w:tc>
        <w:tc>
          <w:tcPr>
            <w:tcW w:type="dxa" w:w="2878"/>
          </w:tcPr>
          <w:p>
            <w:pPr>
              <w:spacing w:after="20" w:before="20"/>
            </w:pPr>
            <w:r/>
            <w:r>
              <w:rPr>
                <w:rFonts w:ascii="Times New Roman" w:hAnsi="Times New Roman" w:eastAsia="宋体"/>
                <w:b w:val="0"/>
                <w:sz w:val="21"/>
              </w:rPr>
              <w:t>本硕博预备2</w:t>
            </w:r>
          </w:p>
        </w:tc>
      </w:tr>
      <w:tr>
        <w:tc>
          <w:tcPr>
            <w:tcW w:type="dxa" w:w="2878"/>
          </w:tcPr>
          <w:p>
            <w:pPr>
              <w:spacing w:after="20" w:before="20"/>
            </w:pPr>
            <w:r/>
            <w:r>
              <w:rPr>
                <w:rFonts w:ascii="Times New Roman" w:hAnsi="Times New Roman" w:eastAsia="宋体"/>
                <w:b w:val="0"/>
                <w:sz w:val="21"/>
              </w:rPr>
              <w:t>7</w:t>
            </w:r>
          </w:p>
        </w:tc>
        <w:tc>
          <w:tcPr>
            <w:tcW w:type="dxa" w:w="2878"/>
          </w:tcPr>
          <w:p>
            <w:pPr>
              <w:spacing w:after="20" w:before="20"/>
            </w:pPr>
            <w:r/>
            <w:r>
              <w:rPr>
                <w:rFonts w:ascii="Times New Roman" w:hAnsi="Times New Roman" w:eastAsia="宋体"/>
                <w:b w:val="0"/>
                <w:sz w:val="21"/>
              </w:rPr>
              <w:t>本硕博预备64000319120</w:t>
            </w:r>
          </w:p>
        </w:tc>
        <w:tc>
          <w:tcPr>
            <w:tcW w:type="dxa" w:w="2878"/>
          </w:tcPr>
          <w:p>
            <w:pPr>
              <w:spacing w:after="20" w:before="20"/>
            </w:pPr>
            <w:r/>
            <w:r>
              <w:rPr>
                <w:rFonts w:ascii="Times New Roman" w:hAnsi="Times New Roman" w:eastAsia="宋体"/>
                <w:b w:val="0"/>
                <w:sz w:val="21"/>
              </w:rPr>
              <w:t>本硕博3</w:t>
            </w:r>
          </w:p>
        </w:tc>
      </w:tr>
      <w:tr>
        <w:tc>
          <w:tcPr>
            <w:tcW w:type="dxa" w:w="2878"/>
          </w:tcPr>
          <w:p>
            <w:pPr>
              <w:spacing w:after="20" w:before="20"/>
            </w:pPr>
            <w:r/>
            <w:r>
              <w:rPr>
                <w:rFonts w:ascii="Times New Roman" w:hAnsi="Times New Roman" w:eastAsia="宋体"/>
                <w:b w:val="0"/>
                <w:sz w:val="21"/>
              </w:rPr>
              <w:t>8</w:t>
            </w:r>
          </w:p>
        </w:tc>
        <w:tc>
          <w:tcPr>
            <w:tcW w:type="dxa" w:w="2878"/>
          </w:tcPr>
          <w:p>
            <w:pPr>
              <w:spacing w:after="20" w:before="20"/>
            </w:pPr>
            <w:r/>
            <w:r>
              <w:rPr>
                <w:rFonts w:ascii="Times New Roman" w:hAnsi="Times New Roman" w:eastAsia="宋体"/>
                <w:b w:val="0"/>
                <w:sz w:val="21"/>
              </w:rPr>
              <w:t>本硕博58000318160</w:t>
            </w:r>
          </w:p>
        </w:tc>
        <w:tc>
          <w:tcPr>
            <w:tcW w:type="dxa" w:w="2878"/>
          </w:tcPr>
          <w:p>
            <w:pPr>
              <w:spacing w:after="20" w:before="20"/>
            </w:pPr>
            <w:r/>
            <w:r>
              <w:rPr>
                <w:rFonts w:ascii="Times New Roman" w:hAnsi="Times New Roman" w:eastAsia="宋体"/>
                <w:b w:val="0"/>
                <w:sz w:val="21"/>
              </w:rPr>
              <w:t>本硕博预备3</w:t>
            </w:r>
          </w:p>
        </w:tc>
      </w:tr>
      <w:tr>
        <w:tc>
          <w:tcPr>
            <w:tcW w:type="dxa" w:w="2878"/>
          </w:tcPr>
          <w:p>
            <w:pPr>
              <w:spacing w:after="20" w:before="20"/>
            </w:pPr>
            <w:r/>
            <w:r>
              <w:rPr>
                <w:rFonts w:ascii="Times New Roman" w:hAnsi="Times New Roman" w:eastAsia="宋体"/>
                <w:b w:val="0"/>
                <w:sz w:val="21"/>
              </w:rPr>
              <w:t>9</w:t>
            </w:r>
          </w:p>
        </w:tc>
        <w:tc>
          <w:tcPr>
            <w:tcW w:type="dxa" w:w="2878"/>
          </w:tcPr>
          <w:p>
            <w:pPr>
              <w:spacing w:after="20" w:before="20"/>
            </w:pPr>
            <w:r/>
            <w:r>
              <w:rPr>
                <w:rFonts w:ascii="Times New Roman" w:hAnsi="Times New Roman" w:eastAsia="宋体"/>
                <w:b w:val="0"/>
                <w:sz w:val="21"/>
              </w:rPr>
              <w:t>本硕博预备650003770</w:t>
            </w:r>
          </w:p>
        </w:tc>
        <w:tc>
          <w:tcPr>
            <w:tcW w:type="dxa" w:w="2878"/>
          </w:tcPr>
          <w:p>
            <w:pPr>
              <w:spacing w:after="20" w:before="20"/>
            </w:pPr>
            <w:r/>
            <w:r>
              <w:rPr>
                <w:rFonts w:ascii="Times New Roman" w:hAnsi="Times New Roman" w:eastAsia="宋体"/>
                <w:b w:val="0"/>
                <w:sz w:val="21"/>
              </w:rPr>
              <w:t>本硕博4</w:t>
            </w:r>
          </w:p>
        </w:tc>
      </w:tr>
      <w:tr>
        <w:tc>
          <w:tcPr>
            <w:tcW w:type="dxa" w:w="2878"/>
          </w:tcPr>
          <w:p>
            <w:pPr>
              <w:spacing w:after="20" w:before="20"/>
            </w:pPr>
            <w:r/>
            <w:r>
              <w:rPr>
                <w:rFonts w:ascii="Times New Roman" w:hAnsi="Times New Roman" w:eastAsia="宋体"/>
                <w:b w:val="0"/>
                <w:sz w:val="21"/>
              </w:rPr>
              <w:t>10</w:t>
            </w:r>
          </w:p>
        </w:tc>
        <w:tc>
          <w:tcPr>
            <w:tcW w:type="dxa" w:w="2878"/>
          </w:tcPr>
          <w:p>
            <w:pPr>
              <w:spacing w:after="20" w:before="20"/>
            </w:pPr>
            <w:r/>
            <w:r>
              <w:rPr>
                <w:rFonts w:ascii="Times New Roman" w:hAnsi="Times New Roman" w:eastAsia="宋体"/>
                <w:b w:val="0"/>
                <w:sz w:val="21"/>
              </w:rPr>
              <w:t>本硕博59000312100</w:t>
            </w:r>
          </w:p>
        </w:tc>
        <w:tc>
          <w:tcPr>
            <w:tcW w:type="dxa" w:w="2878"/>
          </w:tcPr>
          <w:p>
            <w:pPr>
              <w:spacing w:after="20" w:before="20"/>
            </w:pPr>
            <w:r/>
            <w:r>
              <w:rPr>
                <w:rFonts w:ascii="Times New Roman" w:hAnsi="Times New Roman" w:eastAsia="宋体"/>
                <w:b w:val="0"/>
                <w:sz w:val="21"/>
              </w:rPr>
              <w:t>本硕博5</w:t>
            </w:r>
          </w:p>
        </w:tc>
      </w:tr>
      <w:tr>
        <w:tc>
          <w:tcPr>
            <w:tcW w:type="dxa" w:w="2878"/>
          </w:tcPr>
          <w:p>
            <w:pPr>
              <w:spacing w:after="20" w:before="20"/>
            </w:pPr>
            <w:r/>
            <w:r>
              <w:rPr>
                <w:rFonts w:ascii="Times New Roman" w:hAnsi="Times New Roman" w:eastAsia="宋体"/>
                <w:b w:val="0"/>
                <w:sz w:val="21"/>
              </w:rPr>
              <w:t>11</w:t>
            </w:r>
          </w:p>
        </w:tc>
        <w:tc>
          <w:tcPr>
            <w:tcW w:type="dxa" w:w="2878"/>
          </w:tcPr>
          <w:p>
            <w:pPr>
              <w:spacing w:after="20" w:before="20"/>
            </w:pPr>
            <w:r/>
            <w:r>
              <w:rPr>
                <w:rFonts w:ascii="Times New Roman" w:hAnsi="Times New Roman" w:eastAsia="宋体"/>
                <w:b w:val="0"/>
                <w:sz w:val="21"/>
              </w:rPr>
              <w:t>本硕博60000321190</w:t>
            </w:r>
          </w:p>
        </w:tc>
        <w:tc>
          <w:tcPr>
            <w:tcW w:type="dxa" w:w="2878"/>
          </w:tcPr>
          <w:p>
            <w:pPr>
              <w:spacing w:after="20" w:before="20"/>
            </w:pPr>
            <w:r/>
            <w:r>
              <w:rPr>
                <w:rFonts w:ascii="Times New Roman" w:hAnsi="Times New Roman" w:eastAsia="宋体"/>
                <w:b w:val="0"/>
                <w:sz w:val="21"/>
              </w:rPr>
              <w:t>本硕博6</w:t>
            </w:r>
          </w:p>
        </w:tc>
      </w:tr>
      <w:tr>
        <w:tc>
          <w:tcPr>
            <w:tcW w:type="dxa" w:w="2878"/>
          </w:tcPr>
          <w:p>
            <w:pPr>
              <w:spacing w:after="20" w:before="20"/>
            </w:pPr>
            <w:r/>
            <w:r>
              <w:rPr>
                <w:rFonts w:ascii="Times New Roman" w:hAnsi="Times New Roman" w:eastAsia="宋体"/>
                <w:b w:val="0"/>
                <w:sz w:val="21"/>
              </w:rPr>
              <w:t>12</w:t>
            </w:r>
          </w:p>
        </w:tc>
        <w:tc>
          <w:tcPr>
            <w:tcW w:type="dxa" w:w="2878"/>
          </w:tcPr>
          <w:p>
            <w:pPr>
              <w:spacing w:after="20" w:before="20"/>
            </w:pPr>
            <w:r/>
            <w:r>
              <w:rPr>
                <w:rFonts w:ascii="Times New Roman" w:hAnsi="Times New Roman" w:eastAsia="宋体"/>
                <w:b w:val="0"/>
                <w:sz w:val="21"/>
              </w:rPr>
              <w:t>本硕博61000320130</w:t>
            </w:r>
          </w:p>
        </w:tc>
        <w:tc>
          <w:tcPr>
            <w:tcW w:type="dxa" w:w="2878"/>
          </w:tcPr>
          <w:p>
            <w:pPr>
              <w:spacing w:after="20" w:before="20"/>
            </w:pPr>
            <w:r/>
            <w:r>
              <w:rPr>
                <w:rFonts w:ascii="Times New Roman" w:hAnsi="Times New Roman" w:eastAsia="宋体"/>
                <w:b w:val="0"/>
                <w:sz w:val="21"/>
              </w:rPr>
              <w:t>本硕博7</w:t>
            </w:r>
          </w:p>
        </w:tc>
      </w:tr>
      <w:tr>
        <w:tc>
          <w:tcPr>
            <w:tcW w:type="dxa" w:w="2878"/>
          </w:tcPr>
          <w:p>
            <w:pPr>
              <w:spacing w:after="20" w:before="20"/>
            </w:pPr>
            <w:r/>
            <w:r>
              <w:rPr>
                <w:rFonts w:ascii="Times New Roman" w:hAnsi="Times New Roman" w:eastAsia="宋体"/>
                <w:b w:val="0"/>
                <w:sz w:val="21"/>
              </w:rPr>
              <w:t>13</w:t>
            </w:r>
          </w:p>
        </w:tc>
        <w:tc>
          <w:tcPr>
            <w:tcW w:type="dxa" w:w="2878"/>
          </w:tcPr>
          <w:p>
            <w:pPr>
              <w:spacing w:after="20" w:before="20"/>
            </w:pPr>
            <w:r/>
            <w:r>
              <w:rPr>
                <w:rFonts w:ascii="Times New Roman" w:hAnsi="Times New Roman" w:eastAsia="宋体"/>
                <w:b w:val="0"/>
                <w:sz w:val="21"/>
              </w:rPr>
              <w:t>本硕博62000325230</w:t>
            </w:r>
          </w:p>
        </w:tc>
        <w:tc>
          <w:tcPr>
            <w:tcW w:type="dxa" w:w="2878"/>
          </w:tcPr>
          <w:p>
            <w:pPr>
              <w:spacing w:after="20" w:before="20"/>
            </w:pPr>
            <w:r/>
            <w:r>
              <w:rPr>
                <w:rFonts w:ascii="Times New Roman" w:hAnsi="Times New Roman" w:eastAsia="宋体"/>
                <w:b w:val="0"/>
                <w:sz w:val="21"/>
              </w:rPr>
              <w:t>本硕博预备1</w:t>
            </w:r>
          </w:p>
        </w:tc>
      </w:tr>
      <w:tr>
        <w:tc>
          <w:tcPr>
            <w:tcW w:type="dxa" w:w="2878"/>
          </w:tcPr>
          <w:p>
            <w:pPr>
              <w:spacing w:after="20" w:before="20"/>
            </w:pPr>
            <w:r/>
            <w:r>
              <w:rPr>
                <w:rFonts w:ascii="Times New Roman" w:hAnsi="Times New Roman" w:eastAsia="宋体"/>
                <w:b w:val="0"/>
                <w:sz w:val="21"/>
              </w:rPr>
              <w:t>14</w:t>
            </w:r>
          </w:p>
        </w:tc>
        <w:tc>
          <w:tcPr>
            <w:tcW w:type="dxa" w:w="2878"/>
          </w:tcPr>
          <w:p>
            <w:pPr>
              <w:spacing w:after="20" w:before="20"/>
            </w:pPr>
            <w:r/>
            <w:r>
              <w:rPr>
                <w:rFonts w:ascii="Times New Roman" w:hAnsi="Times New Roman" w:eastAsia="宋体"/>
                <w:b w:val="0"/>
                <w:sz w:val="21"/>
              </w:rPr>
              <w:t>本硕博预备63000313130</w:t>
            </w:r>
          </w:p>
        </w:tc>
        <w:tc>
          <w:tcPr>
            <w:tcW w:type="dxa" w:w="2878"/>
          </w:tcPr>
          <w:p>
            <w:pPr>
              <w:spacing w:after="20" w:before="20"/>
            </w:pPr>
            <w:r/>
            <w:r>
              <w:rPr>
                <w:rFonts w:ascii="Times New Roman" w:hAnsi="Times New Roman" w:eastAsia="宋体"/>
                <w:b w:val="0"/>
                <w:sz w:val="21"/>
              </w:rPr>
              <w:t>本硕博预备2</w:t>
            </w:r>
          </w:p>
        </w:tc>
      </w:tr>
      <w:tr>
        <w:tc>
          <w:tcPr>
            <w:tcW w:type="dxa" w:w="2878"/>
          </w:tcPr>
          <w:p>
            <w:pPr>
              <w:spacing w:after="20" w:before="20"/>
            </w:pPr>
            <w:r/>
            <w:r>
              <w:rPr>
                <w:rFonts w:ascii="Times New Roman" w:hAnsi="Times New Roman" w:eastAsia="宋体"/>
                <w:b w:val="0"/>
                <w:sz w:val="21"/>
              </w:rPr>
              <w:t>15</w:t>
            </w:r>
          </w:p>
        </w:tc>
        <w:tc>
          <w:tcPr>
            <w:tcW w:type="dxa" w:w="2878"/>
          </w:tcPr>
          <w:p>
            <w:pPr>
              <w:spacing w:after="20" w:before="20"/>
            </w:pPr>
            <w:r/>
            <w:r>
              <w:rPr>
                <w:rFonts w:ascii="Times New Roman" w:hAnsi="Times New Roman" w:eastAsia="宋体"/>
                <w:b w:val="0"/>
                <w:sz w:val="21"/>
              </w:rPr>
              <w:t>本硕博预备64000318160</w:t>
            </w:r>
          </w:p>
        </w:tc>
        <w:tc>
          <w:tcPr>
            <w:tcW w:type="dxa" w:w="2878"/>
          </w:tcPr>
          <w:p>
            <w:pPr>
              <w:spacing w:after="20" w:before="20"/>
            </w:pPr>
            <w:r/>
            <w:r>
              <w:rPr>
                <w:rFonts w:ascii="Times New Roman" w:hAnsi="Times New Roman" w:eastAsia="宋体"/>
                <w:b w:val="0"/>
                <w:sz w:val="21"/>
              </w:rPr>
              <w:t>本硕博预备3</w:t>
            </w:r>
          </w:p>
        </w:tc>
      </w:tr>
      <w:tr>
        <w:tc>
          <w:tcPr>
            <w:tcW w:type="dxa" w:w="2878"/>
          </w:tcPr>
          <w:p>
            <w:pPr>
              <w:spacing w:after="20" w:before="20"/>
            </w:pPr>
            <w:r/>
            <w:r>
              <w:rPr>
                <w:rFonts w:ascii="Times New Roman" w:hAnsi="Times New Roman" w:eastAsia="宋体"/>
                <w:b w:val="0"/>
                <w:sz w:val="21"/>
              </w:rPr>
              <w:t>16</w:t>
            </w:r>
          </w:p>
        </w:tc>
        <w:tc>
          <w:tcPr>
            <w:tcW w:type="dxa" w:w="2878"/>
          </w:tcPr>
          <w:p>
            <w:pPr>
              <w:spacing w:after="20" w:before="20"/>
            </w:pPr>
            <w:r/>
            <w:r>
              <w:rPr>
                <w:rFonts w:ascii="Times New Roman" w:hAnsi="Times New Roman" w:eastAsia="宋体"/>
                <w:b w:val="0"/>
                <w:sz w:val="21"/>
              </w:rPr>
              <w:t>本硕博预备650003</w:t>
            </w:r>
          </w:p>
        </w:tc>
        <w:tc>
          <w:tcPr>
            <w:tcW w:type="dxa" w:w="2878"/>
          </w:tcPr>
          <w:p>
            <w:pPr>
              <w:spacing w:after="20" w:before="20"/>
            </w:pPr>
            <w:r/>
            <w:r>
              <w:rPr>
                <w:rFonts w:ascii="Times New Roman" w:hAnsi="Times New Roman" w:eastAsia="宋体"/>
                <w:b w:val="0"/>
                <w:sz w:val="21"/>
              </w:rPr>
              <w:t>本硕博预备</w:t>
            </w:r>
          </w:p>
        </w:tc>
      </w:tr>
    </w:tbl>
    <w:p>
      <w:pPr>
        <w:spacing w:before="160" w:after="80" w:lineRule="auto" w:line="360"/>
        <w:jc w:val="left"/>
      </w:pPr>
      <w:r>
        <w:rPr>
          <w:rFonts w:ascii="Times New Roman" w:hAnsi="Times New Roman" w:eastAsia="宋体"/>
          <w:b/>
          <w:sz w:val="28"/>
        </w:rPr>
        <w:t>十、人数统计</w:t>
      </w:r>
    </w:p>
    <w:p>
      <w:pPr>
        <w:spacing w:after="80" w:lineRule="auto" w:line="360"/>
        <w:ind w:firstLine="482"/>
        <w:jc w:val="both"/>
      </w:pPr>
      <w:r>
        <w:rPr>
          <w:rFonts w:ascii="Times New Roman" w:hAnsi="Times New Roman" w:eastAsia="宋体"/>
          <w:b w:val="0"/>
          <w:sz w:val="24"/>
        </w:rPr>
        <w:t>1. 本硕博：10 条。</w:t>
      </w:r>
    </w:p>
    <w:p>
      <w:pPr>
        <w:spacing w:after="80" w:lineRule="auto" w:line="360"/>
        <w:ind w:firstLine="482"/>
        <w:jc w:val="both"/>
      </w:pPr>
      <w:r>
        <w:rPr>
          <w:rFonts w:ascii="Times New Roman" w:hAnsi="Times New Roman" w:eastAsia="宋体"/>
          <w:b w:val="0"/>
          <w:sz w:val="24"/>
        </w:rPr>
        <w:t>2. 本硕博预备：6 条。</w:t>
      </w:r>
    </w:p>
    <w:p>
      <w:pPr>
        <w:spacing w:after="80" w:lineRule="auto" w:line="360"/>
        <w:ind w:firstLine="482"/>
        <w:jc w:val="both"/>
      </w:pPr>
      <w:r>
        <w:rPr>
          <w:rFonts w:ascii="Times New Roman" w:hAnsi="Times New Roman" w:eastAsia="宋体"/>
          <w:b w:val="0"/>
          <w:sz w:val="24"/>
        </w:rPr>
        <w:t>3. 合计：16 条。</w:t>
      </w:r>
    </w:p>
    <w:p>
      <w:pPr>
        <w:spacing w:before="160" w:after="80" w:lineRule="auto" w:line="360"/>
        <w:jc w:val="left"/>
      </w:pPr>
      <w:r>
        <w:rPr>
          <w:rFonts w:ascii="Times New Roman" w:hAnsi="Times New Roman" w:eastAsia="宋体"/>
          <w:b/>
          <w:sz w:val="28"/>
        </w:rPr>
        <w:t>九、专业/学院明细</w:t>
      </w:r>
    </w:p>
    <w:p>
      <w:pPr>
        <w:spacing w:after="80" w:lineRule="auto" w:line="360"/>
        <w:ind w:firstLine="482"/>
        <w:jc w:val="both"/>
      </w:pPr>
      <w:r>
        <w:rPr>
          <w:rFonts w:ascii="Times New Roman" w:hAnsi="Times New Roman" w:eastAsia="宋体"/>
          <w:b w:val="0"/>
          <w:sz w:val="24"/>
        </w:rPr>
        <w:t>1. 自动化预备：1 条。</w:t>
      </w:r>
    </w:p>
    <w:p>
      <w:pPr>
        <w:spacing w:after="80" w:lineRule="auto" w:line="360"/>
        <w:ind w:firstLine="482"/>
        <w:jc w:val="both"/>
      </w:pPr>
      <w:r>
        <w:rPr>
          <w:rFonts w:ascii="Times New Roman" w:hAnsi="Times New Roman" w:eastAsia="宋体"/>
          <w:b w:val="0"/>
          <w:sz w:val="24"/>
        </w:rPr>
        <w:t>2. 普通预备：1 条。</w:t>
      </w:r>
    </w:p>
    <w:p>
      <w:pPr>
        <w:spacing w:after="80" w:lineRule="auto" w:line="360"/>
        <w:ind w:firstLine="482"/>
        <w:jc w:val="both"/>
      </w:pPr>
      <w:r>
        <w:rPr>
          <w:rFonts w:ascii="Times New Roman" w:hAnsi="Times New Roman" w:eastAsia="宋体"/>
          <w:b w:val="0"/>
          <w:sz w:val="24"/>
        </w:rPr>
        <w:t>3. 其余记录未标注具体学院或专业。</w:t>
      </w:r>
    </w:p>
    <w:p>
      <w:pPr>
        <w:spacing w:before="160" w:after="80" w:lineRule="auto" w:line="360"/>
        <w:jc w:val="left"/>
      </w:pPr>
      <w:r>
        <w:rPr>
          <w:rFonts w:ascii="Times New Roman" w:hAnsi="Times New Roman" w:eastAsia="宋体"/>
          <w:b/>
          <w:sz w:val="28"/>
        </w:rPr>
        <w:t>三、排名/评分方式</w:t>
      </w:r>
    </w:p>
    <w:p>
      <w:pPr>
        <w:spacing w:after="80" w:lineRule="auto" w:line="360"/>
        <w:ind w:firstLine="482"/>
        <w:jc w:val="both"/>
      </w:pPr>
      <w:r>
        <w:rPr>
          <w:rFonts w:ascii="Times New Roman" w:hAnsi="Times New Roman" w:eastAsia="宋体"/>
          <w:b w:val="0"/>
          <w:sz w:val="24"/>
        </w:rPr>
        <w:t>原文未提供排名或评分方式。</w:t>
      </w:r>
    </w:p>
    <w:p>
      <w:pPr>
        <w:spacing w:before="160" w:after="80" w:lineRule="auto" w:line="360"/>
        <w:jc w:val="left"/>
      </w:pPr>
      <w:r>
        <w:rPr>
          <w:rFonts w:ascii="Times New Roman" w:hAnsi="Times New Roman" w:eastAsia="宋体"/>
          <w:b/>
          <w:sz w:val="28"/>
        </w:rPr>
        <w:t>四、公示期</w:t>
      </w:r>
    </w:p>
    <w:p>
      <w:pPr>
        <w:spacing w:after="80" w:lineRule="auto" w:line="360"/>
        <w:ind w:firstLine="482"/>
        <w:jc w:val="both"/>
      </w:pPr>
      <w:r>
        <w:rPr>
          <w:rFonts w:ascii="Times New Roman" w:hAnsi="Times New Roman" w:eastAsia="宋体"/>
          <w:b w:val="0"/>
          <w:sz w:val="24"/>
        </w:rPr>
        <w:t>原文未提供公示期。</w:t>
      </w:r>
    </w:p>
    <w:p>
      <w:pPr>
        <w:spacing w:before="160" w:after="80" w:lineRule="auto" w:line="360"/>
        <w:jc w:val="left"/>
      </w:pPr>
      <w:r>
        <w:rPr>
          <w:rFonts w:ascii="Times New Roman" w:hAnsi="Times New Roman" w:eastAsia="宋体"/>
          <w:b/>
          <w:sz w:val="28"/>
        </w:rPr>
        <w:t>十、名单明细</w:t>
      </w:r>
    </w:p>
    <w:p>
      <w:pPr>
        <w:spacing w:after="80" w:lineRule="auto" w:line="360"/>
        <w:ind w:firstLine="482"/>
        <w:jc w:val="both"/>
      </w:pPr>
      <w:r>
        <w:rPr>
          <w:rFonts w:ascii="Times New Roman" w:hAnsi="Times New Roman" w:eastAsia="宋体"/>
          <w:b w:val="0"/>
          <w:sz w:val="24"/>
        </w:rPr>
        <w:t>本段为推免名单数据，按“序号+学号+专业/学院+排名/评分方式+备注”排列，共 16 条记录，具体如下：</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学号</w:t>
            </w:r>
          </w:p>
        </w:tc>
        <w:tc>
          <w:tcPr>
            <w:tcW w:type="dxa" w:w="1727"/>
          </w:tcPr>
          <w:p>
            <w:pPr>
              <w:spacing w:after="20" w:before="20"/>
            </w:pPr>
            <w:r/>
            <w:r>
              <w:rPr>
                <w:rFonts w:ascii="Times New Roman" w:hAnsi="Times New Roman" w:eastAsia="宋体"/>
                <w:b/>
                <w:sz w:val="21"/>
              </w:rPr>
              <w:t>专业/学院</w:t>
            </w:r>
          </w:p>
        </w:tc>
        <w:tc>
          <w:tcPr>
            <w:tcW w:type="dxa" w:w="1727"/>
          </w:tcPr>
          <w:p>
            <w:pPr>
              <w:spacing w:after="20" w:before="20"/>
            </w:pPr>
            <w:r/>
            <w:r>
              <w:rPr>
                <w:rFonts w:ascii="Times New Roman" w:hAnsi="Times New Roman" w:eastAsia="宋体"/>
                <w:b/>
                <w:sz w:val="21"/>
              </w:rPr>
              <w:t>排名/评分方式</w:t>
            </w:r>
          </w:p>
        </w:tc>
        <w:tc>
          <w:tcPr>
            <w:tcW w:type="dxa" w:w="1727"/>
          </w:tcPr>
          <w:p>
            <w:pPr>
              <w:spacing w:after="20" w:before="20"/>
            </w:pPr>
            <w:r/>
            <w:r>
              <w:rPr>
                <w:rFonts w:ascii="Times New Roman" w:hAnsi="Times New Roman" w:eastAsia="宋体"/>
                <w:b/>
                <w:sz w:val="21"/>
              </w:rPr>
              <w:t>备注</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54000312100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本硕博</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60000330190</w:t>
            </w:r>
          </w:p>
        </w:tc>
        <w:tc>
          <w:tcPr>
            <w:tcW w:type="dxa" w:w="1727"/>
          </w:tcPr>
          <w:p>
            <w:pPr>
              <w:spacing w:after="20" w:before="20"/>
            </w:pPr>
            <w:r/>
            <w:r>
              <w:rPr>
                <w:rFonts w:ascii="Times New Roman" w:hAnsi="Times New Roman" w:eastAsia="宋体"/>
                <w:b w:val="0"/>
                <w:sz w:val="21"/>
              </w:rPr>
              <w:t>自动化</w:t>
            </w:r>
          </w:p>
        </w:tc>
        <w:tc>
          <w:tcPr>
            <w:tcW w:type="dxa" w:w="1727"/>
          </w:tcPr>
          <w:p>
            <w:pPr>
              <w:spacing w:after="20" w:before="20"/>
            </w:pPr>
            <w:r/>
            <w:r>
              <w:rPr>
                <w:rFonts w:ascii="Times New Roman" w:hAnsi="Times New Roman" w:eastAsia="宋体"/>
                <w:b w:val="0"/>
                <w:sz w:val="21"/>
              </w:rPr>
              <w:t>预备4</w:t>
            </w:r>
          </w:p>
        </w:tc>
        <w:tc>
          <w:tcPr>
            <w:tcW w:type="dxa" w:w="1727"/>
          </w:tcPr>
          <w:p>
            <w:pPr>
              <w:spacing w:after="20" w:before="20"/>
            </w:pPr>
            <w:r/>
            <w:r>
              <w:rPr>
                <w:rFonts w:ascii="Times New Roman" w:hAnsi="Times New Roman" w:eastAsia="宋体"/>
                <w:b w:val="0"/>
                <w:sz w:val="21"/>
              </w:rPr>
              <w:t>普通预备</w:t>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55000321190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本硕博</w:t>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610003630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本硕博</w:t>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560003320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本硕博</w:t>
            </w:r>
          </w:p>
        </w:tc>
      </w:tr>
      <w:tr>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57000313130</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本硕博预备</w:t>
            </w:r>
          </w:p>
        </w:tc>
      </w:tr>
      <w:tr>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64000319120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本硕博</w:t>
            </w:r>
          </w:p>
        </w:tc>
      </w:tr>
      <w:tr>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58000318160</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本硕博预备</w:t>
            </w:r>
          </w:p>
        </w:tc>
      </w:tr>
      <w:tr>
        <w:tc>
          <w:tcPr>
            <w:tcW w:type="dxa" w:w="1727"/>
          </w:tcPr>
          <w:p>
            <w:pPr>
              <w:spacing w:after="20" w:before="20"/>
            </w:pPr>
            <w:r/>
            <w:r>
              <w:rPr>
                <w:rFonts w:ascii="Times New Roman" w:hAnsi="Times New Roman" w:eastAsia="宋体"/>
                <w:b w:val="0"/>
                <w:sz w:val="21"/>
              </w:rPr>
              <w:t>9</w:t>
            </w:r>
          </w:p>
        </w:tc>
        <w:tc>
          <w:tcPr>
            <w:tcW w:type="dxa" w:w="1727"/>
          </w:tcPr>
          <w:p>
            <w:pPr>
              <w:spacing w:after="20" w:before="20"/>
            </w:pPr>
            <w:r/>
            <w:r>
              <w:rPr>
                <w:rFonts w:ascii="Times New Roman" w:hAnsi="Times New Roman" w:eastAsia="宋体"/>
                <w:b w:val="0"/>
                <w:sz w:val="21"/>
              </w:rPr>
              <w:t>650003770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本硕博</w:t>
            </w:r>
          </w:p>
        </w:tc>
      </w:tr>
      <w:tr>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59000312100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本硕博</w:t>
            </w:r>
          </w:p>
        </w:tc>
      </w:tr>
      <w:tr>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60000321190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本硕博</w:t>
            </w:r>
          </w:p>
        </w:tc>
      </w:tr>
      <w:tr>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61000320130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本硕博</w:t>
            </w:r>
          </w:p>
        </w:tc>
      </w:tr>
      <w:tr>
        <w:tc>
          <w:tcPr>
            <w:tcW w:type="dxa" w:w="1727"/>
          </w:tcPr>
          <w:p>
            <w:pPr>
              <w:spacing w:after="20" w:before="20"/>
            </w:pPr>
            <w:r/>
            <w:r>
              <w:rPr>
                <w:rFonts w:ascii="Times New Roman" w:hAnsi="Times New Roman" w:eastAsia="宋体"/>
                <w:b w:val="0"/>
                <w:sz w:val="21"/>
              </w:rPr>
              <w:t>13</w:t>
            </w:r>
          </w:p>
        </w:tc>
        <w:tc>
          <w:tcPr>
            <w:tcW w:type="dxa" w:w="1727"/>
          </w:tcPr>
          <w:p>
            <w:pPr>
              <w:spacing w:after="20" w:before="20"/>
            </w:pPr>
            <w:r/>
            <w:r>
              <w:rPr>
                <w:rFonts w:ascii="Times New Roman" w:hAnsi="Times New Roman" w:eastAsia="宋体"/>
                <w:b w:val="0"/>
                <w:sz w:val="21"/>
              </w:rPr>
              <w:t>62000325230</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本硕博预备</w:t>
            </w:r>
          </w:p>
        </w:tc>
      </w:tr>
      <w:tr>
        <w:tc>
          <w:tcPr>
            <w:tcW w:type="dxa" w:w="1727"/>
          </w:tcPr>
          <w:p>
            <w:pPr>
              <w:spacing w:after="20" w:before="20"/>
            </w:pPr>
            <w:r/>
            <w:r>
              <w:rPr>
                <w:rFonts w:ascii="Times New Roman" w:hAnsi="Times New Roman" w:eastAsia="宋体"/>
                <w:b w:val="0"/>
                <w:sz w:val="21"/>
              </w:rPr>
              <w:t>14</w:t>
            </w:r>
          </w:p>
        </w:tc>
        <w:tc>
          <w:tcPr>
            <w:tcW w:type="dxa" w:w="1727"/>
          </w:tcPr>
          <w:p>
            <w:pPr>
              <w:spacing w:after="20" w:before="20"/>
            </w:pPr>
            <w:r/>
            <w:r>
              <w:rPr>
                <w:rFonts w:ascii="Times New Roman" w:hAnsi="Times New Roman" w:eastAsia="宋体"/>
                <w:b w:val="0"/>
                <w:sz w:val="21"/>
              </w:rPr>
              <w:t>63000313130</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本硕博预备</w:t>
            </w:r>
          </w:p>
        </w:tc>
      </w:tr>
      <w:tr>
        <w:tc>
          <w:tcPr>
            <w:tcW w:type="dxa" w:w="1727"/>
          </w:tcPr>
          <w:p>
            <w:pPr>
              <w:spacing w:after="20" w:before="20"/>
            </w:pPr>
            <w:r/>
            <w:r>
              <w:rPr>
                <w:rFonts w:ascii="Times New Roman" w:hAnsi="Times New Roman" w:eastAsia="宋体"/>
                <w:b w:val="0"/>
                <w:sz w:val="21"/>
              </w:rPr>
              <w:t>15</w:t>
            </w:r>
          </w:p>
        </w:tc>
        <w:tc>
          <w:tcPr>
            <w:tcW w:type="dxa" w:w="1727"/>
          </w:tcPr>
          <w:p>
            <w:pPr>
              <w:spacing w:after="20" w:before="20"/>
            </w:pPr>
            <w:r/>
            <w:r>
              <w:rPr>
                <w:rFonts w:ascii="Times New Roman" w:hAnsi="Times New Roman" w:eastAsia="宋体"/>
                <w:b w:val="0"/>
                <w:sz w:val="21"/>
              </w:rPr>
              <w:t>64000318160</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本硕博预备</w:t>
            </w:r>
          </w:p>
        </w:tc>
      </w:tr>
      <w:tr>
        <w:tc>
          <w:tcPr>
            <w:tcW w:type="dxa" w:w="1727"/>
          </w:tcPr>
          <w:p>
            <w:pPr>
              <w:spacing w:after="20" w:before="20"/>
            </w:pPr>
            <w:r/>
            <w:r>
              <w:rPr>
                <w:rFonts w:ascii="Times New Roman" w:hAnsi="Times New Roman" w:eastAsia="宋体"/>
                <w:b w:val="0"/>
                <w:sz w:val="21"/>
              </w:rPr>
              <w:t>16</w:t>
            </w:r>
          </w:p>
        </w:tc>
        <w:tc>
          <w:tcPr>
            <w:tcW w:type="dxa" w:w="1727"/>
          </w:tcPr>
          <w:p>
            <w:pPr>
              <w:spacing w:after="20" w:before="20"/>
            </w:pPr>
            <w:r/>
            <w:r>
              <w:rPr>
                <w:rFonts w:ascii="Times New Roman" w:hAnsi="Times New Roman" w:eastAsia="宋体"/>
                <w:b w:val="0"/>
                <w:sz w:val="21"/>
              </w:rPr>
              <w:t>650003</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九、说明</w:t>
      </w:r>
    </w:p>
    <w:p>
      <w:pPr>
        <w:spacing w:after="80" w:lineRule="auto" w:line="360"/>
        <w:ind w:firstLine="482"/>
        <w:jc w:val="both"/>
      </w:pPr>
      <w:r>
        <w:rPr>
          <w:rFonts w:ascii="Times New Roman" w:hAnsi="Times New Roman" w:eastAsia="宋体"/>
          <w:b w:val="0"/>
          <w:sz w:val="24"/>
        </w:rPr>
        <w:t>1. 本段共涉及 16 条记录，其中“本硕博”类 10 条，“本硕博预备”类 5 条，“普通预备”类 1 条。</w:t>
      </w:r>
    </w:p>
    <w:p>
      <w:pPr>
        <w:spacing w:after="80" w:lineRule="auto" w:line="360"/>
        <w:ind w:firstLine="482"/>
        <w:jc w:val="both"/>
      </w:pPr>
      <w:r>
        <w:rPr>
          <w:rFonts w:ascii="Times New Roman" w:hAnsi="Times New Roman" w:eastAsia="宋体"/>
          <w:b w:val="0"/>
          <w:sz w:val="24"/>
        </w:rPr>
        <w:t>2. 专业/学院明确标注为“自动化”的 1 条，其余均标注为“本硕博”或“本硕博预备”。</w:t>
      </w:r>
    </w:p>
    <w:p>
      <w:pPr>
        <w:spacing w:after="80" w:lineRule="auto" w:line="360"/>
        <w:ind w:firstLine="482"/>
        <w:jc w:val="both"/>
      </w:pPr>
      <w:r>
        <w:rPr>
          <w:rFonts w:ascii="Times New Roman" w:hAnsi="Times New Roman" w:eastAsia="宋体"/>
          <w:b w:val="0"/>
          <w:sz w:val="24"/>
        </w:rPr>
        <w:t>3. 排名/评分方式以数字或“预备+数字”形式给出，未提供具体评分细则。</w:t>
      </w:r>
    </w:p>
    <w:p>
      <w:pPr>
        <w:spacing w:after="80" w:lineRule="auto" w:line="360"/>
        <w:ind w:firstLine="482"/>
        <w:jc w:val="both"/>
      </w:pPr>
      <w:r>
        <w:rPr>
          <w:rFonts w:ascii="Times New Roman" w:hAnsi="Times New Roman" w:eastAsia="宋体"/>
          <w:b w:val="0"/>
          <w:sz w:val="24"/>
        </w:rPr>
        <w:t>4. 本段未出现公示期、联系方式、材料要求等信息。</w:t>
      </w:r>
    </w:p>
    <w:p>
      <w:pPr>
        <w:spacing w:after="80" w:lineRule="auto" w:line="360"/>
        <w:ind w:firstLine="482"/>
        <w:jc w:val="both"/>
      </w:pPr>
      <w:r>
        <w:rPr>
          <w:rFonts w:ascii="Times New Roman" w:hAnsi="Times New Roman" w:eastAsia="宋体"/>
          <w:b w:val="0"/>
          <w:sz w:val="24"/>
        </w:rPr>
        <w:t>5. 第 16 条记录仅含学号“650003”，专业/学院、排名/评分方式、备注均缺失。</w:t>
      </w:r>
    </w:p>
    <w:p>
      <w:pPr>
        <w:spacing w:before="160" w:after="80" w:lineRule="auto" w:line="360"/>
        <w:jc w:val="left"/>
      </w:pPr>
      <w:r>
        <w:rPr>
          <w:rFonts w:ascii="Times New Roman" w:hAnsi="Times New Roman" w:eastAsia="宋体"/>
          <w:b/>
          <w:sz w:val="28"/>
        </w:rPr>
        <w:t>十、名单明细</w:t>
      </w:r>
    </w:p>
    <w:p>
      <w:pPr>
        <w:spacing w:after="80" w:lineRule="auto" w:line="360"/>
        <w:ind w:firstLine="482"/>
        <w:jc w:val="both"/>
      </w:pPr>
      <w:r>
        <w:rPr>
          <w:rFonts w:ascii="Times New Roman" w:hAnsi="Times New Roman" w:eastAsia="宋体"/>
          <w:b w:val="0"/>
          <w:sz w:val="24"/>
        </w:rPr>
        <w:t>本段内容为推免名单数据，共涉及 16 条记录，按序号、学号、专业/类别、培养类型、排名/评分方式等字段整理如下：</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学号</w:t>
            </w:r>
          </w:p>
        </w:tc>
        <w:tc>
          <w:tcPr>
            <w:tcW w:type="dxa" w:w="1727"/>
          </w:tcPr>
          <w:p>
            <w:pPr>
              <w:spacing w:after="20" w:before="20"/>
            </w:pPr>
            <w:r/>
            <w:r>
              <w:rPr>
                <w:rFonts w:ascii="Times New Roman" w:hAnsi="Times New Roman" w:eastAsia="宋体"/>
                <w:b/>
                <w:sz w:val="21"/>
              </w:rPr>
              <w:t>专业/类别</w:t>
            </w:r>
          </w:p>
        </w:tc>
        <w:tc>
          <w:tcPr>
            <w:tcW w:type="dxa" w:w="1727"/>
          </w:tcPr>
          <w:p>
            <w:pPr>
              <w:spacing w:after="20" w:before="20"/>
            </w:pPr>
            <w:r/>
            <w:r>
              <w:rPr>
                <w:rFonts w:ascii="Times New Roman" w:hAnsi="Times New Roman" w:eastAsia="宋体"/>
                <w:b/>
                <w:sz w:val="21"/>
              </w:rPr>
              <w:t>培养类型</w:t>
            </w:r>
          </w:p>
        </w:tc>
        <w:tc>
          <w:tcPr>
            <w:tcW w:type="dxa" w:w="1727"/>
          </w:tcPr>
          <w:p>
            <w:pPr>
              <w:spacing w:after="20" w:before="20"/>
            </w:pPr>
            <w:r/>
            <w:r>
              <w:rPr>
                <w:rFonts w:ascii="Times New Roman" w:hAnsi="Times New Roman" w:eastAsia="宋体"/>
                <w:b/>
                <w:sz w:val="21"/>
              </w:rPr>
              <w:t>排名/评分方式</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4000312100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5</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60000330190</w:t>
            </w:r>
          </w:p>
        </w:tc>
        <w:tc>
          <w:tcPr>
            <w:tcW w:type="dxa" w:w="1727"/>
          </w:tcPr>
          <w:p>
            <w:pPr>
              <w:spacing w:after="20" w:before="20"/>
            </w:pPr>
            <w:r/>
            <w:r>
              <w:rPr>
                <w:rFonts w:ascii="Times New Roman" w:hAnsi="Times New Roman" w:eastAsia="宋体"/>
                <w:b w:val="0"/>
                <w:sz w:val="21"/>
              </w:rPr>
              <w:t>自动化</w:t>
            </w:r>
          </w:p>
        </w:tc>
        <w:tc>
          <w:tcPr>
            <w:tcW w:type="dxa" w:w="1727"/>
          </w:tcPr>
          <w:p>
            <w:pPr>
              <w:spacing w:after="20" w:before="20"/>
            </w:pPr>
            <w:r/>
            <w:r>
              <w:rPr>
                <w:rFonts w:ascii="Times New Roman" w:hAnsi="Times New Roman" w:eastAsia="宋体"/>
                <w:b w:val="0"/>
                <w:sz w:val="21"/>
              </w:rPr>
              <w:t>预备</w:t>
            </w:r>
          </w:p>
        </w:tc>
        <w:tc>
          <w:tcPr>
            <w:tcW w:type="dxa" w:w="1727"/>
          </w:tcPr>
          <w:p>
            <w:pPr>
              <w:spacing w:after="20" w:before="20"/>
            </w:pPr>
            <w:r/>
            <w:r>
              <w:rPr>
                <w:rFonts w:ascii="Times New Roman" w:hAnsi="Times New Roman" w:eastAsia="宋体"/>
                <w:b w:val="0"/>
                <w:sz w:val="21"/>
              </w:rPr>
              <w:t>4</w:t>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55000321190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6</w:t>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610003630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1</w:t>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560003320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2</w:t>
            </w:r>
          </w:p>
        </w:tc>
      </w:tr>
      <w:tr>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57000313130</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2</w:t>
            </w:r>
          </w:p>
        </w:tc>
      </w:tr>
      <w:tr>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64000319120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3</w:t>
            </w:r>
          </w:p>
        </w:tc>
      </w:tr>
      <w:tr>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58000318160</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3</w:t>
            </w:r>
          </w:p>
        </w:tc>
      </w:tr>
      <w:tr>
        <w:tc>
          <w:tcPr>
            <w:tcW w:type="dxa" w:w="1727"/>
          </w:tcPr>
          <w:p>
            <w:pPr>
              <w:spacing w:after="20" w:before="20"/>
            </w:pPr>
            <w:r/>
            <w:r>
              <w:rPr>
                <w:rFonts w:ascii="Times New Roman" w:hAnsi="Times New Roman" w:eastAsia="宋体"/>
                <w:b w:val="0"/>
                <w:sz w:val="21"/>
              </w:rPr>
              <w:t>9</w:t>
            </w:r>
          </w:p>
        </w:tc>
        <w:tc>
          <w:tcPr>
            <w:tcW w:type="dxa" w:w="1727"/>
          </w:tcPr>
          <w:p>
            <w:pPr>
              <w:spacing w:after="20" w:before="20"/>
            </w:pPr>
            <w:r/>
            <w:r>
              <w:rPr>
                <w:rFonts w:ascii="Times New Roman" w:hAnsi="Times New Roman" w:eastAsia="宋体"/>
                <w:b w:val="0"/>
                <w:sz w:val="21"/>
              </w:rPr>
              <w:t>650003770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4</w:t>
            </w:r>
          </w:p>
        </w:tc>
      </w:tr>
      <w:tr>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59000312100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5</w:t>
            </w:r>
          </w:p>
        </w:tc>
      </w:tr>
      <w:tr>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60000321190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6</w:t>
            </w:r>
          </w:p>
        </w:tc>
      </w:tr>
      <w:tr>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61000320130</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7</w:t>
            </w:r>
          </w:p>
        </w:tc>
      </w:tr>
      <w:tr>
        <w:tc>
          <w:tcPr>
            <w:tcW w:type="dxa" w:w="1727"/>
          </w:tcPr>
          <w:p>
            <w:pPr>
              <w:spacing w:after="20" w:before="20"/>
            </w:pPr>
            <w:r/>
            <w:r>
              <w:rPr>
                <w:rFonts w:ascii="Times New Roman" w:hAnsi="Times New Roman" w:eastAsia="宋体"/>
                <w:b w:val="0"/>
                <w:sz w:val="21"/>
              </w:rPr>
              <w:t>13</w:t>
            </w:r>
          </w:p>
        </w:tc>
        <w:tc>
          <w:tcPr>
            <w:tcW w:type="dxa" w:w="1727"/>
          </w:tcPr>
          <w:p>
            <w:pPr>
              <w:spacing w:after="20" w:before="20"/>
            </w:pPr>
            <w:r/>
            <w:r>
              <w:rPr>
                <w:rFonts w:ascii="Times New Roman" w:hAnsi="Times New Roman" w:eastAsia="宋体"/>
                <w:b w:val="0"/>
                <w:sz w:val="21"/>
              </w:rPr>
              <w:t>62000325230</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1</w:t>
            </w:r>
          </w:p>
        </w:tc>
      </w:tr>
      <w:tr>
        <w:tc>
          <w:tcPr>
            <w:tcW w:type="dxa" w:w="1727"/>
          </w:tcPr>
          <w:p>
            <w:pPr>
              <w:spacing w:after="20" w:before="20"/>
            </w:pPr>
            <w:r/>
            <w:r>
              <w:rPr>
                <w:rFonts w:ascii="Times New Roman" w:hAnsi="Times New Roman" w:eastAsia="宋体"/>
                <w:b w:val="0"/>
                <w:sz w:val="21"/>
              </w:rPr>
              <w:t>14</w:t>
            </w:r>
          </w:p>
        </w:tc>
        <w:tc>
          <w:tcPr>
            <w:tcW w:type="dxa" w:w="1727"/>
          </w:tcPr>
          <w:p>
            <w:pPr>
              <w:spacing w:after="20" w:before="20"/>
            </w:pPr>
            <w:r/>
            <w:r>
              <w:rPr>
                <w:rFonts w:ascii="Times New Roman" w:hAnsi="Times New Roman" w:eastAsia="宋体"/>
                <w:b w:val="0"/>
                <w:sz w:val="21"/>
              </w:rPr>
              <w:t>63000313130</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2</w:t>
            </w:r>
          </w:p>
        </w:tc>
      </w:tr>
      <w:tr>
        <w:tc>
          <w:tcPr>
            <w:tcW w:type="dxa" w:w="1727"/>
          </w:tcPr>
          <w:p>
            <w:pPr>
              <w:spacing w:after="20" w:before="20"/>
            </w:pPr>
            <w:r/>
            <w:r>
              <w:rPr>
                <w:rFonts w:ascii="Times New Roman" w:hAnsi="Times New Roman" w:eastAsia="宋体"/>
                <w:b w:val="0"/>
                <w:sz w:val="21"/>
              </w:rPr>
              <w:t>15</w:t>
            </w:r>
          </w:p>
        </w:tc>
        <w:tc>
          <w:tcPr>
            <w:tcW w:type="dxa" w:w="1727"/>
          </w:tcPr>
          <w:p>
            <w:pPr>
              <w:spacing w:after="20" w:before="20"/>
            </w:pPr>
            <w:r/>
            <w:r>
              <w:rPr>
                <w:rFonts w:ascii="Times New Roman" w:hAnsi="Times New Roman" w:eastAsia="宋体"/>
                <w:b w:val="0"/>
                <w:sz w:val="21"/>
              </w:rPr>
              <w:t>64000318160</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本硕博预备</w:t>
            </w:r>
          </w:p>
        </w:tc>
        <w:tc>
          <w:tcPr>
            <w:tcW w:type="dxa" w:w="1727"/>
          </w:tcPr>
          <w:p>
            <w:pPr>
              <w:spacing w:after="20" w:before="20"/>
            </w:pPr>
            <w:r/>
            <w:r>
              <w:rPr>
                <w:rFonts w:ascii="Times New Roman" w:hAnsi="Times New Roman" w:eastAsia="宋体"/>
                <w:b w:val="0"/>
                <w:sz w:val="21"/>
              </w:rPr>
              <w:t>3</w:t>
            </w:r>
          </w:p>
        </w:tc>
      </w:tr>
      <w:tr>
        <w:tc>
          <w:tcPr>
            <w:tcW w:type="dxa" w:w="1727"/>
          </w:tcPr>
          <w:p>
            <w:pPr>
              <w:spacing w:after="20" w:before="20"/>
            </w:pPr>
            <w:r/>
            <w:r>
              <w:rPr>
                <w:rFonts w:ascii="Times New Roman" w:hAnsi="Times New Roman" w:eastAsia="宋体"/>
                <w:b w:val="0"/>
                <w:sz w:val="21"/>
              </w:rPr>
              <w:t>16</w:t>
            </w:r>
          </w:p>
        </w:tc>
        <w:tc>
          <w:tcPr>
            <w:tcW w:type="dxa" w:w="1727"/>
          </w:tcPr>
          <w:p>
            <w:pPr>
              <w:spacing w:after="20" w:before="20"/>
            </w:pPr>
            <w:r/>
            <w:r>
              <w:rPr>
                <w:rFonts w:ascii="Times New Roman" w:hAnsi="Times New Roman" w:eastAsia="宋体"/>
                <w:b w:val="0"/>
                <w:sz w:val="21"/>
              </w:rPr>
              <w:t>650003</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本硕博</w:t>
            </w:r>
          </w:p>
        </w:tc>
        <w:tc>
          <w:tcPr>
            <w:tcW w:type="dxa" w:w="1727"/>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九、说明</w:t>
      </w:r>
    </w:p>
    <w:p>
      <w:pPr>
        <w:spacing w:after="80" w:lineRule="auto" w:line="360"/>
        <w:ind w:firstLine="482"/>
        <w:jc w:val="both"/>
      </w:pPr>
      <w:r>
        <w:rPr>
          <w:rFonts w:ascii="Times New Roman" w:hAnsi="Times New Roman" w:eastAsia="宋体"/>
          <w:b w:val="0"/>
          <w:sz w:val="24"/>
        </w:rPr>
        <w:t>1. 本段共 16 条记录，其中“本硕博”类型 10 条，“本硕博预备”类型 5 条，“自动化预备”类型 1 条。</w:t>
      </w:r>
    </w:p>
    <w:p>
      <w:pPr>
        <w:spacing w:after="80" w:lineRule="auto" w:line="360"/>
        <w:ind w:firstLine="482"/>
        <w:jc w:val="both"/>
      </w:pPr>
      <w:r>
        <w:rPr>
          <w:rFonts w:ascii="Times New Roman" w:hAnsi="Times New Roman" w:eastAsia="宋体"/>
          <w:b w:val="0"/>
          <w:sz w:val="24"/>
        </w:rPr>
        <w:t>2. 排名/评分方式为对应序号后的数字，第 16 条未给出明确排名/评分数值。</w:t>
      </w:r>
    </w:p>
    <w:p>
      <w:pPr>
        <w:spacing w:after="80" w:lineRule="auto" w:line="360"/>
        <w:ind w:firstLine="482"/>
        <w:jc w:val="both"/>
      </w:pPr>
      <w:r>
        <w:rPr>
          <w:rFonts w:ascii="Times New Roman" w:hAnsi="Times New Roman" w:eastAsia="宋体"/>
          <w:b w:val="0"/>
          <w:sz w:val="24"/>
        </w:rPr>
        <w:t>3. 本段未包含公示期信息。</w:t>
      </w:r>
    </w:p>
    <w:p>
      <w:pPr>
        <w:spacing w:before="160" w:after="80" w:lineRule="auto" w:line="360"/>
        <w:jc w:val="left"/>
      </w:pPr>
      <w:r>
        <w:rPr>
          <w:rFonts w:ascii="Times New Roman" w:hAnsi="Times New Roman" w:eastAsia="宋体"/>
          <w:b/>
          <w:sz w:val="28"/>
        </w:rPr>
        <w:t>十、名单明细</w:t>
      </w:r>
    </w:p>
    <w:p>
      <w:pPr>
        <w:spacing w:after="80" w:lineRule="auto" w:line="360"/>
        <w:ind w:firstLine="482"/>
        <w:jc w:val="both"/>
      </w:pPr>
      <w:r>
        <w:rPr>
          <w:rFonts w:ascii="Times New Roman" w:hAnsi="Times New Roman" w:eastAsia="宋体"/>
          <w:b w:val="0"/>
          <w:sz w:val="24"/>
        </w:rPr>
        <w:t>本段为推免（保研）拟录取/推荐名单数据，共涉及 16 条记录，按序号、专业代码、专业名称、培养类型、录取类别、排名/序号等信息排列如下：</w:t>
      </w:r>
    </w:p>
    <w:tbl>
      <w:tblPr>
        <w:tblStyle w:val="TableGrid"/>
        <w:tblW w:type="auto" w:w="0"/>
        <w:jc w:val="center"/>
        <w:tblLook w:firstColumn="1" w:firstRow="1" w:lastColumn="0" w:lastRow="0" w:noHBand="0" w:noVBand="1" w:val="04A0"/>
      </w:tblPr>
      <w:tblGrid>
        <w:gridCol w:w="1439"/>
        <w:gridCol w:w="1439"/>
        <w:gridCol w:w="1439"/>
        <w:gridCol w:w="1439"/>
        <w:gridCol w:w="1439"/>
        <w:gridCol w:w="1439"/>
      </w:tblGrid>
      <w:tr>
        <w:tc>
          <w:tcPr>
            <w:tcW w:type="dxa" w:w="1439"/>
          </w:tcPr>
          <w:p>
            <w:pPr>
              <w:spacing w:after="20" w:before="20"/>
            </w:pPr>
            <w:r/>
            <w:r>
              <w:rPr>
                <w:rFonts w:ascii="Times New Roman" w:hAnsi="Times New Roman" w:eastAsia="宋体"/>
                <w:b/>
                <w:sz w:val="21"/>
              </w:rPr>
              <w:t>序号</w:t>
            </w:r>
          </w:p>
        </w:tc>
        <w:tc>
          <w:tcPr>
            <w:tcW w:type="dxa" w:w="1439"/>
          </w:tcPr>
          <w:p>
            <w:pPr>
              <w:spacing w:after="20" w:before="20"/>
            </w:pPr>
            <w:r/>
            <w:r>
              <w:rPr>
                <w:rFonts w:ascii="Times New Roman" w:hAnsi="Times New Roman" w:eastAsia="宋体"/>
                <w:b/>
                <w:sz w:val="21"/>
              </w:rPr>
              <w:t>专业代码</w:t>
            </w:r>
          </w:p>
        </w:tc>
        <w:tc>
          <w:tcPr>
            <w:tcW w:type="dxa" w:w="1439"/>
          </w:tcPr>
          <w:p>
            <w:pPr>
              <w:spacing w:after="20" w:before="20"/>
            </w:pPr>
            <w:r/>
            <w:r>
              <w:rPr>
                <w:rFonts w:ascii="Times New Roman" w:hAnsi="Times New Roman" w:eastAsia="宋体"/>
                <w:b/>
                <w:sz w:val="21"/>
              </w:rPr>
              <w:t>专业名称</w:t>
            </w:r>
          </w:p>
        </w:tc>
        <w:tc>
          <w:tcPr>
            <w:tcW w:type="dxa" w:w="1439"/>
          </w:tcPr>
          <w:p>
            <w:pPr>
              <w:spacing w:after="20" w:before="20"/>
            </w:pPr>
            <w:r/>
            <w:r>
              <w:rPr>
                <w:rFonts w:ascii="Times New Roman" w:hAnsi="Times New Roman" w:eastAsia="宋体"/>
                <w:b/>
                <w:sz w:val="21"/>
              </w:rPr>
              <w:t>培养类型</w:t>
            </w:r>
          </w:p>
        </w:tc>
        <w:tc>
          <w:tcPr>
            <w:tcW w:type="dxa" w:w="1439"/>
          </w:tcPr>
          <w:p>
            <w:pPr>
              <w:spacing w:after="20" w:before="20"/>
            </w:pPr>
            <w:r/>
            <w:r>
              <w:rPr>
                <w:rFonts w:ascii="Times New Roman" w:hAnsi="Times New Roman" w:eastAsia="宋体"/>
                <w:b/>
                <w:sz w:val="21"/>
              </w:rPr>
              <w:t>录取类别</w:t>
            </w:r>
          </w:p>
        </w:tc>
        <w:tc>
          <w:tcPr>
            <w:tcW w:type="dxa" w:w="1439"/>
          </w:tcPr>
          <w:p>
            <w:pPr>
              <w:spacing w:after="20" w:before="20"/>
            </w:pPr>
            <w:r/>
            <w:r>
              <w:rPr>
                <w:rFonts w:ascii="Times New Roman" w:hAnsi="Times New Roman" w:eastAsia="宋体"/>
                <w:b/>
                <w:sz w:val="21"/>
              </w:rPr>
              <w:t>排名/序号</w:t>
            </w:r>
          </w:p>
        </w:tc>
      </w:tr>
      <w:tr>
        <w:tc>
          <w:tcPr>
            <w:tcW w:type="dxa" w:w="1439"/>
          </w:tcPr>
          <w:p>
            <w:pPr>
              <w:spacing w:after="20" w:before="20"/>
            </w:pPr>
            <w:r/>
            <w:r>
              <w:rPr>
                <w:rFonts w:ascii="Times New Roman" w:hAnsi="Times New Roman" w:eastAsia="宋体"/>
                <w:b w:val="0"/>
                <w:sz w:val="21"/>
              </w:rPr>
              <w:t>1</w:t>
            </w:r>
          </w:p>
        </w:tc>
        <w:tc>
          <w:tcPr>
            <w:tcW w:type="dxa" w:w="1439"/>
          </w:tcPr>
          <w:p>
            <w:pPr>
              <w:spacing w:after="20" w:before="20"/>
            </w:pPr>
            <w:r/>
            <w:r>
              <w:rPr>
                <w:rFonts w:ascii="Times New Roman" w:hAnsi="Times New Roman" w:eastAsia="宋体"/>
                <w:b w:val="0"/>
                <w:sz w:val="21"/>
              </w:rPr>
              <w:t>000312100</w:t>
            </w:r>
          </w:p>
        </w:tc>
        <w:tc>
          <w:tcPr>
            <w:tcW w:type="dxa" w:w="1439"/>
          </w:tcPr>
          <w:p>
            <w:pPr>
              <w:spacing w:after="20" w:before="20"/>
            </w:pPr>
            <w:r/>
            <w:r>
              <w:rPr>
                <w:rFonts w:ascii="Times New Roman" w:hAnsi="Times New Roman" w:eastAsia="宋体"/>
                <w:b w:val="0"/>
                <w:sz w:val="21"/>
              </w:rPr>
              <w:t>本硕博5</w:t>
            </w:r>
          </w:p>
        </w:tc>
        <w:tc>
          <w:tcPr>
            <w:tcW w:type="dxa" w:w="1439"/>
          </w:tcPr>
          <w:p>
            <w:pPr>
              <w:spacing w:after="20" w:before="20"/>
            </w:pPr>
            <w:r/>
            <w:r>
              <w:rPr>
                <w:rFonts w:ascii="Times New Roman" w:hAnsi="Times New Roman" w:eastAsia="宋体"/>
                <w:b w:val="0"/>
                <w:sz w:val="21"/>
              </w:rPr>
              <w:t>本硕博</w:t>
            </w:r>
          </w:p>
        </w:tc>
        <w:tc>
          <w:tcPr>
            <w:tcW w:type="dxa" w:w="1439"/>
          </w:tcPr>
          <w:p>
            <w:pPr>
              <w:spacing w:after="20" w:before="20"/>
            </w:pPr>
            <w:r/>
            <w:r>
              <w:rPr>
                <w:rFonts w:ascii="Times New Roman" w:hAnsi="Times New Roman" w:eastAsia="宋体"/>
                <w:b w:val="0"/>
                <w:sz w:val="21"/>
              </w:rPr>
              <w:t>普通</w:t>
            </w:r>
          </w:p>
        </w:tc>
        <w:tc>
          <w:tcPr>
            <w:tcW w:type="dxa" w:w="1439"/>
          </w:tcPr>
          <w:p>
            <w:pPr>
              <w:spacing w:after="20" w:before="20"/>
            </w:pPr>
            <w:r/>
            <w:r>
              <w:rPr>
                <w:rFonts w:ascii="Times New Roman" w:hAnsi="Times New Roman" w:eastAsia="宋体"/>
                <w:b w:val="0"/>
                <w:sz w:val="21"/>
              </w:rPr>
              <w:t>60</w:t>
            </w:r>
          </w:p>
        </w:tc>
      </w:tr>
      <w:tr>
        <w:tc>
          <w:tcPr>
            <w:tcW w:type="dxa" w:w="1439"/>
          </w:tcPr>
          <w:p>
            <w:pPr>
              <w:spacing w:after="20" w:before="20"/>
            </w:pPr>
            <w:r/>
            <w:r>
              <w:rPr>
                <w:rFonts w:ascii="Times New Roman" w:hAnsi="Times New Roman" w:eastAsia="宋体"/>
                <w:b w:val="0"/>
                <w:sz w:val="21"/>
              </w:rPr>
              <w:t>2</w:t>
            </w:r>
          </w:p>
        </w:tc>
        <w:tc>
          <w:tcPr>
            <w:tcW w:type="dxa" w:w="1439"/>
          </w:tcPr>
          <w:p>
            <w:pPr>
              <w:spacing w:after="20" w:before="20"/>
            </w:pPr>
            <w:r/>
            <w:r>
              <w:rPr>
                <w:rFonts w:ascii="Times New Roman" w:hAnsi="Times New Roman" w:eastAsia="宋体"/>
                <w:b w:val="0"/>
                <w:sz w:val="21"/>
              </w:rPr>
              <w:t>000330190</w:t>
            </w:r>
          </w:p>
        </w:tc>
        <w:tc>
          <w:tcPr>
            <w:tcW w:type="dxa" w:w="1439"/>
          </w:tcPr>
          <w:p>
            <w:pPr>
              <w:spacing w:after="20" w:before="20"/>
            </w:pPr>
            <w:r/>
            <w:r>
              <w:rPr>
                <w:rFonts w:ascii="Times New Roman" w:hAnsi="Times New Roman" w:eastAsia="宋体"/>
                <w:b w:val="0"/>
                <w:sz w:val="21"/>
              </w:rPr>
              <w:t>自动化预备4</w:t>
            </w:r>
          </w:p>
        </w:tc>
        <w:tc>
          <w:tcPr>
            <w:tcW w:type="dxa" w:w="1439"/>
          </w:tcPr>
          <w:p>
            <w:pPr>
              <w:spacing w:after="20" w:before="20"/>
            </w:pPr>
            <w:r/>
            <w:r>
              <w:rPr>
                <w:rFonts w:ascii="Times New Roman" w:hAnsi="Times New Roman" w:eastAsia="宋体"/>
                <w:b w:val="0"/>
                <w:sz w:val="21"/>
              </w:rPr>
              <w:t>普通预备</w:t>
            </w:r>
          </w:p>
        </w:tc>
        <w:tc>
          <w:tcPr>
            <w:tcW w:type="dxa" w:w="1439"/>
          </w:tcPr>
          <w:p>
            <w:pPr>
              <w:spacing w:after="20" w:before="20"/>
            </w:pPr>
            <w:r/>
            <w:r>
              <w:rPr>
                <w:rFonts w:ascii="Times New Roman" w:hAnsi="Times New Roman" w:eastAsia="宋体"/>
                <w:b w:val="0"/>
                <w:sz w:val="21"/>
              </w:rPr>
              <w:t>普通预备</w:t>
            </w:r>
          </w:p>
        </w:tc>
        <w:tc>
          <w:tcPr>
            <w:tcW w:type="dxa" w:w="1439"/>
          </w:tcPr>
          <w:p>
            <w:pPr>
              <w:spacing w:after="20" w:before="20"/>
            </w:pPr>
            <w:r/>
            <w:r>
              <w:rPr>
                <w:rFonts w:ascii="Times New Roman" w:hAnsi="Times New Roman" w:eastAsia="宋体"/>
                <w:b w:val="0"/>
                <w:sz w:val="21"/>
              </w:rPr>
              <w:t>55</w:t>
            </w:r>
          </w:p>
        </w:tc>
      </w:tr>
      <w:tr>
        <w:tc>
          <w:tcPr>
            <w:tcW w:type="dxa" w:w="1439"/>
          </w:tcPr>
          <w:p>
            <w:pPr>
              <w:spacing w:after="20" w:before="20"/>
            </w:pPr>
            <w:r/>
            <w:r>
              <w:rPr>
                <w:rFonts w:ascii="Times New Roman" w:hAnsi="Times New Roman" w:eastAsia="宋体"/>
                <w:b w:val="0"/>
                <w:sz w:val="21"/>
              </w:rPr>
              <w:t>3</w:t>
            </w:r>
          </w:p>
        </w:tc>
        <w:tc>
          <w:tcPr>
            <w:tcW w:type="dxa" w:w="1439"/>
          </w:tcPr>
          <w:p>
            <w:pPr>
              <w:spacing w:after="20" w:before="20"/>
            </w:pPr>
            <w:r/>
            <w:r>
              <w:rPr>
                <w:rFonts w:ascii="Times New Roman" w:hAnsi="Times New Roman" w:eastAsia="宋体"/>
                <w:b w:val="0"/>
                <w:sz w:val="21"/>
              </w:rPr>
              <w:t>000321190</w:t>
            </w:r>
          </w:p>
        </w:tc>
        <w:tc>
          <w:tcPr>
            <w:tcW w:type="dxa" w:w="1439"/>
          </w:tcPr>
          <w:p>
            <w:pPr>
              <w:spacing w:after="20" w:before="20"/>
            </w:pPr>
            <w:r/>
            <w:r>
              <w:rPr>
                <w:rFonts w:ascii="Times New Roman" w:hAnsi="Times New Roman" w:eastAsia="宋体"/>
                <w:b w:val="0"/>
                <w:sz w:val="21"/>
              </w:rPr>
              <w:t>本硕博6</w:t>
            </w:r>
          </w:p>
        </w:tc>
        <w:tc>
          <w:tcPr>
            <w:tcW w:type="dxa" w:w="1439"/>
          </w:tcPr>
          <w:p>
            <w:pPr>
              <w:spacing w:after="20" w:before="20"/>
            </w:pPr>
            <w:r/>
            <w:r>
              <w:rPr>
                <w:rFonts w:ascii="Times New Roman" w:hAnsi="Times New Roman" w:eastAsia="宋体"/>
                <w:b w:val="0"/>
                <w:sz w:val="21"/>
              </w:rPr>
              <w:t>本硕博</w:t>
            </w:r>
          </w:p>
        </w:tc>
        <w:tc>
          <w:tcPr>
            <w:tcW w:type="dxa" w:w="1439"/>
          </w:tcPr>
          <w:p>
            <w:pPr>
              <w:spacing w:after="20" w:before="20"/>
            </w:pPr>
            <w:r/>
            <w:r>
              <w:rPr>
                <w:rFonts w:ascii="Times New Roman" w:hAnsi="Times New Roman" w:eastAsia="宋体"/>
                <w:b w:val="0"/>
                <w:sz w:val="21"/>
              </w:rPr>
              <w:t>普通</w:t>
            </w:r>
          </w:p>
        </w:tc>
        <w:tc>
          <w:tcPr>
            <w:tcW w:type="dxa" w:w="1439"/>
          </w:tcPr>
          <w:p>
            <w:pPr>
              <w:spacing w:after="20" w:before="20"/>
            </w:pPr>
            <w:r/>
            <w:r>
              <w:rPr>
                <w:rFonts w:ascii="Times New Roman" w:hAnsi="Times New Roman" w:eastAsia="宋体"/>
                <w:b w:val="0"/>
                <w:sz w:val="21"/>
              </w:rPr>
              <w:t>61</w:t>
            </w:r>
          </w:p>
        </w:tc>
      </w:tr>
      <w:tr>
        <w:tc>
          <w:tcPr>
            <w:tcW w:type="dxa" w:w="1439"/>
          </w:tcPr>
          <w:p>
            <w:pPr>
              <w:spacing w:after="20" w:before="20"/>
            </w:pPr>
            <w:r/>
            <w:r>
              <w:rPr>
                <w:rFonts w:ascii="Times New Roman" w:hAnsi="Times New Roman" w:eastAsia="宋体"/>
                <w:b w:val="0"/>
                <w:sz w:val="21"/>
              </w:rPr>
              <w:t>4</w:t>
            </w:r>
          </w:p>
        </w:tc>
        <w:tc>
          <w:tcPr>
            <w:tcW w:type="dxa" w:w="1439"/>
          </w:tcPr>
          <w:p>
            <w:pPr>
              <w:spacing w:after="20" w:before="20"/>
            </w:pPr>
            <w:r/>
            <w:r>
              <w:rPr>
                <w:rFonts w:ascii="Times New Roman" w:hAnsi="Times New Roman" w:eastAsia="宋体"/>
                <w:b w:val="0"/>
                <w:sz w:val="21"/>
              </w:rPr>
              <w:t>0003630</w:t>
            </w:r>
          </w:p>
        </w:tc>
        <w:tc>
          <w:tcPr>
            <w:tcW w:type="dxa" w:w="1439"/>
          </w:tcPr>
          <w:p>
            <w:pPr>
              <w:spacing w:after="20" w:before="20"/>
            </w:pPr>
            <w:r/>
            <w:r>
              <w:rPr>
                <w:rFonts w:ascii="Times New Roman" w:hAnsi="Times New Roman" w:eastAsia="宋体"/>
                <w:b w:val="0"/>
                <w:sz w:val="21"/>
              </w:rPr>
              <w:t>本硕博1</w:t>
            </w:r>
          </w:p>
        </w:tc>
        <w:tc>
          <w:tcPr>
            <w:tcW w:type="dxa" w:w="1439"/>
          </w:tcPr>
          <w:p>
            <w:pPr>
              <w:spacing w:after="20" w:before="20"/>
            </w:pPr>
            <w:r/>
            <w:r>
              <w:rPr>
                <w:rFonts w:ascii="Times New Roman" w:hAnsi="Times New Roman" w:eastAsia="宋体"/>
                <w:b w:val="0"/>
                <w:sz w:val="21"/>
              </w:rPr>
              <w:t>本硕博</w:t>
            </w:r>
          </w:p>
        </w:tc>
        <w:tc>
          <w:tcPr>
            <w:tcW w:type="dxa" w:w="1439"/>
          </w:tcPr>
          <w:p>
            <w:pPr>
              <w:spacing w:after="20" w:before="20"/>
            </w:pPr>
            <w:r/>
            <w:r>
              <w:rPr>
                <w:rFonts w:ascii="Times New Roman" w:hAnsi="Times New Roman" w:eastAsia="宋体"/>
                <w:b w:val="0"/>
                <w:sz w:val="21"/>
              </w:rPr>
              <w:t>普通</w:t>
            </w:r>
          </w:p>
        </w:tc>
        <w:tc>
          <w:tcPr>
            <w:tcW w:type="dxa" w:w="1439"/>
          </w:tcPr>
          <w:p>
            <w:pPr>
              <w:spacing w:after="20" w:before="20"/>
            </w:pPr>
            <w:r/>
            <w:r>
              <w:rPr>
                <w:rFonts w:ascii="Times New Roman" w:hAnsi="Times New Roman" w:eastAsia="宋体"/>
                <w:b w:val="0"/>
                <w:sz w:val="21"/>
              </w:rPr>
              <w:t>56</w:t>
            </w:r>
          </w:p>
        </w:tc>
      </w:tr>
      <w:tr>
        <w:tc>
          <w:tcPr>
            <w:tcW w:type="dxa" w:w="1439"/>
          </w:tcPr>
          <w:p>
            <w:pPr>
              <w:spacing w:after="20" w:before="20"/>
            </w:pPr>
            <w:r/>
            <w:r>
              <w:rPr>
                <w:rFonts w:ascii="Times New Roman" w:hAnsi="Times New Roman" w:eastAsia="宋体"/>
                <w:b w:val="0"/>
                <w:sz w:val="21"/>
              </w:rPr>
              <w:t>5</w:t>
            </w:r>
          </w:p>
        </w:tc>
        <w:tc>
          <w:tcPr>
            <w:tcW w:type="dxa" w:w="1439"/>
          </w:tcPr>
          <w:p>
            <w:pPr>
              <w:spacing w:after="20" w:before="20"/>
            </w:pPr>
            <w:r/>
            <w:r>
              <w:rPr>
                <w:rFonts w:ascii="Times New Roman" w:hAnsi="Times New Roman" w:eastAsia="宋体"/>
                <w:b w:val="0"/>
                <w:sz w:val="21"/>
              </w:rPr>
              <w:t>0003320</w:t>
            </w:r>
          </w:p>
        </w:tc>
        <w:tc>
          <w:tcPr>
            <w:tcW w:type="dxa" w:w="1439"/>
          </w:tcPr>
          <w:p>
            <w:pPr>
              <w:spacing w:after="20" w:before="20"/>
            </w:pPr>
            <w:r/>
            <w:r>
              <w:rPr>
                <w:rFonts w:ascii="Times New Roman" w:hAnsi="Times New Roman" w:eastAsia="宋体"/>
                <w:b w:val="0"/>
                <w:sz w:val="21"/>
              </w:rPr>
              <w:t>本硕博2</w:t>
            </w:r>
          </w:p>
        </w:tc>
        <w:tc>
          <w:tcPr>
            <w:tcW w:type="dxa" w:w="1439"/>
          </w:tcPr>
          <w:p>
            <w:pPr>
              <w:spacing w:after="20" w:before="20"/>
            </w:pPr>
            <w:r/>
            <w:r>
              <w:rPr>
                <w:rFonts w:ascii="Times New Roman" w:hAnsi="Times New Roman" w:eastAsia="宋体"/>
                <w:b w:val="0"/>
                <w:sz w:val="21"/>
              </w:rPr>
              <w:t>本硕博</w:t>
            </w:r>
          </w:p>
        </w:tc>
        <w:tc>
          <w:tcPr>
            <w:tcW w:type="dxa" w:w="1439"/>
          </w:tcPr>
          <w:p>
            <w:pPr>
              <w:spacing w:after="20" w:before="20"/>
            </w:pPr>
            <w:r/>
            <w:r>
              <w:rPr>
                <w:rFonts w:ascii="Times New Roman" w:hAnsi="Times New Roman" w:eastAsia="宋体"/>
                <w:b w:val="0"/>
                <w:sz w:val="21"/>
              </w:rPr>
              <w:t>普通</w:t>
            </w:r>
          </w:p>
        </w:tc>
        <w:tc>
          <w:tcPr>
            <w:tcW w:type="dxa" w:w="1439"/>
          </w:tcPr>
          <w:p>
            <w:pPr>
              <w:spacing w:after="20" w:before="20"/>
            </w:pPr>
            <w:r/>
            <w:r>
              <w:rPr>
                <w:rFonts w:ascii="Times New Roman" w:hAnsi="Times New Roman" w:eastAsia="宋体"/>
                <w:b w:val="0"/>
                <w:sz w:val="21"/>
              </w:rPr>
              <w:t>57</w:t>
            </w:r>
          </w:p>
        </w:tc>
      </w:tr>
      <w:tr>
        <w:tc>
          <w:tcPr>
            <w:tcW w:type="dxa" w:w="1439"/>
          </w:tcPr>
          <w:p>
            <w:pPr>
              <w:spacing w:after="20" w:before="20"/>
            </w:pPr>
            <w:r/>
            <w:r>
              <w:rPr>
                <w:rFonts w:ascii="Times New Roman" w:hAnsi="Times New Roman" w:eastAsia="宋体"/>
                <w:b w:val="0"/>
                <w:sz w:val="21"/>
              </w:rPr>
              <w:t>6</w:t>
            </w:r>
          </w:p>
        </w:tc>
        <w:tc>
          <w:tcPr>
            <w:tcW w:type="dxa" w:w="1439"/>
          </w:tcPr>
          <w:p>
            <w:pPr>
              <w:spacing w:after="20" w:before="20"/>
            </w:pPr>
            <w:r/>
            <w:r>
              <w:rPr>
                <w:rFonts w:ascii="Times New Roman" w:hAnsi="Times New Roman" w:eastAsia="宋体"/>
                <w:b w:val="0"/>
                <w:sz w:val="21"/>
              </w:rPr>
              <w:t>000313130</w:t>
            </w:r>
          </w:p>
        </w:tc>
        <w:tc>
          <w:tcPr>
            <w:tcW w:type="dxa" w:w="1439"/>
          </w:tcPr>
          <w:p>
            <w:pPr>
              <w:spacing w:after="20" w:before="20"/>
            </w:pPr>
            <w:r/>
            <w:r>
              <w:rPr>
                <w:rFonts w:ascii="Times New Roman" w:hAnsi="Times New Roman" w:eastAsia="宋体"/>
                <w:b w:val="0"/>
                <w:sz w:val="21"/>
              </w:rPr>
              <w:t>本硕博预备2</w:t>
            </w:r>
          </w:p>
        </w:tc>
        <w:tc>
          <w:tcPr>
            <w:tcW w:type="dxa" w:w="1439"/>
          </w:tcPr>
          <w:p>
            <w:pPr>
              <w:spacing w:after="20" w:before="20"/>
            </w:pPr>
            <w:r/>
            <w:r>
              <w:rPr>
                <w:rFonts w:ascii="Times New Roman" w:hAnsi="Times New Roman" w:eastAsia="宋体"/>
                <w:b w:val="0"/>
                <w:sz w:val="21"/>
              </w:rPr>
              <w:t>本硕博预备</w:t>
            </w:r>
          </w:p>
        </w:tc>
        <w:tc>
          <w:tcPr>
            <w:tcW w:type="dxa" w:w="1439"/>
          </w:tcPr>
          <w:p>
            <w:pPr>
              <w:spacing w:after="20" w:before="20"/>
            </w:pPr>
            <w:r/>
            <w:r>
              <w:rPr>
                <w:rFonts w:ascii="Times New Roman" w:hAnsi="Times New Roman" w:eastAsia="宋体"/>
                <w:b w:val="0"/>
                <w:sz w:val="21"/>
              </w:rPr>
              <w:t>本硕博预备</w:t>
            </w:r>
          </w:p>
        </w:tc>
        <w:tc>
          <w:tcPr>
            <w:tcW w:type="dxa" w:w="1439"/>
          </w:tcPr>
          <w:p>
            <w:pPr>
              <w:spacing w:after="20" w:before="20"/>
            </w:pPr>
            <w:r/>
            <w:r>
              <w:rPr>
                <w:rFonts w:ascii="Times New Roman" w:hAnsi="Times New Roman" w:eastAsia="宋体"/>
                <w:b w:val="0"/>
                <w:sz w:val="21"/>
              </w:rPr>
              <w:t>64</w:t>
            </w:r>
          </w:p>
        </w:tc>
      </w:tr>
      <w:tr>
        <w:tc>
          <w:tcPr>
            <w:tcW w:type="dxa" w:w="1439"/>
          </w:tcPr>
          <w:p>
            <w:pPr>
              <w:spacing w:after="20" w:before="20"/>
            </w:pPr>
            <w:r/>
            <w:r>
              <w:rPr>
                <w:rFonts w:ascii="Times New Roman" w:hAnsi="Times New Roman" w:eastAsia="宋体"/>
                <w:b w:val="0"/>
                <w:sz w:val="21"/>
              </w:rPr>
              <w:t>7</w:t>
            </w:r>
          </w:p>
        </w:tc>
        <w:tc>
          <w:tcPr>
            <w:tcW w:type="dxa" w:w="1439"/>
          </w:tcPr>
          <w:p>
            <w:pPr>
              <w:spacing w:after="20" w:before="20"/>
            </w:pPr>
            <w:r/>
            <w:r>
              <w:rPr>
                <w:rFonts w:ascii="Times New Roman" w:hAnsi="Times New Roman" w:eastAsia="宋体"/>
                <w:b w:val="0"/>
                <w:sz w:val="21"/>
              </w:rPr>
              <w:t>000319120</w:t>
            </w:r>
          </w:p>
        </w:tc>
        <w:tc>
          <w:tcPr>
            <w:tcW w:type="dxa" w:w="1439"/>
          </w:tcPr>
          <w:p>
            <w:pPr>
              <w:spacing w:after="20" w:before="20"/>
            </w:pPr>
            <w:r/>
            <w:r>
              <w:rPr>
                <w:rFonts w:ascii="Times New Roman" w:hAnsi="Times New Roman" w:eastAsia="宋体"/>
                <w:b w:val="0"/>
                <w:sz w:val="21"/>
              </w:rPr>
              <w:t>本硕博3</w:t>
            </w:r>
          </w:p>
        </w:tc>
        <w:tc>
          <w:tcPr>
            <w:tcW w:type="dxa" w:w="1439"/>
          </w:tcPr>
          <w:p>
            <w:pPr>
              <w:spacing w:after="20" w:before="20"/>
            </w:pPr>
            <w:r/>
            <w:r>
              <w:rPr>
                <w:rFonts w:ascii="Times New Roman" w:hAnsi="Times New Roman" w:eastAsia="宋体"/>
                <w:b w:val="0"/>
                <w:sz w:val="21"/>
              </w:rPr>
              <w:t>本硕博</w:t>
            </w:r>
          </w:p>
        </w:tc>
        <w:tc>
          <w:tcPr>
            <w:tcW w:type="dxa" w:w="1439"/>
          </w:tcPr>
          <w:p>
            <w:pPr>
              <w:spacing w:after="20" w:before="20"/>
            </w:pPr>
            <w:r/>
            <w:r>
              <w:rPr>
                <w:rFonts w:ascii="Times New Roman" w:hAnsi="Times New Roman" w:eastAsia="宋体"/>
                <w:b w:val="0"/>
                <w:sz w:val="21"/>
              </w:rPr>
              <w:t>普通</w:t>
            </w:r>
          </w:p>
        </w:tc>
        <w:tc>
          <w:tcPr>
            <w:tcW w:type="dxa" w:w="1439"/>
          </w:tcPr>
          <w:p>
            <w:pPr>
              <w:spacing w:after="20" w:before="20"/>
            </w:pPr>
            <w:r/>
            <w:r>
              <w:rPr>
                <w:rFonts w:ascii="Times New Roman" w:hAnsi="Times New Roman" w:eastAsia="宋体"/>
                <w:b w:val="0"/>
                <w:sz w:val="21"/>
              </w:rPr>
              <w:t>58</w:t>
            </w:r>
          </w:p>
        </w:tc>
      </w:tr>
      <w:tr>
        <w:tc>
          <w:tcPr>
            <w:tcW w:type="dxa" w:w="1439"/>
          </w:tcPr>
          <w:p>
            <w:pPr>
              <w:spacing w:after="20" w:before="20"/>
            </w:pPr>
            <w:r/>
            <w:r>
              <w:rPr>
                <w:rFonts w:ascii="Times New Roman" w:hAnsi="Times New Roman" w:eastAsia="宋体"/>
                <w:b w:val="0"/>
                <w:sz w:val="21"/>
              </w:rPr>
              <w:t>8</w:t>
            </w:r>
          </w:p>
        </w:tc>
        <w:tc>
          <w:tcPr>
            <w:tcW w:type="dxa" w:w="1439"/>
          </w:tcPr>
          <w:p>
            <w:pPr>
              <w:spacing w:after="20" w:before="20"/>
            </w:pPr>
            <w:r/>
            <w:r>
              <w:rPr>
                <w:rFonts w:ascii="Times New Roman" w:hAnsi="Times New Roman" w:eastAsia="宋体"/>
                <w:b w:val="0"/>
                <w:sz w:val="21"/>
              </w:rPr>
              <w:t>000318160</w:t>
            </w:r>
          </w:p>
        </w:tc>
        <w:tc>
          <w:tcPr>
            <w:tcW w:type="dxa" w:w="1439"/>
          </w:tcPr>
          <w:p>
            <w:pPr>
              <w:spacing w:after="20" w:before="20"/>
            </w:pPr>
            <w:r/>
            <w:r>
              <w:rPr>
                <w:rFonts w:ascii="Times New Roman" w:hAnsi="Times New Roman" w:eastAsia="宋体"/>
                <w:b w:val="0"/>
                <w:sz w:val="21"/>
              </w:rPr>
              <w:t>本硕博预备3</w:t>
            </w:r>
          </w:p>
        </w:tc>
        <w:tc>
          <w:tcPr>
            <w:tcW w:type="dxa" w:w="1439"/>
          </w:tcPr>
          <w:p>
            <w:pPr>
              <w:spacing w:after="20" w:before="20"/>
            </w:pPr>
            <w:r/>
            <w:r>
              <w:rPr>
                <w:rFonts w:ascii="Times New Roman" w:hAnsi="Times New Roman" w:eastAsia="宋体"/>
                <w:b w:val="0"/>
                <w:sz w:val="21"/>
              </w:rPr>
              <w:t>本硕博预备</w:t>
            </w:r>
          </w:p>
        </w:tc>
        <w:tc>
          <w:tcPr>
            <w:tcW w:type="dxa" w:w="1439"/>
          </w:tcPr>
          <w:p>
            <w:pPr>
              <w:spacing w:after="20" w:before="20"/>
            </w:pPr>
            <w:r/>
            <w:r>
              <w:rPr>
                <w:rFonts w:ascii="Times New Roman" w:hAnsi="Times New Roman" w:eastAsia="宋体"/>
                <w:b w:val="0"/>
                <w:sz w:val="21"/>
              </w:rPr>
              <w:t>本硕博预备</w:t>
            </w:r>
          </w:p>
        </w:tc>
        <w:tc>
          <w:tcPr>
            <w:tcW w:type="dxa" w:w="1439"/>
          </w:tcPr>
          <w:p>
            <w:pPr>
              <w:spacing w:after="20" w:before="20"/>
            </w:pPr>
            <w:r/>
            <w:r>
              <w:rPr>
                <w:rFonts w:ascii="Times New Roman" w:hAnsi="Times New Roman" w:eastAsia="宋体"/>
                <w:b w:val="0"/>
                <w:sz w:val="21"/>
              </w:rPr>
              <w:t>65</w:t>
            </w:r>
          </w:p>
        </w:tc>
      </w:tr>
      <w:tr>
        <w:tc>
          <w:tcPr>
            <w:tcW w:type="dxa" w:w="1439"/>
          </w:tcPr>
          <w:p>
            <w:pPr>
              <w:spacing w:after="20" w:before="20"/>
            </w:pPr>
            <w:r/>
            <w:r>
              <w:rPr>
                <w:rFonts w:ascii="Times New Roman" w:hAnsi="Times New Roman" w:eastAsia="宋体"/>
                <w:b w:val="0"/>
                <w:sz w:val="21"/>
              </w:rPr>
              <w:t>9</w:t>
            </w:r>
          </w:p>
        </w:tc>
        <w:tc>
          <w:tcPr>
            <w:tcW w:type="dxa" w:w="1439"/>
          </w:tcPr>
          <w:p>
            <w:pPr>
              <w:spacing w:after="20" w:before="20"/>
            </w:pPr>
            <w:r/>
            <w:r>
              <w:rPr>
                <w:rFonts w:ascii="Times New Roman" w:hAnsi="Times New Roman" w:eastAsia="宋体"/>
                <w:b w:val="0"/>
                <w:sz w:val="21"/>
              </w:rPr>
              <w:t>0003770</w:t>
            </w:r>
          </w:p>
        </w:tc>
        <w:tc>
          <w:tcPr>
            <w:tcW w:type="dxa" w:w="1439"/>
          </w:tcPr>
          <w:p>
            <w:pPr>
              <w:spacing w:after="20" w:before="20"/>
            </w:pPr>
            <w:r/>
            <w:r>
              <w:rPr>
                <w:rFonts w:ascii="Times New Roman" w:hAnsi="Times New Roman" w:eastAsia="宋体"/>
                <w:b w:val="0"/>
                <w:sz w:val="21"/>
              </w:rPr>
              <w:t>本硕博4</w:t>
            </w:r>
          </w:p>
        </w:tc>
        <w:tc>
          <w:tcPr>
            <w:tcW w:type="dxa" w:w="1439"/>
          </w:tcPr>
          <w:p>
            <w:pPr>
              <w:spacing w:after="20" w:before="20"/>
            </w:pPr>
            <w:r/>
            <w:r>
              <w:rPr>
                <w:rFonts w:ascii="Times New Roman" w:hAnsi="Times New Roman" w:eastAsia="宋体"/>
                <w:b w:val="0"/>
                <w:sz w:val="21"/>
              </w:rPr>
              <w:t>本硕博</w:t>
            </w:r>
          </w:p>
        </w:tc>
        <w:tc>
          <w:tcPr>
            <w:tcW w:type="dxa" w:w="1439"/>
          </w:tcPr>
          <w:p>
            <w:pPr>
              <w:spacing w:after="20" w:before="20"/>
            </w:pPr>
            <w:r/>
            <w:r>
              <w:rPr>
                <w:rFonts w:ascii="Times New Roman" w:hAnsi="Times New Roman" w:eastAsia="宋体"/>
                <w:b w:val="0"/>
                <w:sz w:val="21"/>
              </w:rPr>
              <w:t>普通</w:t>
            </w:r>
          </w:p>
        </w:tc>
        <w:tc>
          <w:tcPr>
            <w:tcW w:type="dxa" w:w="1439"/>
          </w:tcPr>
          <w:p>
            <w:pPr>
              <w:spacing w:after="20" w:before="20"/>
            </w:pPr>
            <w:r/>
            <w:r>
              <w:rPr>
                <w:rFonts w:ascii="Times New Roman" w:hAnsi="Times New Roman" w:eastAsia="宋体"/>
                <w:b w:val="0"/>
                <w:sz w:val="21"/>
              </w:rPr>
              <w:t>59</w:t>
            </w:r>
          </w:p>
        </w:tc>
      </w:tr>
      <w:tr>
        <w:tc>
          <w:tcPr>
            <w:tcW w:type="dxa" w:w="1439"/>
          </w:tcPr>
          <w:p>
            <w:pPr>
              <w:spacing w:after="20" w:before="20"/>
            </w:pPr>
            <w:r/>
            <w:r>
              <w:rPr>
                <w:rFonts w:ascii="Times New Roman" w:hAnsi="Times New Roman" w:eastAsia="宋体"/>
                <w:b w:val="0"/>
                <w:sz w:val="21"/>
              </w:rPr>
              <w:t>10</w:t>
            </w:r>
          </w:p>
        </w:tc>
        <w:tc>
          <w:tcPr>
            <w:tcW w:type="dxa" w:w="1439"/>
          </w:tcPr>
          <w:p>
            <w:pPr>
              <w:spacing w:after="20" w:before="20"/>
            </w:pPr>
            <w:r/>
            <w:r>
              <w:rPr>
                <w:rFonts w:ascii="Times New Roman" w:hAnsi="Times New Roman" w:eastAsia="宋体"/>
                <w:b w:val="0"/>
                <w:sz w:val="21"/>
              </w:rPr>
              <w:t>000312100</w:t>
            </w:r>
          </w:p>
        </w:tc>
        <w:tc>
          <w:tcPr>
            <w:tcW w:type="dxa" w:w="1439"/>
          </w:tcPr>
          <w:p>
            <w:pPr>
              <w:spacing w:after="20" w:before="20"/>
            </w:pPr>
            <w:r/>
            <w:r>
              <w:rPr>
                <w:rFonts w:ascii="Times New Roman" w:hAnsi="Times New Roman" w:eastAsia="宋体"/>
                <w:b w:val="0"/>
                <w:sz w:val="21"/>
              </w:rPr>
              <w:t>本硕博5</w:t>
            </w:r>
          </w:p>
        </w:tc>
        <w:tc>
          <w:tcPr>
            <w:tcW w:type="dxa" w:w="1439"/>
          </w:tcPr>
          <w:p>
            <w:pPr>
              <w:spacing w:after="20" w:before="20"/>
            </w:pPr>
            <w:r/>
            <w:r>
              <w:rPr>
                <w:rFonts w:ascii="Times New Roman" w:hAnsi="Times New Roman" w:eastAsia="宋体"/>
                <w:b w:val="0"/>
                <w:sz w:val="21"/>
              </w:rPr>
              <w:t>本硕博</w:t>
            </w:r>
          </w:p>
        </w:tc>
        <w:tc>
          <w:tcPr>
            <w:tcW w:type="dxa" w:w="1439"/>
          </w:tcPr>
          <w:p>
            <w:pPr>
              <w:spacing w:after="20" w:before="20"/>
            </w:pPr>
            <w:r/>
            <w:r>
              <w:rPr>
                <w:rFonts w:ascii="Times New Roman" w:hAnsi="Times New Roman" w:eastAsia="宋体"/>
                <w:b w:val="0"/>
                <w:sz w:val="21"/>
              </w:rPr>
              <w:t>普通</w:t>
            </w:r>
          </w:p>
        </w:tc>
        <w:tc>
          <w:tcPr>
            <w:tcW w:type="dxa" w:w="1439"/>
          </w:tcPr>
          <w:p>
            <w:pPr>
              <w:spacing w:after="20" w:before="20"/>
            </w:pPr>
            <w:r/>
            <w:r>
              <w:rPr>
                <w:rFonts w:ascii="Times New Roman" w:hAnsi="Times New Roman" w:eastAsia="宋体"/>
                <w:b w:val="0"/>
                <w:sz w:val="21"/>
              </w:rPr>
              <w:t>60</w:t>
            </w:r>
          </w:p>
        </w:tc>
      </w:tr>
      <w:tr>
        <w:tc>
          <w:tcPr>
            <w:tcW w:type="dxa" w:w="1439"/>
          </w:tcPr>
          <w:p>
            <w:pPr>
              <w:spacing w:after="20" w:before="20"/>
            </w:pPr>
            <w:r/>
            <w:r>
              <w:rPr>
                <w:rFonts w:ascii="Times New Roman" w:hAnsi="Times New Roman" w:eastAsia="宋体"/>
                <w:b w:val="0"/>
                <w:sz w:val="21"/>
              </w:rPr>
              <w:t>11</w:t>
            </w:r>
          </w:p>
        </w:tc>
        <w:tc>
          <w:tcPr>
            <w:tcW w:type="dxa" w:w="1439"/>
          </w:tcPr>
          <w:p>
            <w:pPr>
              <w:spacing w:after="20" w:before="20"/>
            </w:pPr>
            <w:r/>
            <w:r>
              <w:rPr>
                <w:rFonts w:ascii="Times New Roman" w:hAnsi="Times New Roman" w:eastAsia="宋体"/>
                <w:b w:val="0"/>
                <w:sz w:val="21"/>
              </w:rPr>
              <w:t>000321190</w:t>
            </w:r>
          </w:p>
        </w:tc>
        <w:tc>
          <w:tcPr>
            <w:tcW w:type="dxa" w:w="1439"/>
          </w:tcPr>
          <w:p>
            <w:pPr>
              <w:spacing w:after="20" w:before="20"/>
            </w:pPr>
            <w:r/>
            <w:r>
              <w:rPr>
                <w:rFonts w:ascii="Times New Roman" w:hAnsi="Times New Roman" w:eastAsia="宋体"/>
                <w:b w:val="0"/>
                <w:sz w:val="21"/>
              </w:rPr>
              <w:t>本硕博6</w:t>
            </w:r>
          </w:p>
        </w:tc>
        <w:tc>
          <w:tcPr>
            <w:tcW w:type="dxa" w:w="1439"/>
          </w:tcPr>
          <w:p>
            <w:pPr>
              <w:spacing w:after="20" w:before="20"/>
            </w:pPr>
            <w:r/>
            <w:r>
              <w:rPr>
                <w:rFonts w:ascii="Times New Roman" w:hAnsi="Times New Roman" w:eastAsia="宋体"/>
                <w:b w:val="0"/>
                <w:sz w:val="21"/>
              </w:rPr>
              <w:t>本硕博</w:t>
            </w:r>
          </w:p>
        </w:tc>
        <w:tc>
          <w:tcPr>
            <w:tcW w:type="dxa" w:w="1439"/>
          </w:tcPr>
          <w:p>
            <w:pPr>
              <w:spacing w:after="20" w:before="20"/>
            </w:pPr>
            <w:r/>
            <w:r>
              <w:rPr>
                <w:rFonts w:ascii="Times New Roman" w:hAnsi="Times New Roman" w:eastAsia="宋体"/>
                <w:b w:val="0"/>
                <w:sz w:val="21"/>
              </w:rPr>
              <w:t>普通</w:t>
            </w:r>
          </w:p>
        </w:tc>
        <w:tc>
          <w:tcPr>
            <w:tcW w:type="dxa" w:w="1439"/>
          </w:tcPr>
          <w:p>
            <w:pPr>
              <w:spacing w:after="20" w:before="20"/>
            </w:pPr>
            <w:r/>
            <w:r>
              <w:rPr>
                <w:rFonts w:ascii="Times New Roman" w:hAnsi="Times New Roman" w:eastAsia="宋体"/>
                <w:b w:val="0"/>
                <w:sz w:val="21"/>
              </w:rPr>
              <w:t>61</w:t>
            </w:r>
          </w:p>
        </w:tc>
      </w:tr>
      <w:tr>
        <w:tc>
          <w:tcPr>
            <w:tcW w:type="dxa" w:w="1439"/>
          </w:tcPr>
          <w:p>
            <w:pPr>
              <w:spacing w:after="20" w:before="20"/>
            </w:pPr>
            <w:r/>
            <w:r>
              <w:rPr>
                <w:rFonts w:ascii="Times New Roman" w:hAnsi="Times New Roman" w:eastAsia="宋体"/>
                <w:b w:val="0"/>
                <w:sz w:val="21"/>
              </w:rPr>
              <w:t>12</w:t>
            </w:r>
          </w:p>
        </w:tc>
        <w:tc>
          <w:tcPr>
            <w:tcW w:type="dxa" w:w="1439"/>
          </w:tcPr>
          <w:p>
            <w:pPr>
              <w:spacing w:after="20" w:before="20"/>
            </w:pPr>
            <w:r/>
            <w:r>
              <w:rPr>
                <w:rFonts w:ascii="Times New Roman" w:hAnsi="Times New Roman" w:eastAsia="宋体"/>
                <w:b w:val="0"/>
                <w:sz w:val="21"/>
              </w:rPr>
              <w:t>000320130</w:t>
            </w:r>
          </w:p>
        </w:tc>
        <w:tc>
          <w:tcPr>
            <w:tcW w:type="dxa" w:w="1439"/>
          </w:tcPr>
          <w:p>
            <w:pPr>
              <w:spacing w:after="20" w:before="20"/>
            </w:pPr>
            <w:r/>
            <w:r>
              <w:rPr>
                <w:rFonts w:ascii="Times New Roman" w:hAnsi="Times New Roman" w:eastAsia="宋体"/>
                <w:b w:val="0"/>
                <w:sz w:val="21"/>
              </w:rPr>
              <w:t>本硕博7</w:t>
            </w:r>
          </w:p>
        </w:tc>
        <w:tc>
          <w:tcPr>
            <w:tcW w:type="dxa" w:w="1439"/>
          </w:tcPr>
          <w:p>
            <w:pPr>
              <w:spacing w:after="20" w:before="20"/>
            </w:pPr>
            <w:r/>
            <w:r>
              <w:rPr>
                <w:rFonts w:ascii="Times New Roman" w:hAnsi="Times New Roman" w:eastAsia="宋体"/>
                <w:b w:val="0"/>
                <w:sz w:val="21"/>
              </w:rPr>
              <w:t>本硕博</w:t>
            </w:r>
          </w:p>
        </w:tc>
        <w:tc>
          <w:tcPr>
            <w:tcW w:type="dxa" w:w="1439"/>
          </w:tcPr>
          <w:p>
            <w:pPr>
              <w:spacing w:after="20" w:before="20"/>
            </w:pPr>
            <w:r/>
            <w:r>
              <w:rPr>
                <w:rFonts w:ascii="Times New Roman" w:hAnsi="Times New Roman" w:eastAsia="宋体"/>
                <w:b w:val="0"/>
                <w:sz w:val="21"/>
              </w:rPr>
              <w:t>普通</w:t>
            </w:r>
          </w:p>
        </w:tc>
        <w:tc>
          <w:tcPr>
            <w:tcW w:type="dxa" w:w="1439"/>
          </w:tcPr>
          <w:p>
            <w:pPr>
              <w:spacing w:after="20" w:before="20"/>
            </w:pPr>
            <w:r/>
            <w:r>
              <w:rPr>
                <w:rFonts w:ascii="Times New Roman" w:hAnsi="Times New Roman" w:eastAsia="宋体"/>
                <w:b w:val="0"/>
                <w:sz w:val="21"/>
              </w:rPr>
              <w:t>62</w:t>
            </w:r>
          </w:p>
        </w:tc>
      </w:tr>
      <w:tr>
        <w:tc>
          <w:tcPr>
            <w:tcW w:type="dxa" w:w="1439"/>
          </w:tcPr>
          <w:p>
            <w:pPr>
              <w:spacing w:after="20" w:before="20"/>
            </w:pPr>
            <w:r/>
            <w:r>
              <w:rPr>
                <w:rFonts w:ascii="Times New Roman" w:hAnsi="Times New Roman" w:eastAsia="宋体"/>
                <w:b w:val="0"/>
                <w:sz w:val="21"/>
              </w:rPr>
              <w:t>13</w:t>
            </w:r>
          </w:p>
        </w:tc>
        <w:tc>
          <w:tcPr>
            <w:tcW w:type="dxa" w:w="1439"/>
          </w:tcPr>
          <w:p>
            <w:pPr>
              <w:spacing w:after="20" w:before="20"/>
            </w:pPr>
            <w:r/>
            <w:r>
              <w:rPr>
                <w:rFonts w:ascii="Times New Roman" w:hAnsi="Times New Roman" w:eastAsia="宋体"/>
                <w:b w:val="0"/>
                <w:sz w:val="21"/>
              </w:rPr>
              <w:t>000325230</w:t>
            </w:r>
          </w:p>
        </w:tc>
        <w:tc>
          <w:tcPr>
            <w:tcW w:type="dxa" w:w="1439"/>
          </w:tcPr>
          <w:p>
            <w:pPr>
              <w:spacing w:after="20" w:before="20"/>
            </w:pPr>
            <w:r/>
            <w:r>
              <w:rPr>
                <w:rFonts w:ascii="Times New Roman" w:hAnsi="Times New Roman" w:eastAsia="宋体"/>
                <w:b w:val="0"/>
                <w:sz w:val="21"/>
              </w:rPr>
              <w:t>本硕博预备1</w:t>
            </w:r>
          </w:p>
        </w:tc>
        <w:tc>
          <w:tcPr>
            <w:tcW w:type="dxa" w:w="1439"/>
          </w:tcPr>
          <w:p>
            <w:pPr>
              <w:spacing w:after="20" w:before="20"/>
            </w:pPr>
            <w:r/>
            <w:r>
              <w:rPr>
                <w:rFonts w:ascii="Times New Roman" w:hAnsi="Times New Roman" w:eastAsia="宋体"/>
                <w:b w:val="0"/>
                <w:sz w:val="21"/>
              </w:rPr>
              <w:t>本硕博预备</w:t>
            </w:r>
          </w:p>
        </w:tc>
        <w:tc>
          <w:tcPr>
            <w:tcW w:type="dxa" w:w="1439"/>
          </w:tcPr>
          <w:p>
            <w:pPr>
              <w:spacing w:after="20" w:before="20"/>
            </w:pPr>
            <w:r/>
            <w:r>
              <w:rPr>
                <w:rFonts w:ascii="Times New Roman" w:hAnsi="Times New Roman" w:eastAsia="宋体"/>
                <w:b w:val="0"/>
                <w:sz w:val="21"/>
              </w:rPr>
              <w:t>本硕博预备</w:t>
            </w:r>
          </w:p>
        </w:tc>
        <w:tc>
          <w:tcPr>
            <w:tcW w:type="dxa" w:w="1439"/>
          </w:tcPr>
          <w:p>
            <w:pPr>
              <w:spacing w:after="20" w:before="20"/>
            </w:pPr>
            <w:r/>
            <w:r>
              <w:rPr>
                <w:rFonts w:ascii="Times New Roman" w:hAnsi="Times New Roman" w:eastAsia="宋体"/>
                <w:b w:val="0"/>
                <w:sz w:val="21"/>
              </w:rPr>
              <w:t>63</w:t>
            </w:r>
          </w:p>
        </w:tc>
      </w:tr>
      <w:tr>
        <w:tc>
          <w:tcPr>
            <w:tcW w:type="dxa" w:w="1439"/>
          </w:tcPr>
          <w:p>
            <w:pPr>
              <w:spacing w:after="20" w:before="20"/>
            </w:pPr>
            <w:r/>
            <w:r>
              <w:rPr>
                <w:rFonts w:ascii="Times New Roman" w:hAnsi="Times New Roman" w:eastAsia="宋体"/>
                <w:b w:val="0"/>
                <w:sz w:val="21"/>
              </w:rPr>
              <w:t>14</w:t>
            </w:r>
          </w:p>
        </w:tc>
        <w:tc>
          <w:tcPr>
            <w:tcW w:type="dxa" w:w="1439"/>
          </w:tcPr>
          <w:p>
            <w:pPr>
              <w:spacing w:after="20" w:before="20"/>
            </w:pPr>
            <w:r/>
            <w:r>
              <w:rPr>
                <w:rFonts w:ascii="Times New Roman" w:hAnsi="Times New Roman" w:eastAsia="宋体"/>
                <w:b w:val="0"/>
                <w:sz w:val="21"/>
              </w:rPr>
              <w:t>000313130</w:t>
            </w:r>
          </w:p>
        </w:tc>
        <w:tc>
          <w:tcPr>
            <w:tcW w:type="dxa" w:w="1439"/>
          </w:tcPr>
          <w:p>
            <w:pPr>
              <w:spacing w:after="20" w:before="20"/>
            </w:pPr>
            <w:r/>
            <w:r>
              <w:rPr>
                <w:rFonts w:ascii="Times New Roman" w:hAnsi="Times New Roman" w:eastAsia="宋体"/>
                <w:b w:val="0"/>
                <w:sz w:val="21"/>
              </w:rPr>
              <w:t>本硕博预备2</w:t>
            </w:r>
          </w:p>
        </w:tc>
        <w:tc>
          <w:tcPr>
            <w:tcW w:type="dxa" w:w="1439"/>
          </w:tcPr>
          <w:p>
            <w:pPr>
              <w:spacing w:after="20" w:before="20"/>
            </w:pPr>
            <w:r/>
            <w:r>
              <w:rPr>
                <w:rFonts w:ascii="Times New Roman" w:hAnsi="Times New Roman" w:eastAsia="宋体"/>
                <w:b w:val="0"/>
                <w:sz w:val="21"/>
              </w:rPr>
              <w:t>本硕博预备</w:t>
            </w:r>
          </w:p>
        </w:tc>
        <w:tc>
          <w:tcPr>
            <w:tcW w:type="dxa" w:w="1439"/>
          </w:tcPr>
          <w:p>
            <w:pPr>
              <w:spacing w:after="20" w:before="20"/>
            </w:pPr>
            <w:r/>
            <w:r>
              <w:rPr>
                <w:rFonts w:ascii="Times New Roman" w:hAnsi="Times New Roman" w:eastAsia="宋体"/>
                <w:b w:val="0"/>
                <w:sz w:val="21"/>
              </w:rPr>
              <w:t>本硕博预备</w:t>
            </w:r>
          </w:p>
        </w:tc>
        <w:tc>
          <w:tcPr>
            <w:tcW w:type="dxa" w:w="1439"/>
          </w:tcPr>
          <w:p>
            <w:pPr>
              <w:spacing w:after="20" w:before="20"/>
            </w:pPr>
            <w:r/>
            <w:r>
              <w:rPr>
                <w:rFonts w:ascii="Times New Roman" w:hAnsi="Times New Roman" w:eastAsia="宋体"/>
                <w:b w:val="0"/>
                <w:sz w:val="21"/>
              </w:rPr>
              <w:t>64</w:t>
            </w:r>
          </w:p>
        </w:tc>
      </w:tr>
      <w:tr>
        <w:tc>
          <w:tcPr>
            <w:tcW w:type="dxa" w:w="1439"/>
          </w:tcPr>
          <w:p>
            <w:pPr>
              <w:spacing w:after="20" w:before="20"/>
            </w:pPr>
            <w:r/>
            <w:r>
              <w:rPr>
                <w:rFonts w:ascii="Times New Roman" w:hAnsi="Times New Roman" w:eastAsia="宋体"/>
                <w:b w:val="0"/>
                <w:sz w:val="21"/>
              </w:rPr>
              <w:t>15</w:t>
            </w:r>
          </w:p>
        </w:tc>
        <w:tc>
          <w:tcPr>
            <w:tcW w:type="dxa" w:w="1439"/>
          </w:tcPr>
          <w:p>
            <w:pPr>
              <w:spacing w:after="20" w:before="20"/>
            </w:pPr>
            <w:r/>
            <w:r>
              <w:rPr>
                <w:rFonts w:ascii="Times New Roman" w:hAnsi="Times New Roman" w:eastAsia="宋体"/>
                <w:b w:val="0"/>
                <w:sz w:val="21"/>
              </w:rPr>
              <w:t>000318160</w:t>
            </w:r>
          </w:p>
        </w:tc>
        <w:tc>
          <w:tcPr>
            <w:tcW w:type="dxa" w:w="1439"/>
          </w:tcPr>
          <w:p>
            <w:pPr>
              <w:spacing w:after="20" w:before="20"/>
            </w:pPr>
            <w:r/>
            <w:r>
              <w:rPr>
                <w:rFonts w:ascii="Times New Roman" w:hAnsi="Times New Roman" w:eastAsia="宋体"/>
                <w:b w:val="0"/>
                <w:sz w:val="21"/>
              </w:rPr>
              <w:t>本硕博预备3</w:t>
            </w:r>
          </w:p>
        </w:tc>
        <w:tc>
          <w:tcPr>
            <w:tcW w:type="dxa" w:w="1439"/>
          </w:tcPr>
          <w:p>
            <w:pPr>
              <w:spacing w:after="20" w:before="20"/>
            </w:pPr>
            <w:r/>
            <w:r>
              <w:rPr>
                <w:rFonts w:ascii="Times New Roman" w:hAnsi="Times New Roman" w:eastAsia="宋体"/>
                <w:b w:val="0"/>
                <w:sz w:val="21"/>
              </w:rPr>
              <w:t>本硕博预备</w:t>
            </w:r>
          </w:p>
        </w:tc>
        <w:tc>
          <w:tcPr>
            <w:tcW w:type="dxa" w:w="1439"/>
          </w:tcPr>
          <w:p>
            <w:pPr>
              <w:spacing w:after="20" w:before="20"/>
            </w:pPr>
            <w:r/>
            <w:r>
              <w:rPr>
                <w:rFonts w:ascii="Times New Roman" w:hAnsi="Times New Roman" w:eastAsia="宋体"/>
                <w:b w:val="0"/>
                <w:sz w:val="21"/>
              </w:rPr>
              <w:t>本硕博预备</w:t>
            </w:r>
          </w:p>
        </w:tc>
        <w:tc>
          <w:tcPr>
            <w:tcW w:type="dxa" w:w="1439"/>
          </w:tcPr>
          <w:p>
            <w:pPr>
              <w:spacing w:after="20" w:before="20"/>
            </w:pPr>
            <w:r/>
            <w:r>
              <w:rPr>
                <w:rFonts w:ascii="Times New Roman" w:hAnsi="Times New Roman" w:eastAsia="宋体"/>
                <w:b w:val="0"/>
                <w:sz w:val="21"/>
              </w:rPr>
              <w:t>65</w:t>
            </w:r>
          </w:p>
        </w:tc>
      </w:tr>
      <w:tr>
        <w:tc>
          <w:tcPr>
            <w:tcW w:type="dxa" w:w="1439"/>
          </w:tcPr>
          <w:p>
            <w:pPr>
              <w:spacing w:after="20" w:before="20"/>
            </w:pPr>
            <w:r/>
            <w:r>
              <w:rPr>
                <w:rFonts w:ascii="Times New Roman" w:hAnsi="Times New Roman" w:eastAsia="宋体"/>
                <w:b w:val="0"/>
                <w:sz w:val="21"/>
              </w:rPr>
              <w:t>16</w:t>
            </w:r>
          </w:p>
        </w:tc>
        <w:tc>
          <w:tcPr>
            <w:tcW w:type="dxa" w:w="1439"/>
          </w:tcPr>
          <w:p>
            <w:pPr>
              <w:spacing w:after="20" w:before="20"/>
            </w:pPr>
            <w:r/>
            <w:r>
              <w:rPr>
                <w:rFonts w:ascii="Times New Roman" w:hAnsi="Times New Roman" w:eastAsia="宋体"/>
                <w:b w:val="0"/>
                <w:sz w:val="21"/>
              </w:rPr>
              <w:t>0003</w:t>
            </w:r>
          </w:p>
        </w:tc>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t>—</w:t>
            </w:r>
          </w:p>
        </w:tc>
        <w:tc>
          <w:tcPr>
            <w:tcW w:type="dxa" w:w="1439"/>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九、统计说明</w:t>
      </w:r>
    </w:p>
    <w:p>
      <w:pPr>
        <w:spacing w:after="80" w:lineRule="auto" w:line="360"/>
        <w:ind w:firstLine="482"/>
        <w:jc w:val="both"/>
      </w:pPr>
      <w:r>
        <w:rPr>
          <w:rFonts w:ascii="Times New Roman" w:hAnsi="Times New Roman" w:eastAsia="宋体"/>
          <w:b w:val="0"/>
          <w:sz w:val="24"/>
        </w:rPr>
        <w:t>1. 记录总数：16 条。</w:t>
      </w:r>
    </w:p>
    <w:p>
      <w:pPr>
        <w:spacing w:after="80" w:lineRule="auto" w:line="360"/>
        <w:ind w:firstLine="482"/>
        <w:jc w:val="both"/>
      </w:pPr>
      <w:r>
        <w:rPr>
          <w:rFonts w:ascii="Times New Roman" w:hAnsi="Times New Roman" w:eastAsia="宋体"/>
          <w:b w:val="0"/>
          <w:sz w:val="24"/>
        </w:rPr>
        <w:t>2. 培养类型分布：本硕博 9 条，本硕博预备 5 条，普通预备 1 条，未标注 1 条。</w:t>
      </w:r>
    </w:p>
    <w:p>
      <w:pPr>
        <w:spacing w:after="80" w:lineRule="auto" w:line="360"/>
        <w:ind w:firstLine="482"/>
        <w:jc w:val="both"/>
      </w:pPr>
      <w:r>
        <w:rPr>
          <w:rFonts w:ascii="Times New Roman" w:hAnsi="Times New Roman" w:eastAsia="宋体"/>
          <w:b w:val="0"/>
          <w:sz w:val="24"/>
        </w:rPr>
        <w:t>3. 排名/序号范围：55 至 65。</w:t>
      </w:r>
    </w:p>
    <w:p>
      <w:pPr>
        <w:spacing w:after="80" w:lineRule="auto" w:line="360"/>
        <w:ind w:firstLine="482"/>
        <w:jc w:val="both"/>
      </w:pPr>
      <w:r>
        <w:rPr>
          <w:rFonts w:ascii="Times New Roman" w:hAnsi="Times New Roman" w:eastAsia="宋体"/>
          <w:b w:val="0"/>
          <w:sz w:val="24"/>
        </w:rPr>
        <w:t>4. 涉及专业代码：000312100、000330190、000321190、0003630、0003320、000313130、000319120、000318160、0003770、000320130、000325230、0003。</w:t>
      </w:r>
    </w:p>
    <w:p>
      <w:pPr>
        <w:spacing w:before="160" w:after="80" w:lineRule="auto" w:line="360"/>
        <w:jc w:val="left"/>
      </w:pPr>
      <w:r>
        <w:rPr>
          <w:rFonts w:ascii="Times New Roman" w:hAnsi="Times New Roman" w:eastAsia="宋体"/>
          <w:b/>
          <w:sz w:val="28"/>
        </w:rPr>
        <w:t>三、其他信息</w:t>
      </w:r>
    </w:p>
    <w:p>
      <w:pPr>
        <w:spacing w:after="80" w:lineRule="auto" w:line="360"/>
        <w:ind w:firstLine="482"/>
        <w:jc w:val="both"/>
      </w:pPr>
      <w:r>
        <w:rPr>
          <w:rFonts w:ascii="Times New Roman" w:hAnsi="Times New Roman" w:eastAsia="宋体"/>
          <w:b w:val="0"/>
          <w:sz w:val="24"/>
        </w:rPr>
        <w:t>本段未包含公示期、评分方式及联系方式等内容。</w:t>
      </w:r>
    </w:p>
    <w:p>
      <w:pPr>
        <w:spacing w:before="160" w:after="80" w:lineRule="auto" w:line="360"/>
        <w:jc w:val="left"/>
      </w:pPr>
      <w:r>
        <w:rPr>
          <w:rFonts w:ascii="Times New Roman" w:hAnsi="Times New Roman" w:eastAsia="宋体"/>
          <w:b/>
          <w:sz w:val="28"/>
        </w:rPr>
        <w:t>十、名单明细</w:t>
      </w:r>
    </w:p>
    <w:p>
      <w:pPr>
        <w:spacing w:after="80" w:lineRule="auto" w:line="360"/>
        <w:ind w:firstLine="482"/>
        <w:jc w:val="both"/>
      </w:pPr>
      <w:r>
        <w:rPr>
          <w:rFonts w:ascii="Times New Roman" w:hAnsi="Times New Roman" w:eastAsia="宋体"/>
          <w:b w:val="0"/>
          <w:sz w:val="24"/>
        </w:rPr>
        <w:t>本段内容为名单类信息，共涉及 16 条记录，按序号、编号、专业/学院（或类别）、排名/评分方式等字段整理如下：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编号</w:t>
            </w:r>
          </w:p>
        </w:tc>
        <w:tc>
          <w:tcPr>
            <w:tcW w:type="dxa" w:w="2158"/>
          </w:tcPr>
          <w:p>
            <w:pPr>
              <w:spacing w:after="20" w:before="20"/>
            </w:pPr>
            <w:r/>
            <w:r>
              <w:rPr>
                <w:rFonts w:ascii="Times New Roman" w:hAnsi="Times New Roman" w:eastAsia="宋体"/>
                <w:b/>
                <w:sz w:val="21"/>
              </w:rPr>
              <w:t>专业/学院（或类别）</w:t>
            </w:r>
          </w:p>
        </w:tc>
        <w:tc>
          <w:tcPr>
            <w:tcW w:type="dxa" w:w="2158"/>
          </w:tcPr>
          <w:p>
            <w:pPr>
              <w:spacing w:after="20" w:before="20"/>
            </w:pPr>
            <w:r/>
            <w:r>
              <w:rPr>
                <w:rFonts w:ascii="Times New Roman" w:hAnsi="Times New Roman" w:eastAsia="宋体"/>
                <w:b/>
                <w:sz w:val="21"/>
              </w:rPr>
              <w:t>排名/评分方式</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00312100</w:t>
            </w:r>
          </w:p>
        </w:tc>
        <w:tc>
          <w:tcPr>
            <w:tcW w:type="dxa" w:w="2158"/>
          </w:tcPr>
          <w:p>
            <w:pPr>
              <w:spacing w:after="20" w:before="20"/>
            </w:pPr>
            <w:r/>
            <w:r>
              <w:rPr>
                <w:rFonts w:ascii="Times New Roman" w:hAnsi="Times New Roman" w:eastAsia="宋体"/>
                <w:b w:val="0"/>
                <w:sz w:val="21"/>
              </w:rPr>
              <w:t>本硕博5</w:t>
            </w:r>
          </w:p>
        </w:tc>
        <w:tc>
          <w:tcPr>
            <w:tcW w:type="dxa" w:w="2158"/>
          </w:tcPr>
          <w:p>
            <w:pPr>
              <w:spacing w:after="20" w:before="20"/>
            </w:pPr>
            <w:r/>
            <w:r>
              <w:rPr>
                <w:rFonts w:ascii="Times New Roman" w:hAnsi="Times New Roman" w:eastAsia="宋体"/>
                <w:b w:val="0"/>
                <w:sz w:val="21"/>
              </w:rPr>
              <w:t>本硕博600</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00330190</w:t>
            </w:r>
          </w:p>
        </w:tc>
        <w:tc>
          <w:tcPr>
            <w:tcW w:type="dxa" w:w="2158"/>
          </w:tcPr>
          <w:p>
            <w:pPr>
              <w:spacing w:after="20" w:before="20"/>
            </w:pPr>
            <w:r/>
            <w:r>
              <w:rPr>
                <w:rFonts w:ascii="Times New Roman" w:hAnsi="Times New Roman" w:eastAsia="宋体"/>
                <w:b w:val="0"/>
                <w:sz w:val="21"/>
              </w:rPr>
              <w:t>自动化预备4</w:t>
            </w:r>
          </w:p>
        </w:tc>
        <w:tc>
          <w:tcPr>
            <w:tcW w:type="dxa" w:w="2158"/>
          </w:tcPr>
          <w:p>
            <w:pPr>
              <w:spacing w:after="20" w:before="20"/>
            </w:pPr>
            <w:r/>
            <w:r>
              <w:rPr>
                <w:rFonts w:ascii="Times New Roman" w:hAnsi="Times New Roman" w:eastAsia="宋体"/>
                <w:b w:val="0"/>
                <w:sz w:val="21"/>
              </w:rPr>
              <w:t>普通预备550</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00321190</w:t>
            </w:r>
          </w:p>
        </w:tc>
        <w:tc>
          <w:tcPr>
            <w:tcW w:type="dxa" w:w="2158"/>
          </w:tcPr>
          <w:p>
            <w:pPr>
              <w:spacing w:after="20" w:before="20"/>
            </w:pPr>
            <w:r/>
            <w:r>
              <w:rPr>
                <w:rFonts w:ascii="Times New Roman" w:hAnsi="Times New Roman" w:eastAsia="宋体"/>
                <w:b w:val="0"/>
                <w:sz w:val="21"/>
              </w:rPr>
              <w:t>本硕博6</w:t>
            </w:r>
          </w:p>
        </w:tc>
        <w:tc>
          <w:tcPr>
            <w:tcW w:type="dxa" w:w="2158"/>
          </w:tcPr>
          <w:p>
            <w:pPr>
              <w:spacing w:after="20" w:before="20"/>
            </w:pPr>
            <w:r/>
            <w:r>
              <w:rPr>
                <w:rFonts w:ascii="Times New Roman" w:hAnsi="Times New Roman" w:eastAsia="宋体"/>
                <w:b w:val="0"/>
                <w:sz w:val="21"/>
              </w:rPr>
              <w:t>本硕博610</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003630</w:t>
            </w:r>
          </w:p>
        </w:tc>
        <w:tc>
          <w:tcPr>
            <w:tcW w:type="dxa" w:w="2158"/>
          </w:tcPr>
          <w:p>
            <w:pPr>
              <w:spacing w:after="20" w:before="20"/>
            </w:pPr>
            <w:r/>
            <w:r>
              <w:rPr>
                <w:rFonts w:ascii="Times New Roman" w:hAnsi="Times New Roman" w:eastAsia="宋体"/>
                <w:b w:val="0"/>
                <w:sz w:val="21"/>
              </w:rPr>
              <w:t>本硕博1</w:t>
            </w:r>
          </w:p>
        </w:tc>
        <w:tc>
          <w:tcPr>
            <w:tcW w:type="dxa" w:w="2158"/>
          </w:tcPr>
          <w:p>
            <w:pPr>
              <w:spacing w:after="20" w:before="20"/>
            </w:pPr>
            <w:r/>
            <w:r>
              <w:rPr>
                <w:rFonts w:ascii="Times New Roman" w:hAnsi="Times New Roman" w:eastAsia="宋体"/>
                <w:b w:val="0"/>
                <w:sz w:val="21"/>
              </w:rPr>
              <w:t>本硕博560</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003320</w:t>
            </w:r>
          </w:p>
        </w:tc>
        <w:tc>
          <w:tcPr>
            <w:tcW w:type="dxa" w:w="2158"/>
          </w:tcPr>
          <w:p>
            <w:pPr>
              <w:spacing w:after="20" w:before="20"/>
            </w:pPr>
            <w:r/>
            <w:r>
              <w:rPr>
                <w:rFonts w:ascii="Times New Roman" w:hAnsi="Times New Roman" w:eastAsia="宋体"/>
                <w:b w:val="0"/>
                <w:sz w:val="21"/>
              </w:rPr>
              <w:t>本硕博2</w:t>
            </w:r>
          </w:p>
        </w:tc>
        <w:tc>
          <w:tcPr>
            <w:tcW w:type="dxa" w:w="2158"/>
          </w:tcPr>
          <w:p>
            <w:pPr>
              <w:spacing w:after="20" w:before="20"/>
            </w:pPr>
            <w:r/>
            <w:r>
              <w:rPr>
                <w:rFonts w:ascii="Times New Roman" w:hAnsi="Times New Roman" w:eastAsia="宋体"/>
                <w:b w:val="0"/>
                <w:sz w:val="21"/>
              </w:rPr>
              <w:t>本硕博570</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00313130</w:t>
            </w:r>
          </w:p>
        </w:tc>
        <w:tc>
          <w:tcPr>
            <w:tcW w:type="dxa" w:w="2158"/>
          </w:tcPr>
          <w:p>
            <w:pPr>
              <w:spacing w:after="20" w:before="20"/>
            </w:pPr>
            <w:r/>
            <w:r>
              <w:rPr>
                <w:rFonts w:ascii="Times New Roman" w:hAnsi="Times New Roman" w:eastAsia="宋体"/>
                <w:b w:val="0"/>
                <w:sz w:val="21"/>
              </w:rPr>
              <w:t>本硕博预备2</w:t>
            </w:r>
          </w:p>
        </w:tc>
        <w:tc>
          <w:tcPr>
            <w:tcW w:type="dxa" w:w="2158"/>
          </w:tcPr>
          <w:p>
            <w:pPr>
              <w:spacing w:after="20" w:before="20"/>
            </w:pPr>
            <w:r/>
            <w:r>
              <w:rPr>
                <w:rFonts w:ascii="Times New Roman" w:hAnsi="Times New Roman" w:eastAsia="宋体"/>
                <w:b w:val="0"/>
                <w:sz w:val="21"/>
              </w:rPr>
              <w:t>本硕博预备640</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00319120</w:t>
            </w:r>
          </w:p>
        </w:tc>
        <w:tc>
          <w:tcPr>
            <w:tcW w:type="dxa" w:w="2158"/>
          </w:tcPr>
          <w:p>
            <w:pPr>
              <w:spacing w:after="20" w:before="20"/>
            </w:pPr>
            <w:r/>
            <w:r>
              <w:rPr>
                <w:rFonts w:ascii="Times New Roman" w:hAnsi="Times New Roman" w:eastAsia="宋体"/>
                <w:b w:val="0"/>
                <w:sz w:val="21"/>
              </w:rPr>
              <w:t>本硕博3</w:t>
            </w:r>
          </w:p>
        </w:tc>
        <w:tc>
          <w:tcPr>
            <w:tcW w:type="dxa" w:w="2158"/>
          </w:tcPr>
          <w:p>
            <w:pPr>
              <w:spacing w:after="20" w:before="20"/>
            </w:pPr>
            <w:r/>
            <w:r>
              <w:rPr>
                <w:rFonts w:ascii="Times New Roman" w:hAnsi="Times New Roman" w:eastAsia="宋体"/>
                <w:b w:val="0"/>
                <w:sz w:val="21"/>
              </w:rPr>
              <w:t>本硕博580</w:t>
            </w:r>
          </w:p>
        </w:tc>
      </w:tr>
      <w:tr>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00318160</w:t>
            </w:r>
          </w:p>
        </w:tc>
        <w:tc>
          <w:tcPr>
            <w:tcW w:type="dxa" w:w="2158"/>
          </w:tcPr>
          <w:p>
            <w:pPr>
              <w:spacing w:after="20" w:before="20"/>
            </w:pPr>
            <w:r/>
            <w:r>
              <w:rPr>
                <w:rFonts w:ascii="Times New Roman" w:hAnsi="Times New Roman" w:eastAsia="宋体"/>
                <w:b w:val="0"/>
                <w:sz w:val="21"/>
              </w:rPr>
              <w:t>本硕博预备3</w:t>
            </w:r>
          </w:p>
        </w:tc>
        <w:tc>
          <w:tcPr>
            <w:tcW w:type="dxa" w:w="2158"/>
          </w:tcPr>
          <w:p>
            <w:pPr>
              <w:spacing w:after="20" w:before="20"/>
            </w:pPr>
            <w:r/>
            <w:r>
              <w:rPr>
                <w:rFonts w:ascii="Times New Roman" w:hAnsi="Times New Roman" w:eastAsia="宋体"/>
                <w:b w:val="0"/>
                <w:sz w:val="21"/>
              </w:rPr>
              <w:t>本硕博预备650</w:t>
            </w:r>
          </w:p>
        </w:tc>
      </w:tr>
      <w:tr>
        <w:tc>
          <w:tcPr>
            <w:tcW w:type="dxa" w:w="2158"/>
          </w:tcPr>
          <w:p>
            <w:pPr>
              <w:spacing w:after="20" w:before="20"/>
            </w:pPr>
            <w:r/>
            <w:r>
              <w:rPr>
                <w:rFonts w:ascii="Times New Roman" w:hAnsi="Times New Roman" w:eastAsia="宋体"/>
                <w:b w:val="0"/>
                <w:sz w:val="21"/>
              </w:rPr>
              <w:t>9</w:t>
            </w:r>
          </w:p>
        </w:tc>
        <w:tc>
          <w:tcPr>
            <w:tcW w:type="dxa" w:w="2158"/>
          </w:tcPr>
          <w:p>
            <w:pPr>
              <w:spacing w:after="20" w:before="20"/>
            </w:pPr>
            <w:r/>
            <w:r>
              <w:rPr>
                <w:rFonts w:ascii="Times New Roman" w:hAnsi="Times New Roman" w:eastAsia="宋体"/>
                <w:b w:val="0"/>
                <w:sz w:val="21"/>
              </w:rPr>
              <w:t>003770</w:t>
            </w:r>
          </w:p>
        </w:tc>
        <w:tc>
          <w:tcPr>
            <w:tcW w:type="dxa" w:w="2158"/>
          </w:tcPr>
          <w:p>
            <w:pPr>
              <w:spacing w:after="20" w:before="20"/>
            </w:pPr>
            <w:r/>
            <w:r>
              <w:rPr>
                <w:rFonts w:ascii="Times New Roman" w:hAnsi="Times New Roman" w:eastAsia="宋体"/>
                <w:b w:val="0"/>
                <w:sz w:val="21"/>
              </w:rPr>
              <w:t>本硕博4</w:t>
            </w:r>
          </w:p>
        </w:tc>
        <w:tc>
          <w:tcPr>
            <w:tcW w:type="dxa" w:w="2158"/>
          </w:tcPr>
          <w:p>
            <w:pPr>
              <w:spacing w:after="20" w:before="20"/>
            </w:pPr>
            <w:r/>
            <w:r>
              <w:rPr>
                <w:rFonts w:ascii="Times New Roman" w:hAnsi="Times New Roman" w:eastAsia="宋体"/>
                <w:b w:val="0"/>
                <w:sz w:val="21"/>
              </w:rPr>
              <w:t>本硕博590</w:t>
            </w:r>
          </w:p>
        </w:tc>
      </w:tr>
      <w:tr>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00312100</w:t>
            </w:r>
          </w:p>
        </w:tc>
        <w:tc>
          <w:tcPr>
            <w:tcW w:type="dxa" w:w="2158"/>
          </w:tcPr>
          <w:p>
            <w:pPr>
              <w:spacing w:after="20" w:before="20"/>
            </w:pPr>
            <w:r/>
            <w:r>
              <w:rPr>
                <w:rFonts w:ascii="Times New Roman" w:hAnsi="Times New Roman" w:eastAsia="宋体"/>
                <w:b w:val="0"/>
                <w:sz w:val="21"/>
              </w:rPr>
              <w:t>本硕博5</w:t>
            </w:r>
          </w:p>
        </w:tc>
        <w:tc>
          <w:tcPr>
            <w:tcW w:type="dxa" w:w="2158"/>
          </w:tcPr>
          <w:p>
            <w:pPr>
              <w:spacing w:after="20" w:before="20"/>
            </w:pPr>
            <w:r/>
            <w:r>
              <w:rPr>
                <w:rFonts w:ascii="Times New Roman" w:hAnsi="Times New Roman" w:eastAsia="宋体"/>
                <w:b w:val="0"/>
                <w:sz w:val="21"/>
              </w:rPr>
              <w:t>本硕博600</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00321190</w:t>
            </w:r>
          </w:p>
        </w:tc>
        <w:tc>
          <w:tcPr>
            <w:tcW w:type="dxa" w:w="2158"/>
          </w:tcPr>
          <w:p>
            <w:pPr>
              <w:spacing w:after="20" w:before="20"/>
            </w:pPr>
            <w:r/>
            <w:r>
              <w:rPr>
                <w:rFonts w:ascii="Times New Roman" w:hAnsi="Times New Roman" w:eastAsia="宋体"/>
                <w:b w:val="0"/>
                <w:sz w:val="21"/>
              </w:rPr>
              <w:t>本硕博6</w:t>
            </w:r>
          </w:p>
        </w:tc>
        <w:tc>
          <w:tcPr>
            <w:tcW w:type="dxa" w:w="2158"/>
          </w:tcPr>
          <w:p>
            <w:pPr>
              <w:spacing w:after="20" w:before="20"/>
            </w:pPr>
            <w:r/>
            <w:r>
              <w:rPr>
                <w:rFonts w:ascii="Times New Roman" w:hAnsi="Times New Roman" w:eastAsia="宋体"/>
                <w:b w:val="0"/>
                <w:sz w:val="21"/>
              </w:rPr>
              <w:t>本硕博610</w:t>
            </w:r>
          </w:p>
        </w:tc>
      </w:tr>
      <w:tr>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00320130</w:t>
            </w:r>
          </w:p>
        </w:tc>
        <w:tc>
          <w:tcPr>
            <w:tcW w:type="dxa" w:w="2158"/>
          </w:tcPr>
          <w:p>
            <w:pPr>
              <w:spacing w:after="20" w:before="20"/>
            </w:pPr>
            <w:r/>
            <w:r>
              <w:rPr>
                <w:rFonts w:ascii="Times New Roman" w:hAnsi="Times New Roman" w:eastAsia="宋体"/>
                <w:b w:val="0"/>
                <w:sz w:val="21"/>
              </w:rPr>
              <w:t>本硕博7</w:t>
            </w:r>
          </w:p>
        </w:tc>
        <w:tc>
          <w:tcPr>
            <w:tcW w:type="dxa" w:w="2158"/>
          </w:tcPr>
          <w:p>
            <w:pPr>
              <w:spacing w:after="20" w:before="20"/>
            </w:pPr>
            <w:r/>
            <w:r>
              <w:rPr>
                <w:rFonts w:ascii="Times New Roman" w:hAnsi="Times New Roman" w:eastAsia="宋体"/>
                <w:b w:val="0"/>
                <w:sz w:val="21"/>
              </w:rPr>
              <w:t>本硕博620</w:t>
            </w:r>
          </w:p>
        </w:tc>
      </w:tr>
      <w:tr>
        <w:tc>
          <w:tcPr>
            <w:tcW w:type="dxa" w:w="2158"/>
          </w:tcPr>
          <w:p>
            <w:pPr>
              <w:spacing w:after="20" w:before="20"/>
            </w:pPr>
            <w:r/>
            <w:r>
              <w:rPr>
                <w:rFonts w:ascii="Times New Roman" w:hAnsi="Times New Roman" w:eastAsia="宋体"/>
                <w:b w:val="0"/>
                <w:sz w:val="21"/>
              </w:rPr>
              <w:t>13</w:t>
            </w:r>
          </w:p>
        </w:tc>
        <w:tc>
          <w:tcPr>
            <w:tcW w:type="dxa" w:w="2158"/>
          </w:tcPr>
          <w:p>
            <w:pPr>
              <w:spacing w:after="20" w:before="20"/>
            </w:pPr>
            <w:r/>
            <w:r>
              <w:rPr>
                <w:rFonts w:ascii="Times New Roman" w:hAnsi="Times New Roman" w:eastAsia="宋体"/>
                <w:b w:val="0"/>
                <w:sz w:val="21"/>
              </w:rPr>
              <w:t>00325230</w:t>
            </w:r>
          </w:p>
        </w:tc>
        <w:tc>
          <w:tcPr>
            <w:tcW w:type="dxa" w:w="2158"/>
          </w:tcPr>
          <w:p>
            <w:pPr>
              <w:spacing w:after="20" w:before="20"/>
            </w:pPr>
            <w:r/>
            <w:r>
              <w:rPr>
                <w:rFonts w:ascii="Times New Roman" w:hAnsi="Times New Roman" w:eastAsia="宋体"/>
                <w:b w:val="0"/>
                <w:sz w:val="21"/>
              </w:rPr>
              <w:t>本硕博预备1</w:t>
            </w:r>
          </w:p>
        </w:tc>
        <w:tc>
          <w:tcPr>
            <w:tcW w:type="dxa" w:w="2158"/>
          </w:tcPr>
          <w:p>
            <w:pPr>
              <w:spacing w:after="20" w:before="20"/>
            </w:pPr>
            <w:r/>
            <w:r>
              <w:rPr>
                <w:rFonts w:ascii="Times New Roman" w:hAnsi="Times New Roman" w:eastAsia="宋体"/>
                <w:b w:val="0"/>
                <w:sz w:val="21"/>
              </w:rPr>
              <w:t>本硕博预备630</w:t>
            </w:r>
          </w:p>
        </w:tc>
      </w:tr>
      <w:tr>
        <w:tc>
          <w:tcPr>
            <w:tcW w:type="dxa" w:w="2158"/>
          </w:tcPr>
          <w:p>
            <w:pPr>
              <w:spacing w:after="20" w:before="20"/>
            </w:pPr>
            <w:r/>
            <w:r>
              <w:rPr>
                <w:rFonts w:ascii="Times New Roman" w:hAnsi="Times New Roman" w:eastAsia="宋体"/>
                <w:b w:val="0"/>
                <w:sz w:val="21"/>
              </w:rPr>
              <w:t>14</w:t>
            </w:r>
          </w:p>
        </w:tc>
        <w:tc>
          <w:tcPr>
            <w:tcW w:type="dxa" w:w="2158"/>
          </w:tcPr>
          <w:p>
            <w:pPr>
              <w:spacing w:after="20" w:before="20"/>
            </w:pPr>
            <w:r/>
            <w:r>
              <w:rPr>
                <w:rFonts w:ascii="Times New Roman" w:hAnsi="Times New Roman" w:eastAsia="宋体"/>
                <w:b w:val="0"/>
                <w:sz w:val="21"/>
              </w:rPr>
              <w:t>00313130</w:t>
            </w:r>
          </w:p>
        </w:tc>
        <w:tc>
          <w:tcPr>
            <w:tcW w:type="dxa" w:w="2158"/>
          </w:tcPr>
          <w:p>
            <w:pPr>
              <w:spacing w:after="20" w:before="20"/>
            </w:pPr>
            <w:r/>
            <w:r>
              <w:rPr>
                <w:rFonts w:ascii="Times New Roman" w:hAnsi="Times New Roman" w:eastAsia="宋体"/>
                <w:b w:val="0"/>
                <w:sz w:val="21"/>
              </w:rPr>
              <w:t>本硕博预备2</w:t>
            </w:r>
          </w:p>
        </w:tc>
        <w:tc>
          <w:tcPr>
            <w:tcW w:type="dxa" w:w="2158"/>
          </w:tcPr>
          <w:p>
            <w:pPr>
              <w:spacing w:after="20" w:before="20"/>
            </w:pPr>
            <w:r/>
            <w:r>
              <w:rPr>
                <w:rFonts w:ascii="Times New Roman" w:hAnsi="Times New Roman" w:eastAsia="宋体"/>
                <w:b w:val="0"/>
                <w:sz w:val="21"/>
              </w:rPr>
              <w:t>本硕博预备640</w:t>
            </w:r>
          </w:p>
        </w:tc>
      </w:tr>
      <w:tr>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00318160</w:t>
            </w:r>
          </w:p>
        </w:tc>
        <w:tc>
          <w:tcPr>
            <w:tcW w:type="dxa" w:w="2158"/>
          </w:tcPr>
          <w:p>
            <w:pPr>
              <w:spacing w:after="20" w:before="20"/>
            </w:pPr>
            <w:r/>
            <w:r>
              <w:rPr>
                <w:rFonts w:ascii="Times New Roman" w:hAnsi="Times New Roman" w:eastAsia="宋体"/>
                <w:b w:val="0"/>
                <w:sz w:val="21"/>
              </w:rPr>
              <w:t>本硕博预备3</w:t>
            </w:r>
          </w:p>
        </w:tc>
        <w:tc>
          <w:tcPr>
            <w:tcW w:type="dxa" w:w="2158"/>
          </w:tcPr>
          <w:p>
            <w:pPr>
              <w:spacing w:after="20" w:before="20"/>
            </w:pPr>
            <w:r/>
            <w:r>
              <w:rPr>
                <w:rFonts w:ascii="Times New Roman" w:hAnsi="Times New Roman" w:eastAsia="宋体"/>
                <w:b w:val="0"/>
                <w:sz w:val="21"/>
              </w:rPr>
              <w:t>本硕博预备650</w:t>
            </w:r>
          </w:p>
        </w:tc>
      </w:tr>
      <w:tr>
        <w:tc>
          <w:tcPr>
            <w:tcW w:type="dxa" w:w="2158"/>
          </w:tcPr>
          <w:p>
            <w:pPr>
              <w:spacing w:after="20" w:before="20"/>
            </w:pPr>
            <w:r/>
            <w:r>
              <w:rPr>
                <w:rFonts w:ascii="Times New Roman" w:hAnsi="Times New Roman" w:eastAsia="宋体"/>
                <w:b w:val="0"/>
                <w:sz w:val="21"/>
              </w:rPr>
              <w:t>16</w:t>
            </w:r>
          </w:p>
        </w:tc>
        <w:tc>
          <w:tcPr>
            <w:tcW w:type="dxa" w:w="2158"/>
          </w:tcPr>
          <w:p>
            <w:pPr>
              <w:spacing w:after="20" w:before="20"/>
            </w:pPr>
            <w:r/>
            <w:r>
              <w:rPr>
                <w:rFonts w:ascii="Times New Roman" w:hAnsi="Times New Roman" w:eastAsia="宋体"/>
                <w:b w:val="0"/>
                <w:sz w:val="21"/>
              </w:rPr>
              <w:t>003</w:t>
            </w:r>
          </w:p>
        </w:tc>
        <w:tc>
          <w:tcPr>
            <w:tcW w:type="dxa" w:w="2158"/>
          </w:tcPr>
          <w:p>
            <w:pPr>
              <w:spacing w:after="20" w:before="20"/>
            </w:pPr>
            <w:r/>
            <w:r>
              <w:rPr>
                <w:rFonts w:ascii="Times New Roman" w:hAnsi="Times New Roman" w:eastAsia="宋体"/>
                <w:b w:val="0"/>
                <w:sz w:val="21"/>
              </w:rPr>
              <w:t>—</w:t>
            </w:r>
          </w:p>
        </w:tc>
        <w:tc>
          <w:tcPr>
            <w:tcW w:type="dxa" w:w="2158"/>
          </w:tcPr>
          <w:p>
            <w:pPr>
              <w:spacing w:after="20" w:before="20"/>
            </w:pPr>
            <w:r/>
            <w:r>
              <w:rPr>
                <w:rFonts w:ascii="Times New Roman" w:hAnsi="Times New Roman" w:eastAsia="宋体"/>
                <w:b w:val="0"/>
                <w:sz w:val="21"/>
              </w:rPr>
              <w:t>—</w:t>
            </w:r>
          </w:p>
        </w:tc>
      </w:tr>
    </w:tbl>
    <w:p>
      <w:pPr>
        <w:spacing w:before="160" w:after="80" w:lineRule="auto" w:line="360"/>
        <w:jc w:val="left"/>
      </w:pPr>
      <w:r>
        <w:rPr>
          <w:rFonts w:ascii="Times New Roman" w:hAnsi="Times New Roman" w:eastAsia="宋体"/>
          <w:b/>
          <w:sz w:val="28"/>
        </w:rPr>
        <w:t>九、说明</w:t>
      </w:r>
    </w:p>
    <w:p>
      <w:pPr>
        <w:spacing w:after="80" w:lineRule="auto" w:line="360"/>
        <w:ind w:firstLine="482"/>
        <w:jc w:val="both"/>
      </w:pPr>
      <w:r>
        <w:rPr>
          <w:rFonts w:ascii="Times New Roman" w:hAnsi="Times New Roman" w:eastAsia="宋体"/>
          <w:b w:val="0"/>
          <w:sz w:val="24"/>
        </w:rPr>
        <w:t>1. 本段共保留 16 条记录，其中第 16 条仅含编号“003”，专业/学院与排名/评分方式字段缺失。</w:t>
      </w:r>
    </w:p>
    <w:p>
      <w:pPr>
        <w:spacing w:after="80" w:lineRule="auto" w:line="360"/>
        <w:ind w:firstLine="482"/>
        <w:jc w:val="both"/>
      </w:pPr>
      <w:r>
        <w:rPr>
          <w:rFonts w:ascii="Times New Roman" w:hAnsi="Times New Roman" w:eastAsia="宋体"/>
          <w:b w:val="0"/>
          <w:sz w:val="24"/>
        </w:rPr>
        <w:t>2. 专业/学院（或类别）明细包括：本硕博5、自动化预备4、本硕博6、本硕博1、本硕博2、本硕博预备2、本硕博3、本硕博预备3、本硕博4、本硕博7、本硕博预备1。</w:t>
      </w:r>
    </w:p>
    <w:p>
      <w:pPr>
        <w:spacing w:after="80" w:lineRule="auto" w:line="360"/>
        <w:ind w:firstLine="482"/>
        <w:jc w:val="both"/>
      </w:pPr>
      <w:r>
        <w:rPr>
          <w:rFonts w:ascii="Times New Roman" w:hAnsi="Times New Roman" w:eastAsia="宋体"/>
          <w:b w:val="0"/>
          <w:sz w:val="24"/>
        </w:rPr>
        <w:t>3. 排名/评分方式明细包括：本硕博600、普通预备550、本硕博610、本硕博560、本硕博570、本硕博预备640、本硕博580、本硕博预备650、本硕博590、本硕博620、本硕博预备630。</w:t>
      </w:r>
    </w:p>
    <w:p>
      <w:pPr>
        <w:spacing w:after="80" w:lineRule="auto" w:line="360"/>
        <w:ind w:firstLine="482"/>
        <w:jc w:val="both"/>
      </w:pPr>
      <w:r>
        <w:rPr>
          <w:rFonts w:ascii="Times New Roman" w:hAnsi="Times New Roman" w:eastAsia="宋体"/>
          <w:b w:val="0"/>
          <w:sz w:val="24"/>
        </w:rPr>
        <w:t>4. 本段未提供公示期信息。</w:t>
      </w:r>
    </w:p>
    <w:p>
      <w:pPr>
        <w:spacing w:before="160" w:after="80" w:lineRule="auto" w:line="360"/>
        <w:jc w:val="left"/>
      </w:pPr>
      <w:r>
        <w:rPr>
          <w:rFonts w:ascii="Times New Roman" w:hAnsi="Times New Roman" w:eastAsia="宋体"/>
          <w:b/>
          <w:sz w:val="28"/>
        </w:rPr>
        <w:t>十、名单明细</w:t>
      </w:r>
    </w:p>
    <w:p>
      <w:pPr>
        <w:spacing w:after="80" w:lineRule="auto" w:line="360"/>
        <w:ind w:firstLine="482"/>
        <w:jc w:val="both"/>
      </w:pPr>
      <w:r>
        <w:rPr>
          <w:rFonts w:ascii="Times New Roman" w:hAnsi="Times New Roman" w:eastAsia="宋体"/>
          <w:b w:val="0"/>
          <w:sz w:val="24"/>
        </w:rPr>
        <w:t>本段为名单类信息，共涉及 16 条记录，按序号、专业/学院、类别、排名/评分方式、公示期等字段整理如下。原文未给出各字段的明确表头，以下表格按原文顺序逐条保留，未作删改。</w:t>
      </w:r>
    </w:p>
    <w:tbl>
      <w:tblPr>
        <w:tblStyle w:val="TableGrid"/>
        <w:tblW w:type="auto" w:w="0"/>
        <w:jc w:val="center"/>
        <w:tblLook w:firstColumn="1" w:firstRow="1" w:lastColumn="0" w:lastRow="0" w:noHBand="0" w:noVBand="1" w:val="04A0"/>
      </w:tblPr>
      <w:tblGrid>
        <w:gridCol w:w="1727"/>
        <w:gridCol w:w="1727"/>
        <w:gridCol w:w="1727"/>
        <w:gridCol w:w="1727"/>
        <w:gridCol w:w="1727"/>
      </w:tblGrid>
      <w:tr>
        <w:tc>
          <w:tcPr>
            <w:tcW w:type="dxa" w:w="1727"/>
          </w:tcPr>
          <w:p>
            <w:pPr>
              <w:spacing w:after="20" w:before="20"/>
            </w:pPr>
            <w:r/>
            <w:r>
              <w:rPr>
                <w:rFonts w:ascii="Times New Roman" w:hAnsi="Times New Roman" w:eastAsia="宋体"/>
                <w:b/>
                <w:sz w:val="21"/>
              </w:rPr>
              <w:t>序号</w:t>
            </w:r>
          </w:p>
        </w:tc>
        <w:tc>
          <w:tcPr>
            <w:tcW w:type="dxa" w:w="1727"/>
          </w:tcPr>
          <w:p>
            <w:pPr>
              <w:spacing w:after="20" w:before="20"/>
            </w:pPr>
            <w:r/>
            <w:r>
              <w:rPr>
                <w:rFonts w:ascii="Times New Roman" w:hAnsi="Times New Roman" w:eastAsia="宋体"/>
                <w:b/>
                <w:sz w:val="21"/>
              </w:rPr>
              <w:t>专业/学院</w:t>
            </w:r>
          </w:p>
        </w:tc>
        <w:tc>
          <w:tcPr>
            <w:tcW w:type="dxa" w:w="1727"/>
          </w:tcPr>
          <w:p>
            <w:pPr>
              <w:spacing w:after="20" w:before="20"/>
            </w:pPr>
            <w:r/>
            <w:r>
              <w:rPr>
                <w:rFonts w:ascii="Times New Roman" w:hAnsi="Times New Roman" w:eastAsia="宋体"/>
                <w:b/>
                <w:sz w:val="21"/>
              </w:rPr>
              <w:t>类别</w:t>
            </w:r>
          </w:p>
        </w:tc>
        <w:tc>
          <w:tcPr>
            <w:tcW w:type="dxa" w:w="1727"/>
          </w:tcPr>
          <w:p>
            <w:pPr>
              <w:spacing w:after="20" w:before="20"/>
            </w:pPr>
            <w:r/>
            <w:r>
              <w:rPr>
                <w:rFonts w:ascii="Times New Roman" w:hAnsi="Times New Roman" w:eastAsia="宋体"/>
                <w:b/>
                <w:sz w:val="21"/>
              </w:rPr>
              <w:t>排名/评分方式</w:t>
            </w:r>
          </w:p>
        </w:tc>
        <w:tc>
          <w:tcPr>
            <w:tcW w:type="dxa" w:w="1727"/>
          </w:tcPr>
          <w:p>
            <w:pPr>
              <w:spacing w:after="20" w:before="20"/>
            </w:pPr>
            <w:r/>
            <w:r>
              <w:rPr>
                <w:rFonts w:ascii="Times New Roman" w:hAnsi="Times New Roman" w:eastAsia="宋体"/>
                <w:b/>
                <w:sz w:val="21"/>
              </w:rPr>
              <w:t>公示期</w:t>
            </w:r>
          </w:p>
        </w:tc>
      </w:tr>
      <w:tr>
        <w:tc>
          <w:tcPr>
            <w:tcW w:type="dxa" w:w="1727"/>
          </w:tcPr>
          <w:p>
            <w:pPr>
              <w:spacing w:after="20" w:before="20"/>
            </w:pPr>
            <w:r/>
            <w:r>
              <w:rPr>
                <w:rFonts w:ascii="Times New Roman" w:hAnsi="Times New Roman" w:eastAsia="宋体"/>
                <w:b w:val="0"/>
                <w:sz w:val="21"/>
              </w:rPr>
              <w:t>1</w:t>
            </w:r>
          </w:p>
        </w:tc>
        <w:tc>
          <w:tcPr>
            <w:tcW w:type="dxa" w:w="1727"/>
          </w:tcPr>
          <w:p>
            <w:pPr>
              <w:spacing w:after="20" w:before="20"/>
            </w:pPr>
            <w:r/>
            <w:r>
              <w:rPr>
                <w:rFonts w:ascii="Times New Roman" w:hAnsi="Times New Roman" w:eastAsia="宋体"/>
                <w:b w:val="0"/>
                <w:sz w:val="21"/>
              </w:rPr>
              <w:t>0312100</w:t>
            </w:r>
          </w:p>
        </w:tc>
        <w:tc>
          <w:tcPr>
            <w:tcW w:type="dxa" w:w="1727"/>
          </w:tcPr>
          <w:p>
            <w:pPr>
              <w:spacing w:after="20" w:before="20"/>
            </w:pPr>
            <w:r/>
            <w:r>
              <w:rPr>
                <w:rFonts w:ascii="Times New Roman" w:hAnsi="Times New Roman" w:eastAsia="宋体"/>
                <w:b w:val="0"/>
                <w:sz w:val="21"/>
              </w:rPr>
              <w:t>本硕博5</w:t>
            </w:r>
          </w:p>
        </w:tc>
        <w:tc>
          <w:tcPr>
            <w:tcW w:type="dxa" w:w="1727"/>
          </w:tcPr>
          <w:p>
            <w:pPr>
              <w:spacing w:after="20" w:before="20"/>
            </w:pPr>
            <w:r/>
            <w:r>
              <w:rPr>
                <w:rFonts w:ascii="Times New Roman" w:hAnsi="Times New Roman" w:eastAsia="宋体"/>
                <w:b w:val="0"/>
                <w:sz w:val="21"/>
              </w:rPr>
              <w:t>本硕博60000</w:t>
            </w:r>
          </w:p>
        </w:tc>
        <w:tc>
          <w:tcPr>
            <w:tcW w:type="dxa" w:w="1727"/>
          </w:tcPr>
          <w:p>
            <w:pPr>
              <w:spacing w:after="20" w:before="20"/>
            </w:pPr>
            <w:r/>
            <w:r>
              <w:rPr>
                <w:rFonts w:ascii="Times New Roman" w:hAnsi="Times New Roman" w:eastAsia="宋体"/>
                <w:b w:val="0"/>
                <w:sz w:val="21"/>
              </w:rPr>
              <w:t>330190</w:t>
            </w:r>
          </w:p>
        </w:tc>
      </w:tr>
      <w:tr>
        <w:tc>
          <w:tcPr>
            <w:tcW w:type="dxa" w:w="1727"/>
          </w:tcPr>
          <w:p>
            <w:pPr>
              <w:spacing w:after="20" w:before="20"/>
            </w:pPr>
            <w:r/>
            <w:r>
              <w:rPr>
                <w:rFonts w:ascii="Times New Roman" w:hAnsi="Times New Roman" w:eastAsia="宋体"/>
                <w:b w:val="0"/>
                <w:sz w:val="21"/>
              </w:rPr>
              <w:t>2</w:t>
            </w:r>
          </w:p>
        </w:tc>
        <w:tc>
          <w:tcPr>
            <w:tcW w:type="dxa" w:w="1727"/>
          </w:tcPr>
          <w:p>
            <w:pPr>
              <w:spacing w:after="20" w:before="20"/>
            </w:pPr>
            <w:r/>
            <w:r>
              <w:rPr>
                <w:rFonts w:ascii="Times New Roman" w:hAnsi="Times New Roman" w:eastAsia="宋体"/>
                <w:b w:val="0"/>
                <w:sz w:val="21"/>
              </w:rPr>
              <w:t>自动化预备4</w:t>
            </w:r>
          </w:p>
        </w:tc>
        <w:tc>
          <w:tcPr>
            <w:tcW w:type="dxa" w:w="1727"/>
          </w:tcPr>
          <w:p>
            <w:pPr>
              <w:spacing w:after="20" w:before="20"/>
            </w:pPr>
            <w:r/>
            <w:r>
              <w:rPr>
                <w:rFonts w:ascii="Times New Roman" w:hAnsi="Times New Roman" w:eastAsia="宋体"/>
                <w:b w:val="0"/>
                <w:sz w:val="21"/>
              </w:rPr>
              <w:t>普通预备55000</w:t>
            </w:r>
          </w:p>
        </w:tc>
        <w:tc>
          <w:tcPr>
            <w:tcW w:type="dxa" w:w="1727"/>
          </w:tcPr>
          <w:p>
            <w:pPr>
              <w:spacing w:after="20" w:before="20"/>
            </w:pPr>
            <w:r/>
            <w:r>
              <w:rPr>
                <w:rFonts w:ascii="Times New Roman" w:hAnsi="Times New Roman" w:eastAsia="宋体"/>
                <w:b w:val="0"/>
                <w:sz w:val="21"/>
              </w:rPr>
              <w:t>321190</w:t>
            </w:r>
          </w:p>
        </w:tc>
        <w:tc>
          <w:tcPr>
            <w:tcW w:type="dxa" w:w="1727"/>
          </w:tcPr>
          <w:p>
            <w:pPr>
              <w:spacing w:after="20" w:before="20"/>
            </w:pPr>
            <w:r/>
            <w:r>
              <w:rPr>
                <w:rFonts w:ascii="Times New Roman" w:hAnsi="Times New Roman" w:eastAsia="宋体"/>
                <w:b w:val="0"/>
                <w:sz w:val="21"/>
              </w:rPr>
              <w:t>本硕博6</w:t>
            </w:r>
          </w:p>
        </w:tc>
      </w:tr>
      <w:tr>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本硕博61000</w:t>
            </w:r>
          </w:p>
        </w:tc>
        <w:tc>
          <w:tcPr>
            <w:tcW w:type="dxa" w:w="1727"/>
          </w:tcPr>
          <w:p>
            <w:pPr>
              <w:spacing w:after="20" w:before="20"/>
            </w:pPr>
            <w:r/>
            <w:r>
              <w:rPr>
                <w:rFonts w:ascii="Times New Roman" w:hAnsi="Times New Roman" w:eastAsia="宋体"/>
                <w:b w:val="0"/>
                <w:sz w:val="21"/>
              </w:rPr>
              <w:t>3630</w:t>
            </w:r>
          </w:p>
        </w:tc>
        <w:tc>
          <w:tcPr>
            <w:tcW w:type="dxa" w:w="1727"/>
          </w:tcPr>
          <w:p>
            <w:pPr>
              <w:spacing w:after="20" w:before="20"/>
            </w:pPr>
            <w:r/>
            <w:r>
              <w:rPr>
                <w:rFonts w:ascii="Times New Roman" w:hAnsi="Times New Roman" w:eastAsia="宋体"/>
                <w:b w:val="0"/>
                <w:sz w:val="21"/>
              </w:rPr>
              <w:t>本硕博1</w:t>
            </w:r>
          </w:p>
        </w:tc>
        <w:tc>
          <w:tcPr>
            <w:tcW w:type="dxa" w:w="1727"/>
          </w:tcPr>
          <w:p>
            <w:pPr>
              <w:spacing w:after="20" w:before="20"/>
            </w:pPr>
            <w:r/>
            <w:r>
              <w:rPr>
                <w:rFonts w:ascii="Times New Roman" w:hAnsi="Times New Roman" w:eastAsia="宋体"/>
                <w:b w:val="0"/>
                <w:sz w:val="21"/>
              </w:rPr>
              <w:t>本硕博56000</w:t>
            </w:r>
          </w:p>
        </w:tc>
      </w:tr>
      <w:tr>
        <w:tc>
          <w:tcPr>
            <w:tcW w:type="dxa" w:w="1727"/>
          </w:tcPr>
          <w:p>
            <w:pPr>
              <w:spacing w:after="20" w:before="20"/>
            </w:pPr>
            <w:r/>
            <w:r>
              <w:rPr>
                <w:rFonts w:ascii="Times New Roman" w:hAnsi="Times New Roman" w:eastAsia="宋体"/>
                <w:b w:val="0"/>
                <w:sz w:val="21"/>
              </w:rPr>
              <w:t>4</w:t>
            </w:r>
          </w:p>
        </w:tc>
        <w:tc>
          <w:tcPr>
            <w:tcW w:type="dxa" w:w="1727"/>
          </w:tcPr>
          <w:p>
            <w:pPr>
              <w:spacing w:after="20" w:before="20"/>
            </w:pPr>
            <w:r/>
            <w:r>
              <w:rPr>
                <w:rFonts w:ascii="Times New Roman" w:hAnsi="Times New Roman" w:eastAsia="宋体"/>
                <w:b w:val="0"/>
                <w:sz w:val="21"/>
              </w:rPr>
              <w:t>3320</w:t>
            </w:r>
          </w:p>
        </w:tc>
        <w:tc>
          <w:tcPr>
            <w:tcW w:type="dxa" w:w="1727"/>
          </w:tcPr>
          <w:p>
            <w:pPr>
              <w:spacing w:after="20" w:before="20"/>
            </w:pPr>
            <w:r/>
            <w:r>
              <w:rPr>
                <w:rFonts w:ascii="Times New Roman" w:hAnsi="Times New Roman" w:eastAsia="宋体"/>
                <w:b w:val="0"/>
                <w:sz w:val="21"/>
              </w:rPr>
              <w:t>本硕博2</w:t>
            </w:r>
          </w:p>
        </w:tc>
        <w:tc>
          <w:tcPr>
            <w:tcW w:type="dxa" w:w="1727"/>
          </w:tcPr>
          <w:p>
            <w:pPr>
              <w:spacing w:after="20" w:before="20"/>
            </w:pPr>
            <w:r/>
            <w:r>
              <w:rPr>
                <w:rFonts w:ascii="Times New Roman" w:hAnsi="Times New Roman" w:eastAsia="宋体"/>
                <w:b w:val="0"/>
                <w:sz w:val="21"/>
              </w:rPr>
              <w:t>本硕博57000</w:t>
            </w:r>
          </w:p>
        </w:tc>
        <w:tc>
          <w:tcPr>
            <w:tcW w:type="dxa" w:w="1727"/>
          </w:tcPr>
          <w:p>
            <w:pPr>
              <w:spacing w:after="20" w:before="20"/>
            </w:pPr>
            <w:r/>
            <w:r>
              <w:rPr>
                <w:rFonts w:ascii="Times New Roman" w:hAnsi="Times New Roman" w:eastAsia="宋体"/>
                <w:b w:val="0"/>
                <w:sz w:val="21"/>
              </w:rPr>
              <w:t>313130</w:t>
            </w:r>
          </w:p>
        </w:tc>
      </w:tr>
      <w:tr>
        <w:tc>
          <w:tcPr>
            <w:tcW w:type="dxa" w:w="1727"/>
          </w:tcPr>
          <w:p>
            <w:pPr>
              <w:spacing w:after="20" w:before="20"/>
            </w:pPr>
            <w:r/>
            <w:r>
              <w:rPr>
                <w:rFonts w:ascii="Times New Roman" w:hAnsi="Times New Roman" w:eastAsia="宋体"/>
                <w:b w:val="0"/>
                <w:sz w:val="21"/>
              </w:rPr>
              <w:t>5</w:t>
            </w:r>
          </w:p>
        </w:tc>
        <w:tc>
          <w:tcPr>
            <w:tcW w:type="dxa" w:w="1727"/>
          </w:tcPr>
          <w:p>
            <w:pPr>
              <w:spacing w:after="20" w:before="20"/>
            </w:pPr>
            <w:r/>
            <w:r>
              <w:rPr>
                <w:rFonts w:ascii="Times New Roman" w:hAnsi="Times New Roman" w:eastAsia="宋体"/>
                <w:b w:val="0"/>
                <w:sz w:val="21"/>
              </w:rPr>
              <w:t>本硕博预备2</w:t>
            </w:r>
          </w:p>
        </w:tc>
        <w:tc>
          <w:tcPr>
            <w:tcW w:type="dxa" w:w="1727"/>
          </w:tcPr>
          <w:p>
            <w:pPr>
              <w:spacing w:after="20" w:before="20"/>
            </w:pPr>
            <w:r/>
            <w:r>
              <w:rPr>
                <w:rFonts w:ascii="Times New Roman" w:hAnsi="Times New Roman" w:eastAsia="宋体"/>
                <w:b w:val="0"/>
                <w:sz w:val="21"/>
              </w:rPr>
              <w:t>本硕博预备64000</w:t>
            </w:r>
          </w:p>
        </w:tc>
        <w:tc>
          <w:tcPr>
            <w:tcW w:type="dxa" w:w="1727"/>
          </w:tcPr>
          <w:p>
            <w:pPr>
              <w:spacing w:after="20" w:before="20"/>
            </w:pPr>
            <w:r/>
            <w:r>
              <w:rPr>
                <w:rFonts w:ascii="Times New Roman" w:hAnsi="Times New Roman" w:eastAsia="宋体"/>
                <w:b w:val="0"/>
                <w:sz w:val="21"/>
              </w:rPr>
              <w:t>319120</w:t>
            </w:r>
          </w:p>
        </w:tc>
        <w:tc>
          <w:tcPr>
            <w:tcW w:type="dxa" w:w="1727"/>
          </w:tcPr>
          <w:p>
            <w:pPr>
              <w:spacing w:after="20" w:before="20"/>
            </w:pPr>
            <w:r/>
            <w:r>
              <w:rPr>
                <w:rFonts w:ascii="Times New Roman" w:hAnsi="Times New Roman" w:eastAsia="宋体"/>
                <w:b w:val="0"/>
                <w:sz w:val="21"/>
              </w:rPr>
              <w:t>本硕博3</w:t>
            </w:r>
          </w:p>
        </w:tc>
      </w:tr>
      <w:tr>
        <w:tc>
          <w:tcPr>
            <w:tcW w:type="dxa" w:w="1727"/>
          </w:tcPr>
          <w:p>
            <w:pPr>
              <w:spacing w:after="20" w:before="20"/>
            </w:pPr>
            <w:r/>
            <w:r>
              <w:rPr>
                <w:rFonts w:ascii="Times New Roman" w:hAnsi="Times New Roman" w:eastAsia="宋体"/>
                <w:b w:val="0"/>
                <w:sz w:val="21"/>
              </w:rPr>
              <w:t>6</w:t>
            </w:r>
          </w:p>
        </w:tc>
        <w:tc>
          <w:tcPr>
            <w:tcW w:type="dxa" w:w="1727"/>
          </w:tcPr>
          <w:p>
            <w:pPr>
              <w:spacing w:after="20" w:before="20"/>
            </w:pPr>
            <w:r/>
            <w:r>
              <w:rPr>
                <w:rFonts w:ascii="Times New Roman" w:hAnsi="Times New Roman" w:eastAsia="宋体"/>
                <w:b w:val="0"/>
                <w:sz w:val="21"/>
              </w:rPr>
              <w:t>本硕博58000</w:t>
            </w:r>
          </w:p>
        </w:tc>
        <w:tc>
          <w:tcPr>
            <w:tcW w:type="dxa" w:w="1727"/>
          </w:tcPr>
          <w:p>
            <w:pPr>
              <w:spacing w:after="20" w:before="20"/>
            </w:pPr>
            <w:r/>
            <w:r>
              <w:rPr>
                <w:rFonts w:ascii="Times New Roman" w:hAnsi="Times New Roman" w:eastAsia="宋体"/>
                <w:b w:val="0"/>
                <w:sz w:val="21"/>
              </w:rPr>
              <w:t>318160</w:t>
            </w:r>
          </w:p>
        </w:tc>
        <w:tc>
          <w:tcPr>
            <w:tcW w:type="dxa" w:w="1727"/>
          </w:tcPr>
          <w:p>
            <w:pPr>
              <w:spacing w:after="20" w:before="20"/>
            </w:pPr>
            <w:r/>
            <w:r>
              <w:rPr>
                <w:rFonts w:ascii="Times New Roman" w:hAnsi="Times New Roman" w:eastAsia="宋体"/>
                <w:b w:val="0"/>
                <w:sz w:val="21"/>
              </w:rPr>
              <w:t>本硕博预备3</w:t>
            </w:r>
          </w:p>
        </w:tc>
        <w:tc>
          <w:tcPr>
            <w:tcW w:type="dxa" w:w="1727"/>
          </w:tcPr>
          <w:p>
            <w:pPr>
              <w:spacing w:after="20" w:before="20"/>
            </w:pPr>
            <w:r/>
            <w:r>
              <w:rPr>
                <w:rFonts w:ascii="Times New Roman" w:hAnsi="Times New Roman" w:eastAsia="宋体"/>
                <w:b w:val="0"/>
                <w:sz w:val="21"/>
              </w:rPr>
              <w:t>本硕博预备65000</w:t>
            </w:r>
          </w:p>
        </w:tc>
      </w:tr>
      <w:tr>
        <w:tc>
          <w:tcPr>
            <w:tcW w:type="dxa" w:w="1727"/>
          </w:tcPr>
          <w:p>
            <w:pPr>
              <w:spacing w:after="20" w:before="20"/>
            </w:pPr>
            <w:r/>
            <w:r>
              <w:rPr>
                <w:rFonts w:ascii="Times New Roman" w:hAnsi="Times New Roman" w:eastAsia="宋体"/>
                <w:b w:val="0"/>
                <w:sz w:val="21"/>
              </w:rPr>
              <w:t>7</w:t>
            </w:r>
          </w:p>
        </w:tc>
        <w:tc>
          <w:tcPr>
            <w:tcW w:type="dxa" w:w="1727"/>
          </w:tcPr>
          <w:p>
            <w:pPr>
              <w:spacing w:after="20" w:before="20"/>
            </w:pPr>
            <w:r/>
            <w:r>
              <w:rPr>
                <w:rFonts w:ascii="Times New Roman" w:hAnsi="Times New Roman" w:eastAsia="宋体"/>
                <w:b w:val="0"/>
                <w:sz w:val="21"/>
              </w:rPr>
              <w:t>3770</w:t>
            </w:r>
          </w:p>
        </w:tc>
        <w:tc>
          <w:tcPr>
            <w:tcW w:type="dxa" w:w="1727"/>
          </w:tcPr>
          <w:p>
            <w:pPr>
              <w:spacing w:after="20" w:before="20"/>
            </w:pPr>
            <w:r/>
            <w:r>
              <w:rPr>
                <w:rFonts w:ascii="Times New Roman" w:hAnsi="Times New Roman" w:eastAsia="宋体"/>
                <w:b w:val="0"/>
                <w:sz w:val="21"/>
              </w:rPr>
              <w:t>本硕博4</w:t>
            </w:r>
          </w:p>
        </w:tc>
        <w:tc>
          <w:tcPr>
            <w:tcW w:type="dxa" w:w="1727"/>
          </w:tcPr>
          <w:p>
            <w:pPr>
              <w:spacing w:after="20" w:before="20"/>
            </w:pPr>
            <w:r/>
            <w:r>
              <w:rPr>
                <w:rFonts w:ascii="Times New Roman" w:hAnsi="Times New Roman" w:eastAsia="宋体"/>
                <w:b w:val="0"/>
                <w:sz w:val="21"/>
              </w:rPr>
              <w:t>本硕博59000</w:t>
            </w:r>
          </w:p>
        </w:tc>
        <w:tc>
          <w:tcPr>
            <w:tcW w:type="dxa" w:w="1727"/>
          </w:tcPr>
          <w:p>
            <w:pPr>
              <w:spacing w:after="20" w:before="20"/>
            </w:pPr>
            <w:r/>
            <w:r>
              <w:rPr>
                <w:rFonts w:ascii="Times New Roman" w:hAnsi="Times New Roman" w:eastAsia="宋体"/>
                <w:b w:val="0"/>
                <w:sz w:val="21"/>
              </w:rPr>
              <w:t>312100</w:t>
            </w:r>
          </w:p>
        </w:tc>
      </w:tr>
      <w:tr>
        <w:tc>
          <w:tcPr>
            <w:tcW w:type="dxa" w:w="1727"/>
          </w:tcPr>
          <w:p>
            <w:pPr>
              <w:spacing w:after="20" w:before="20"/>
            </w:pPr>
            <w:r/>
            <w:r>
              <w:rPr>
                <w:rFonts w:ascii="Times New Roman" w:hAnsi="Times New Roman" w:eastAsia="宋体"/>
                <w:b w:val="0"/>
                <w:sz w:val="21"/>
              </w:rPr>
              <w:t>8</w:t>
            </w:r>
          </w:p>
        </w:tc>
        <w:tc>
          <w:tcPr>
            <w:tcW w:type="dxa" w:w="1727"/>
          </w:tcPr>
          <w:p>
            <w:pPr>
              <w:spacing w:after="20" w:before="20"/>
            </w:pPr>
            <w:r/>
            <w:r>
              <w:rPr>
                <w:rFonts w:ascii="Times New Roman" w:hAnsi="Times New Roman" w:eastAsia="宋体"/>
                <w:b w:val="0"/>
                <w:sz w:val="21"/>
              </w:rPr>
              <w:t>本硕博5</w:t>
            </w:r>
          </w:p>
        </w:tc>
        <w:tc>
          <w:tcPr>
            <w:tcW w:type="dxa" w:w="1727"/>
          </w:tcPr>
          <w:p>
            <w:pPr>
              <w:spacing w:after="20" w:before="20"/>
            </w:pPr>
            <w:r/>
            <w:r>
              <w:rPr>
                <w:rFonts w:ascii="Times New Roman" w:hAnsi="Times New Roman" w:eastAsia="宋体"/>
                <w:b w:val="0"/>
                <w:sz w:val="21"/>
              </w:rPr>
              <w:t>本硕博60000</w:t>
            </w:r>
          </w:p>
        </w:tc>
        <w:tc>
          <w:tcPr>
            <w:tcW w:type="dxa" w:w="1727"/>
          </w:tcPr>
          <w:p>
            <w:pPr>
              <w:spacing w:after="20" w:before="20"/>
            </w:pPr>
            <w:r/>
            <w:r>
              <w:rPr>
                <w:rFonts w:ascii="Times New Roman" w:hAnsi="Times New Roman" w:eastAsia="宋体"/>
                <w:b w:val="0"/>
                <w:sz w:val="21"/>
              </w:rPr>
              <w:t>321190</w:t>
            </w:r>
          </w:p>
        </w:tc>
        <w:tc>
          <w:tcPr>
            <w:tcW w:type="dxa" w:w="1727"/>
          </w:tcPr>
          <w:p>
            <w:pPr>
              <w:spacing w:after="20" w:before="20"/>
            </w:pPr>
            <w:r/>
            <w:r>
              <w:rPr>
                <w:rFonts w:ascii="Times New Roman" w:hAnsi="Times New Roman" w:eastAsia="宋体"/>
                <w:b w:val="0"/>
                <w:sz w:val="21"/>
              </w:rPr>
              <w:t>本硕博6</w:t>
            </w:r>
          </w:p>
        </w:tc>
      </w:tr>
      <w:tr>
        <w:tc>
          <w:tcPr>
            <w:tcW w:type="dxa" w:w="1727"/>
          </w:tcPr>
          <w:p>
            <w:pPr>
              <w:spacing w:after="20" w:before="20"/>
            </w:pPr>
            <w:r/>
            <w:r>
              <w:rPr>
                <w:rFonts w:ascii="Times New Roman" w:hAnsi="Times New Roman" w:eastAsia="宋体"/>
                <w:b w:val="0"/>
                <w:sz w:val="21"/>
              </w:rPr>
              <w:t>9</w:t>
            </w:r>
          </w:p>
        </w:tc>
        <w:tc>
          <w:tcPr>
            <w:tcW w:type="dxa" w:w="1727"/>
          </w:tcPr>
          <w:p>
            <w:pPr>
              <w:spacing w:after="20" w:before="20"/>
            </w:pPr>
            <w:r/>
            <w:r>
              <w:rPr>
                <w:rFonts w:ascii="Times New Roman" w:hAnsi="Times New Roman" w:eastAsia="宋体"/>
                <w:b w:val="0"/>
                <w:sz w:val="21"/>
              </w:rPr>
              <w:t>本硕博61000</w:t>
            </w:r>
          </w:p>
        </w:tc>
        <w:tc>
          <w:tcPr>
            <w:tcW w:type="dxa" w:w="1727"/>
          </w:tcPr>
          <w:p>
            <w:pPr>
              <w:spacing w:after="20" w:before="20"/>
            </w:pPr>
            <w:r/>
            <w:r>
              <w:rPr>
                <w:rFonts w:ascii="Times New Roman" w:hAnsi="Times New Roman" w:eastAsia="宋体"/>
                <w:b w:val="0"/>
                <w:sz w:val="21"/>
              </w:rPr>
              <w:t>320130</w:t>
            </w:r>
          </w:p>
        </w:tc>
        <w:tc>
          <w:tcPr>
            <w:tcW w:type="dxa" w:w="1727"/>
          </w:tcPr>
          <w:p>
            <w:pPr>
              <w:spacing w:after="20" w:before="20"/>
            </w:pPr>
            <w:r/>
            <w:r>
              <w:rPr>
                <w:rFonts w:ascii="Times New Roman" w:hAnsi="Times New Roman" w:eastAsia="宋体"/>
                <w:b w:val="0"/>
                <w:sz w:val="21"/>
              </w:rPr>
              <w:t>本硕博7</w:t>
            </w:r>
          </w:p>
        </w:tc>
        <w:tc>
          <w:tcPr>
            <w:tcW w:type="dxa" w:w="1727"/>
          </w:tcPr>
          <w:p>
            <w:pPr>
              <w:spacing w:after="20" w:before="20"/>
            </w:pPr>
            <w:r/>
            <w:r>
              <w:rPr>
                <w:rFonts w:ascii="Times New Roman" w:hAnsi="Times New Roman" w:eastAsia="宋体"/>
                <w:b w:val="0"/>
                <w:sz w:val="21"/>
              </w:rPr>
              <w:t>本硕博62000</w:t>
            </w:r>
          </w:p>
        </w:tc>
      </w:tr>
      <w:tr>
        <w:tc>
          <w:tcPr>
            <w:tcW w:type="dxa" w:w="1727"/>
          </w:tcPr>
          <w:p>
            <w:pPr>
              <w:spacing w:after="20" w:before="20"/>
            </w:pPr>
            <w:r/>
            <w:r>
              <w:rPr>
                <w:rFonts w:ascii="Times New Roman" w:hAnsi="Times New Roman" w:eastAsia="宋体"/>
                <w:b w:val="0"/>
                <w:sz w:val="21"/>
              </w:rPr>
              <w:t>10</w:t>
            </w:r>
          </w:p>
        </w:tc>
        <w:tc>
          <w:tcPr>
            <w:tcW w:type="dxa" w:w="1727"/>
          </w:tcPr>
          <w:p>
            <w:pPr>
              <w:spacing w:after="20" w:before="20"/>
            </w:pPr>
            <w:r/>
            <w:r>
              <w:rPr>
                <w:rFonts w:ascii="Times New Roman" w:hAnsi="Times New Roman" w:eastAsia="宋体"/>
                <w:b w:val="0"/>
                <w:sz w:val="21"/>
              </w:rPr>
              <w:t>325230</w:t>
            </w:r>
          </w:p>
        </w:tc>
        <w:tc>
          <w:tcPr>
            <w:tcW w:type="dxa" w:w="1727"/>
          </w:tcPr>
          <w:p>
            <w:pPr>
              <w:spacing w:after="20" w:before="20"/>
            </w:pPr>
            <w:r/>
            <w:r>
              <w:rPr>
                <w:rFonts w:ascii="Times New Roman" w:hAnsi="Times New Roman" w:eastAsia="宋体"/>
                <w:b w:val="0"/>
                <w:sz w:val="21"/>
              </w:rPr>
              <w:t>本硕博预备1</w:t>
            </w:r>
          </w:p>
        </w:tc>
        <w:tc>
          <w:tcPr>
            <w:tcW w:type="dxa" w:w="1727"/>
          </w:tcPr>
          <w:p>
            <w:pPr>
              <w:spacing w:after="20" w:before="20"/>
            </w:pPr>
            <w:r/>
            <w:r>
              <w:rPr>
                <w:rFonts w:ascii="Times New Roman" w:hAnsi="Times New Roman" w:eastAsia="宋体"/>
                <w:b w:val="0"/>
                <w:sz w:val="21"/>
              </w:rPr>
              <w:t>本硕博预备63000</w:t>
            </w:r>
          </w:p>
        </w:tc>
        <w:tc>
          <w:tcPr>
            <w:tcW w:type="dxa" w:w="1727"/>
          </w:tcPr>
          <w:p>
            <w:pPr>
              <w:spacing w:after="20" w:before="20"/>
            </w:pPr>
            <w:r/>
            <w:r>
              <w:rPr>
                <w:rFonts w:ascii="Times New Roman" w:hAnsi="Times New Roman" w:eastAsia="宋体"/>
                <w:b w:val="0"/>
                <w:sz w:val="21"/>
              </w:rPr>
              <w:t>313130</w:t>
            </w:r>
          </w:p>
        </w:tc>
      </w:tr>
      <w:tr>
        <w:tc>
          <w:tcPr>
            <w:tcW w:type="dxa" w:w="1727"/>
          </w:tcPr>
          <w:p>
            <w:pPr>
              <w:spacing w:after="20" w:before="20"/>
            </w:pPr>
            <w:r/>
            <w:r>
              <w:rPr>
                <w:rFonts w:ascii="Times New Roman" w:hAnsi="Times New Roman" w:eastAsia="宋体"/>
                <w:b w:val="0"/>
                <w:sz w:val="21"/>
              </w:rPr>
              <w:t>11</w:t>
            </w:r>
          </w:p>
        </w:tc>
        <w:tc>
          <w:tcPr>
            <w:tcW w:type="dxa" w:w="1727"/>
          </w:tcPr>
          <w:p>
            <w:pPr>
              <w:spacing w:after="20" w:before="20"/>
            </w:pPr>
            <w:r/>
            <w:r>
              <w:rPr>
                <w:rFonts w:ascii="Times New Roman" w:hAnsi="Times New Roman" w:eastAsia="宋体"/>
                <w:b w:val="0"/>
                <w:sz w:val="21"/>
              </w:rPr>
              <w:t>本硕博预备2</w:t>
            </w:r>
          </w:p>
        </w:tc>
        <w:tc>
          <w:tcPr>
            <w:tcW w:type="dxa" w:w="1727"/>
          </w:tcPr>
          <w:p>
            <w:pPr>
              <w:spacing w:after="20" w:before="20"/>
            </w:pPr>
            <w:r/>
            <w:r>
              <w:rPr>
                <w:rFonts w:ascii="Times New Roman" w:hAnsi="Times New Roman" w:eastAsia="宋体"/>
                <w:b w:val="0"/>
                <w:sz w:val="21"/>
              </w:rPr>
              <w:t>本硕博预备64000</w:t>
            </w:r>
          </w:p>
        </w:tc>
        <w:tc>
          <w:tcPr>
            <w:tcW w:type="dxa" w:w="1727"/>
          </w:tcPr>
          <w:p>
            <w:pPr>
              <w:spacing w:after="20" w:before="20"/>
            </w:pPr>
            <w:r/>
            <w:r>
              <w:rPr>
                <w:rFonts w:ascii="Times New Roman" w:hAnsi="Times New Roman" w:eastAsia="宋体"/>
                <w:b w:val="0"/>
                <w:sz w:val="21"/>
              </w:rPr>
              <w:t>318160</w:t>
            </w:r>
          </w:p>
        </w:tc>
        <w:tc>
          <w:tcPr>
            <w:tcW w:type="dxa" w:w="1727"/>
          </w:tcPr>
          <w:p>
            <w:pPr>
              <w:spacing w:after="20" w:before="20"/>
            </w:pPr>
            <w:r/>
            <w:r>
              <w:rPr>
                <w:rFonts w:ascii="Times New Roman" w:hAnsi="Times New Roman" w:eastAsia="宋体"/>
                <w:b w:val="0"/>
                <w:sz w:val="21"/>
              </w:rPr>
              <w:t>本硕博预备3</w:t>
            </w:r>
          </w:p>
        </w:tc>
      </w:tr>
      <w:tr>
        <w:tc>
          <w:tcPr>
            <w:tcW w:type="dxa" w:w="1727"/>
          </w:tcPr>
          <w:p>
            <w:pPr>
              <w:spacing w:after="20" w:before="20"/>
            </w:pPr>
            <w:r/>
            <w:r>
              <w:rPr>
                <w:rFonts w:ascii="Times New Roman" w:hAnsi="Times New Roman" w:eastAsia="宋体"/>
                <w:b w:val="0"/>
                <w:sz w:val="21"/>
              </w:rPr>
              <w:t>12</w:t>
            </w:r>
          </w:p>
        </w:tc>
        <w:tc>
          <w:tcPr>
            <w:tcW w:type="dxa" w:w="1727"/>
          </w:tcPr>
          <w:p>
            <w:pPr>
              <w:spacing w:after="20" w:before="20"/>
            </w:pPr>
            <w:r/>
            <w:r>
              <w:rPr>
                <w:rFonts w:ascii="Times New Roman" w:hAnsi="Times New Roman" w:eastAsia="宋体"/>
                <w:b w:val="0"/>
                <w:sz w:val="21"/>
              </w:rPr>
              <w:t>本硕博预备65000</w:t>
            </w:r>
          </w:p>
        </w:tc>
        <w:tc>
          <w:tcPr>
            <w:tcW w:type="dxa" w:w="1727"/>
          </w:tcPr>
          <w:p>
            <w:pPr>
              <w:spacing w:after="20" w:before="20"/>
            </w:pPr>
            <w:r/>
            <w:r>
              <w:rPr>
                <w:rFonts w:ascii="Times New Roman" w:hAnsi="Times New Roman" w:eastAsia="宋体"/>
                <w:b w:val="0"/>
                <w:sz w:val="21"/>
              </w:rPr>
              <w:t>3</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w:t>
            </w:r>
          </w:p>
        </w:tc>
      </w:tr>
      <w:tr>
        <w:tc>
          <w:tcPr>
            <w:tcW w:type="dxa" w:w="1727"/>
          </w:tcPr>
          <w:p>
            <w:pPr>
              <w:spacing w:after="20" w:before="20"/>
            </w:pPr>
            <w:r/>
            <w:r>
              <w:rPr>
                <w:rFonts w:ascii="Times New Roman" w:hAnsi="Times New Roman" w:eastAsia="宋体"/>
                <w:b w:val="0"/>
                <w:sz w:val="21"/>
              </w:rPr>
              <w:t>13</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w:t>
            </w:r>
          </w:p>
        </w:tc>
      </w:tr>
      <w:tr>
        <w:tc>
          <w:tcPr>
            <w:tcW w:type="dxa" w:w="1727"/>
          </w:tcPr>
          <w:p>
            <w:pPr>
              <w:spacing w:after="20" w:before="20"/>
            </w:pPr>
            <w:r/>
            <w:r>
              <w:rPr>
                <w:rFonts w:ascii="Times New Roman" w:hAnsi="Times New Roman" w:eastAsia="宋体"/>
                <w:b w:val="0"/>
                <w:sz w:val="21"/>
              </w:rPr>
              <w:t>14</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w:t>
            </w:r>
          </w:p>
        </w:tc>
      </w:tr>
      <w:tr>
        <w:tc>
          <w:tcPr>
            <w:tcW w:type="dxa" w:w="1727"/>
          </w:tcPr>
          <w:p>
            <w:pPr>
              <w:spacing w:after="20" w:before="20"/>
            </w:pPr>
            <w:r/>
            <w:r>
              <w:rPr>
                <w:rFonts w:ascii="Times New Roman" w:hAnsi="Times New Roman" w:eastAsia="宋体"/>
                <w:b w:val="0"/>
                <w:sz w:val="21"/>
              </w:rPr>
              <w:t>15</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w:t>
            </w:r>
          </w:p>
        </w:tc>
      </w:tr>
      <w:tr>
        <w:tc>
          <w:tcPr>
            <w:tcW w:type="dxa" w:w="1727"/>
          </w:tcPr>
          <w:p>
            <w:pPr>
              <w:spacing w:after="20" w:before="20"/>
            </w:pPr>
            <w:r/>
            <w:r>
              <w:rPr>
                <w:rFonts w:ascii="Times New Roman" w:hAnsi="Times New Roman" w:eastAsia="宋体"/>
                <w:b w:val="0"/>
                <w:sz w:val="21"/>
              </w:rPr>
              <w:t>16</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w:t>
            </w:r>
          </w:p>
        </w:tc>
        <w:tc>
          <w:tcPr>
            <w:tcW w:type="dxa" w:w="1727"/>
          </w:tcPr>
          <w:p>
            <w:pPr>
              <w:spacing w:after="20" w:before="20"/>
            </w:pPr>
            <w:r/>
            <w:r>
              <w:rPr>
                <w:rFonts w:ascii="Times New Roman" w:hAnsi="Times New Roman" w:eastAsia="宋体"/>
                <w:b w:val="0"/>
                <w:sz w:val="21"/>
              </w:rPr>
              <w:t>—</w:t>
            </w:r>
          </w:p>
        </w:tc>
      </w:tr>
    </w:tbl>
    <w:p>
      <w:pPr>
        <w:spacing w:after="80" w:lineRule="auto" w:line="360"/>
        <w:ind w:firstLine="482"/>
        <w:jc w:val="both"/>
      </w:pPr>
      <w:r>
        <w:rPr>
          <w:rFonts w:ascii="Times New Roman" w:hAnsi="Times New Roman" w:eastAsia="宋体"/>
          <w:b w:val="0"/>
          <w:sz w:val="24"/>
        </w:rPr>
        <w:t>说明：原文为连续拼接的字段串，未提供分隔符、表头或字段名称，无法可靠拆分出“专业/学院”“类别”“排名/评分方式”“公示期”等语义字段。上表仅按原文出现的顺序与可辨识的片段逐条列出，其中第 12 条之后原文内容结束，第 13 至 16 条无对应内容。原文中出现的数字与代码均按原样保留，未作四舍五入或改写。</w:t>
      </w:r>
    </w:p>
    <w:p>
      <w:pPr>
        <w:spacing w:before="160" w:after="80" w:lineRule="auto" w:line="360"/>
        <w:jc w:val="left"/>
      </w:pPr>
      <w:r>
        <w:rPr>
          <w:rFonts w:ascii="Times New Roman" w:hAnsi="Times New Roman" w:eastAsia="宋体"/>
          <w:b/>
          <w:sz w:val="28"/>
        </w:rPr>
        <w:t>十、名单明细</w:t>
      </w:r>
    </w:p>
    <w:p>
      <w:pPr>
        <w:spacing w:after="80" w:lineRule="auto" w:line="360"/>
        <w:ind w:firstLine="482"/>
        <w:jc w:val="both"/>
      </w:pPr>
      <w:r>
        <w:rPr>
          <w:rFonts w:ascii="Times New Roman" w:hAnsi="Times New Roman" w:eastAsia="宋体"/>
          <w:b w:val="0"/>
          <w:sz w:val="24"/>
        </w:rPr>
        <w:t>本段内容为名单类信息，涉及专业/学院、培养层次、排名或编号等字段，具体如下：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编号</w:t>
            </w:r>
          </w:p>
        </w:tc>
        <w:tc>
          <w:tcPr>
            <w:tcW w:type="dxa" w:w="2158"/>
          </w:tcPr>
          <w:p>
            <w:pPr>
              <w:spacing w:after="20" w:before="20"/>
            </w:pPr>
            <w:r/>
            <w:r>
              <w:rPr>
                <w:rFonts w:ascii="Times New Roman" w:hAnsi="Times New Roman" w:eastAsia="宋体"/>
                <w:b/>
                <w:sz w:val="21"/>
              </w:rPr>
              <w:t>专业/学院</w:t>
            </w:r>
          </w:p>
        </w:tc>
        <w:tc>
          <w:tcPr>
            <w:tcW w:type="dxa" w:w="2158"/>
          </w:tcPr>
          <w:p>
            <w:pPr>
              <w:spacing w:after="20" w:before="20"/>
            </w:pPr>
            <w:r/>
            <w:r>
              <w:rPr>
                <w:rFonts w:ascii="Times New Roman" w:hAnsi="Times New Roman" w:eastAsia="宋体"/>
                <w:b/>
                <w:sz w:val="21"/>
              </w:rPr>
              <w:t>培养层次</w:t>
            </w:r>
          </w:p>
        </w:tc>
        <w:tc>
          <w:tcPr>
            <w:tcW w:type="dxa" w:w="2158"/>
          </w:tcPr>
          <w:p>
            <w:pPr>
              <w:spacing w:after="20" w:before="20"/>
            </w:pPr>
            <w:r/>
            <w:r>
              <w:rPr>
                <w:rFonts w:ascii="Times New Roman" w:hAnsi="Times New Roman" w:eastAsia="宋体"/>
                <w:b/>
                <w:sz w:val="21"/>
              </w:rPr>
              <w:t>排名/评分</w:t>
            </w:r>
          </w:p>
        </w:tc>
      </w:tr>
      <w:tr>
        <w:tc>
          <w:tcPr>
            <w:tcW w:type="dxa" w:w="2158"/>
          </w:tcPr>
          <w:p>
            <w:pPr>
              <w:spacing w:after="20" w:before="20"/>
            </w:pPr>
            <w:r/>
            <w:r>
              <w:rPr>
                <w:rFonts w:ascii="Times New Roman" w:hAnsi="Times New Roman" w:eastAsia="宋体"/>
                <w:b w:val="0"/>
                <w:sz w:val="21"/>
              </w:rPr>
              <w:t>312100</w:t>
            </w:r>
          </w:p>
        </w:tc>
        <w:tc>
          <w:tcPr>
            <w:tcW w:type="dxa" w:w="2158"/>
          </w:tcPr>
          <w:p>
            <w:pPr>
              <w:spacing w:after="20" w:before="20"/>
            </w:pPr>
            <w:r/>
            <w:r>
              <w:rPr>
                <w:rFonts w:ascii="Times New Roman" w:hAnsi="Times New Roman" w:eastAsia="宋体"/>
                <w:b w:val="0"/>
                <w:sz w:val="21"/>
              </w:rPr>
              <w:t>本硕博5</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60000</w:t>
            </w:r>
          </w:p>
        </w:tc>
      </w:tr>
      <w:tr>
        <w:tc>
          <w:tcPr>
            <w:tcW w:type="dxa" w:w="2158"/>
          </w:tcPr>
          <w:p>
            <w:pPr>
              <w:spacing w:after="20" w:before="20"/>
            </w:pPr>
            <w:r/>
            <w:r>
              <w:rPr>
                <w:rFonts w:ascii="Times New Roman" w:hAnsi="Times New Roman" w:eastAsia="宋体"/>
                <w:b w:val="0"/>
                <w:sz w:val="21"/>
              </w:rPr>
              <w:t>330190</w:t>
            </w:r>
          </w:p>
        </w:tc>
        <w:tc>
          <w:tcPr>
            <w:tcW w:type="dxa" w:w="2158"/>
          </w:tcPr>
          <w:p>
            <w:pPr>
              <w:spacing w:after="20" w:before="20"/>
            </w:pPr>
            <w:r/>
            <w:r>
              <w:rPr>
                <w:rFonts w:ascii="Times New Roman" w:hAnsi="Times New Roman" w:eastAsia="宋体"/>
                <w:b w:val="0"/>
                <w:sz w:val="21"/>
              </w:rPr>
              <w:t>自动化预备4</w:t>
            </w:r>
          </w:p>
        </w:tc>
        <w:tc>
          <w:tcPr>
            <w:tcW w:type="dxa" w:w="2158"/>
          </w:tcPr>
          <w:p>
            <w:pPr>
              <w:spacing w:after="20" w:before="20"/>
            </w:pPr>
            <w:r/>
            <w:r>
              <w:rPr>
                <w:rFonts w:ascii="Times New Roman" w:hAnsi="Times New Roman" w:eastAsia="宋体"/>
                <w:b w:val="0"/>
                <w:sz w:val="21"/>
              </w:rPr>
              <w:t>普通预备</w:t>
            </w:r>
          </w:p>
        </w:tc>
        <w:tc>
          <w:tcPr>
            <w:tcW w:type="dxa" w:w="2158"/>
          </w:tcPr>
          <w:p>
            <w:pPr>
              <w:spacing w:after="20" w:before="20"/>
            </w:pPr>
            <w:r/>
            <w:r>
              <w:rPr>
                <w:rFonts w:ascii="Times New Roman" w:hAnsi="Times New Roman" w:eastAsia="宋体"/>
                <w:b w:val="0"/>
                <w:sz w:val="21"/>
              </w:rPr>
              <w:t>55000</w:t>
            </w:r>
          </w:p>
        </w:tc>
      </w:tr>
      <w:tr>
        <w:tc>
          <w:tcPr>
            <w:tcW w:type="dxa" w:w="2158"/>
          </w:tcPr>
          <w:p>
            <w:pPr>
              <w:spacing w:after="20" w:before="20"/>
            </w:pPr>
            <w:r/>
            <w:r>
              <w:rPr>
                <w:rFonts w:ascii="Times New Roman" w:hAnsi="Times New Roman" w:eastAsia="宋体"/>
                <w:b w:val="0"/>
                <w:sz w:val="21"/>
              </w:rPr>
              <w:t>321190</w:t>
            </w:r>
          </w:p>
        </w:tc>
        <w:tc>
          <w:tcPr>
            <w:tcW w:type="dxa" w:w="2158"/>
          </w:tcPr>
          <w:p>
            <w:pPr>
              <w:spacing w:after="20" w:before="20"/>
            </w:pPr>
            <w:r/>
            <w:r>
              <w:rPr>
                <w:rFonts w:ascii="Times New Roman" w:hAnsi="Times New Roman" w:eastAsia="宋体"/>
                <w:b w:val="0"/>
                <w:sz w:val="21"/>
              </w:rPr>
              <w:t>本硕博6</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61000</w:t>
            </w:r>
          </w:p>
        </w:tc>
      </w:tr>
      <w:tr>
        <w:tc>
          <w:tcPr>
            <w:tcW w:type="dxa" w:w="2158"/>
          </w:tcPr>
          <w:p>
            <w:pPr>
              <w:spacing w:after="20" w:before="20"/>
            </w:pPr>
            <w:r/>
            <w:r>
              <w:rPr>
                <w:rFonts w:ascii="Times New Roman" w:hAnsi="Times New Roman" w:eastAsia="宋体"/>
                <w:b w:val="0"/>
                <w:sz w:val="21"/>
              </w:rPr>
              <w:t>3630</w:t>
            </w:r>
          </w:p>
        </w:tc>
        <w:tc>
          <w:tcPr>
            <w:tcW w:type="dxa" w:w="2158"/>
          </w:tcPr>
          <w:p>
            <w:pPr>
              <w:spacing w:after="20" w:before="20"/>
            </w:pPr>
            <w:r/>
            <w:r>
              <w:rPr>
                <w:rFonts w:ascii="Times New Roman" w:hAnsi="Times New Roman" w:eastAsia="宋体"/>
                <w:b w:val="0"/>
                <w:sz w:val="21"/>
              </w:rPr>
              <w:t>本硕博1</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56000</w:t>
            </w:r>
          </w:p>
        </w:tc>
      </w:tr>
      <w:tr>
        <w:tc>
          <w:tcPr>
            <w:tcW w:type="dxa" w:w="2158"/>
          </w:tcPr>
          <w:p>
            <w:pPr>
              <w:spacing w:after="20" w:before="20"/>
            </w:pPr>
            <w:r/>
            <w:r>
              <w:rPr>
                <w:rFonts w:ascii="Times New Roman" w:hAnsi="Times New Roman" w:eastAsia="宋体"/>
                <w:b w:val="0"/>
                <w:sz w:val="21"/>
              </w:rPr>
              <w:t>3320</w:t>
            </w:r>
          </w:p>
        </w:tc>
        <w:tc>
          <w:tcPr>
            <w:tcW w:type="dxa" w:w="2158"/>
          </w:tcPr>
          <w:p>
            <w:pPr>
              <w:spacing w:after="20" w:before="20"/>
            </w:pPr>
            <w:r/>
            <w:r>
              <w:rPr>
                <w:rFonts w:ascii="Times New Roman" w:hAnsi="Times New Roman" w:eastAsia="宋体"/>
                <w:b w:val="0"/>
                <w:sz w:val="21"/>
              </w:rPr>
              <w:t>本硕博2</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57000</w:t>
            </w:r>
          </w:p>
        </w:tc>
      </w:tr>
      <w:tr>
        <w:tc>
          <w:tcPr>
            <w:tcW w:type="dxa" w:w="2158"/>
          </w:tcPr>
          <w:p>
            <w:pPr>
              <w:spacing w:after="20" w:before="20"/>
            </w:pPr>
            <w:r/>
            <w:r>
              <w:rPr>
                <w:rFonts w:ascii="Times New Roman" w:hAnsi="Times New Roman" w:eastAsia="宋体"/>
                <w:b w:val="0"/>
                <w:sz w:val="21"/>
              </w:rPr>
              <w:t>313130</w:t>
            </w:r>
          </w:p>
        </w:tc>
        <w:tc>
          <w:tcPr>
            <w:tcW w:type="dxa" w:w="2158"/>
          </w:tcPr>
          <w:p>
            <w:pPr>
              <w:spacing w:after="20" w:before="20"/>
            </w:pPr>
            <w:r/>
            <w:r>
              <w:rPr>
                <w:rFonts w:ascii="Times New Roman" w:hAnsi="Times New Roman" w:eastAsia="宋体"/>
                <w:b w:val="0"/>
                <w:sz w:val="21"/>
              </w:rPr>
              <w:t>本硕博预备2</w:t>
            </w:r>
          </w:p>
        </w:tc>
        <w:tc>
          <w:tcPr>
            <w:tcW w:type="dxa" w:w="2158"/>
          </w:tcPr>
          <w:p>
            <w:pPr>
              <w:spacing w:after="20" w:before="20"/>
            </w:pPr>
            <w:r/>
            <w:r>
              <w:rPr>
                <w:rFonts w:ascii="Times New Roman" w:hAnsi="Times New Roman" w:eastAsia="宋体"/>
                <w:b w:val="0"/>
                <w:sz w:val="21"/>
              </w:rPr>
              <w:t>本硕博预备</w:t>
            </w:r>
          </w:p>
        </w:tc>
        <w:tc>
          <w:tcPr>
            <w:tcW w:type="dxa" w:w="2158"/>
          </w:tcPr>
          <w:p>
            <w:pPr>
              <w:spacing w:after="20" w:before="20"/>
            </w:pPr>
            <w:r/>
            <w:r>
              <w:rPr>
                <w:rFonts w:ascii="Times New Roman" w:hAnsi="Times New Roman" w:eastAsia="宋体"/>
                <w:b w:val="0"/>
                <w:sz w:val="21"/>
              </w:rPr>
              <w:t>64000</w:t>
            </w:r>
          </w:p>
        </w:tc>
      </w:tr>
      <w:tr>
        <w:tc>
          <w:tcPr>
            <w:tcW w:type="dxa" w:w="2158"/>
          </w:tcPr>
          <w:p>
            <w:pPr>
              <w:spacing w:after="20" w:before="20"/>
            </w:pPr>
            <w:r/>
            <w:r>
              <w:rPr>
                <w:rFonts w:ascii="Times New Roman" w:hAnsi="Times New Roman" w:eastAsia="宋体"/>
                <w:b w:val="0"/>
                <w:sz w:val="21"/>
              </w:rPr>
              <w:t>319120</w:t>
            </w:r>
          </w:p>
        </w:tc>
        <w:tc>
          <w:tcPr>
            <w:tcW w:type="dxa" w:w="2158"/>
          </w:tcPr>
          <w:p>
            <w:pPr>
              <w:spacing w:after="20" w:before="20"/>
            </w:pPr>
            <w:r/>
            <w:r>
              <w:rPr>
                <w:rFonts w:ascii="Times New Roman" w:hAnsi="Times New Roman" w:eastAsia="宋体"/>
                <w:b w:val="0"/>
                <w:sz w:val="21"/>
              </w:rPr>
              <w:t>本硕博3</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58000</w:t>
            </w:r>
          </w:p>
        </w:tc>
      </w:tr>
      <w:tr>
        <w:tc>
          <w:tcPr>
            <w:tcW w:type="dxa" w:w="2158"/>
          </w:tcPr>
          <w:p>
            <w:pPr>
              <w:spacing w:after="20" w:before="20"/>
            </w:pPr>
            <w:r/>
            <w:r>
              <w:rPr>
                <w:rFonts w:ascii="Times New Roman" w:hAnsi="Times New Roman" w:eastAsia="宋体"/>
                <w:b w:val="0"/>
                <w:sz w:val="21"/>
              </w:rPr>
              <w:t>318160</w:t>
            </w:r>
          </w:p>
        </w:tc>
        <w:tc>
          <w:tcPr>
            <w:tcW w:type="dxa" w:w="2158"/>
          </w:tcPr>
          <w:p>
            <w:pPr>
              <w:spacing w:after="20" w:before="20"/>
            </w:pPr>
            <w:r/>
            <w:r>
              <w:rPr>
                <w:rFonts w:ascii="Times New Roman" w:hAnsi="Times New Roman" w:eastAsia="宋体"/>
                <w:b w:val="0"/>
                <w:sz w:val="21"/>
              </w:rPr>
              <w:t>本硕博预备3</w:t>
            </w:r>
          </w:p>
        </w:tc>
        <w:tc>
          <w:tcPr>
            <w:tcW w:type="dxa" w:w="2158"/>
          </w:tcPr>
          <w:p>
            <w:pPr>
              <w:spacing w:after="20" w:before="20"/>
            </w:pPr>
            <w:r/>
            <w:r>
              <w:rPr>
                <w:rFonts w:ascii="Times New Roman" w:hAnsi="Times New Roman" w:eastAsia="宋体"/>
                <w:b w:val="0"/>
                <w:sz w:val="21"/>
              </w:rPr>
              <w:t>本硕博预备</w:t>
            </w:r>
          </w:p>
        </w:tc>
        <w:tc>
          <w:tcPr>
            <w:tcW w:type="dxa" w:w="2158"/>
          </w:tcPr>
          <w:p>
            <w:pPr>
              <w:spacing w:after="20" w:before="20"/>
            </w:pPr>
            <w:r/>
            <w:r>
              <w:rPr>
                <w:rFonts w:ascii="Times New Roman" w:hAnsi="Times New Roman" w:eastAsia="宋体"/>
                <w:b w:val="0"/>
                <w:sz w:val="21"/>
              </w:rPr>
              <w:t>65000</w:t>
            </w:r>
          </w:p>
        </w:tc>
      </w:tr>
      <w:tr>
        <w:tc>
          <w:tcPr>
            <w:tcW w:type="dxa" w:w="2158"/>
          </w:tcPr>
          <w:p>
            <w:pPr>
              <w:spacing w:after="20" w:before="20"/>
            </w:pPr>
            <w:r/>
            <w:r>
              <w:rPr>
                <w:rFonts w:ascii="Times New Roman" w:hAnsi="Times New Roman" w:eastAsia="宋体"/>
                <w:b w:val="0"/>
                <w:sz w:val="21"/>
              </w:rPr>
              <w:t>3770</w:t>
            </w:r>
          </w:p>
        </w:tc>
        <w:tc>
          <w:tcPr>
            <w:tcW w:type="dxa" w:w="2158"/>
          </w:tcPr>
          <w:p>
            <w:pPr>
              <w:spacing w:after="20" w:before="20"/>
            </w:pPr>
            <w:r/>
            <w:r>
              <w:rPr>
                <w:rFonts w:ascii="Times New Roman" w:hAnsi="Times New Roman" w:eastAsia="宋体"/>
                <w:b w:val="0"/>
                <w:sz w:val="21"/>
              </w:rPr>
              <w:t>本硕博4</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59000</w:t>
            </w:r>
          </w:p>
        </w:tc>
      </w:tr>
      <w:tr>
        <w:tc>
          <w:tcPr>
            <w:tcW w:type="dxa" w:w="2158"/>
          </w:tcPr>
          <w:p>
            <w:pPr>
              <w:spacing w:after="20" w:before="20"/>
            </w:pPr>
            <w:r/>
            <w:r>
              <w:rPr>
                <w:rFonts w:ascii="Times New Roman" w:hAnsi="Times New Roman" w:eastAsia="宋体"/>
                <w:b w:val="0"/>
                <w:sz w:val="21"/>
              </w:rPr>
              <w:t>312100</w:t>
            </w:r>
          </w:p>
        </w:tc>
        <w:tc>
          <w:tcPr>
            <w:tcW w:type="dxa" w:w="2158"/>
          </w:tcPr>
          <w:p>
            <w:pPr>
              <w:spacing w:after="20" w:before="20"/>
            </w:pPr>
            <w:r/>
            <w:r>
              <w:rPr>
                <w:rFonts w:ascii="Times New Roman" w:hAnsi="Times New Roman" w:eastAsia="宋体"/>
                <w:b w:val="0"/>
                <w:sz w:val="21"/>
              </w:rPr>
              <w:t>本硕博5</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60000</w:t>
            </w:r>
          </w:p>
        </w:tc>
      </w:tr>
      <w:tr>
        <w:tc>
          <w:tcPr>
            <w:tcW w:type="dxa" w:w="2158"/>
          </w:tcPr>
          <w:p>
            <w:pPr>
              <w:spacing w:after="20" w:before="20"/>
            </w:pPr>
            <w:r/>
            <w:r>
              <w:rPr>
                <w:rFonts w:ascii="Times New Roman" w:hAnsi="Times New Roman" w:eastAsia="宋体"/>
                <w:b w:val="0"/>
                <w:sz w:val="21"/>
              </w:rPr>
              <w:t>321190</w:t>
            </w:r>
          </w:p>
        </w:tc>
        <w:tc>
          <w:tcPr>
            <w:tcW w:type="dxa" w:w="2158"/>
          </w:tcPr>
          <w:p>
            <w:pPr>
              <w:spacing w:after="20" w:before="20"/>
            </w:pPr>
            <w:r/>
            <w:r>
              <w:rPr>
                <w:rFonts w:ascii="Times New Roman" w:hAnsi="Times New Roman" w:eastAsia="宋体"/>
                <w:b w:val="0"/>
                <w:sz w:val="21"/>
              </w:rPr>
              <w:t>本硕博6</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61000</w:t>
            </w:r>
          </w:p>
        </w:tc>
      </w:tr>
      <w:tr>
        <w:tc>
          <w:tcPr>
            <w:tcW w:type="dxa" w:w="2158"/>
          </w:tcPr>
          <w:p>
            <w:pPr>
              <w:spacing w:after="20" w:before="20"/>
            </w:pPr>
            <w:r/>
            <w:r>
              <w:rPr>
                <w:rFonts w:ascii="Times New Roman" w:hAnsi="Times New Roman" w:eastAsia="宋体"/>
                <w:b w:val="0"/>
                <w:sz w:val="21"/>
              </w:rPr>
              <w:t>320130</w:t>
            </w:r>
          </w:p>
        </w:tc>
        <w:tc>
          <w:tcPr>
            <w:tcW w:type="dxa" w:w="2158"/>
          </w:tcPr>
          <w:p>
            <w:pPr>
              <w:spacing w:after="20" w:before="20"/>
            </w:pPr>
            <w:r/>
            <w:r>
              <w:rPr>
                <w:rFonts w:ascii="Times New Roman" w:hAnsi="Times New Roman" w:eastAsia="宋体"/>
                <w:b w:val="0"/>
                <w:sz w:val="21"/>
              </w:rPr>
              <w:t>本硕博7</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62000</w:t>
            </w:r>
          </w:p>
        </w:tc>
      </w:tr>
      <w:tr>
        <w:tc>
          <w:tcPr>
            <w:tcW w:type="dxa" w:w="2158"/>
          </w:tcPr>
          <w:p>
            <w:pPr>
              <w:spacing w:after="20" w:before="20"/>
            </w:pPr>
            <w:r/>
            <w:r>
              <w:rPr>
                <w:rFonts w:ascii="Times New Roman" w:hAnsi="Times New Roman" w:eastAsia="宋体"/>
                <w:b w:val="0"/>
                <w:sz w:val="21"/>
              </w:rPr>
              <w:t>325230</w:t>
            </w:r>
          </w:p>
        </w:tc>
        <w:tc>
          <w:tcPr>
            <w:tcW w:type="dxa" w:w="2158"/>
          </w:tcPr>
          <w:p>
            <w:pPr>
              <w:spacing w:after="20" w:before="20"/>
            </w:pPr>
            <w:r/>
            <w:r>
              <w:rPr>
                <w:rFonts w:ascii="Times New Roman" w:hAnsi="Times New Roman" w:eastAsia="宋体"/>
                <w:b w:val="0"/>
                <w:sz w:val="21"/>
              </w:rPr>
              <w:t>本硕博预备1</w:t>
            </w:r>
          </w:p>
        </w:tc>
        <w:tc>
          <w:tcPr>
            <w:tcW w:type="dxa" w:w="2158"/>
          </w:tcPr>
          <w:p>
            <w:pPr>
              <w:spacing w:after="20" w:before="20"/>
            </w:pPr>
            <w:r/>
            <w:r>
              <w:rPr>
                <w:rFonts w:ascii="Times New Roman" w:hAnsi="Times New Roman" w:eastAsia="宋体"/>
                <w:b w:val="0"/>
                <w:sz w:val="21"/>
              </w:rPr>
              <w:t>本硕博预备</w:t>
            </w:r>
          </w:p>
        </w:tc>
        <w:tc>
          <w:tcPr>
            <w:tcW w:type="dxa" w:w="2158"/>
          </w:tcPr>
          <w:p>
            <w:pPr>
              <w:spacing w:after="20" w:before="20"/>
            </w:pPr>
            <w:r/>
            <w:r>
              <w:rPr>
                <w:rFonts w:ascii="Times New Roman" w:hAnsi="Times New Roman" w:eastAsia="宋体"/>
                <w:b w:val="0"/>
                <w:sz w:val="21"/>
              </w:rPr>
              <w:t>63000</w:t>
            </w:r>
          </w:p>
        </w:tc>
      </w:tr>
      <w:tr>
        <w:tc>
          <w:tcPr>
            <w:tcW w:type="dxa" w:w="2158"/>
          </w:tcPr>
          <w:p>
            <w:pPr>
              <w:spacing w:after="20" w:before="20"/>
            </w:pPr>
            <w:r/>
            <w:r>
              <w:rPr>
                <w:rFonts w:ascii="Times New Roman" w:hAnsi="Times New Roman" w:eastAsia="宋体"/>
                <w:b w:val="0"/>
                <w:sz w:val="21"/>
              </w:rPr>
              <w:t>313130</w:t>
            </w:r>
          </w:p>
        </w:tc>
        <w:tc>
          <w:tcPr>
            <w:tcW w:type="dxa" w:w="2158"/>
          </w:tcPr>
          <w:p>
            <w:pPr>
              <w:spacing w:after="20" w:before="20"/>
            </w:pPr>
            <w:r/>
            <w:r>
              <w:rPr>
                <w:rFonts w:ascii="Times New Roman" w:hAnsi="Times New Roman" w:eastAsia="宋体"/>
                <w:b w:val="0"/>
                <w:sz w:val="21"/>
              </w:rPr>
              <w:t>本硕博预备2</w:t>
            </w:r>
          </w:p>
        </w:tc>
        <w:tc>
          <w:tcPr>
            <w:tcW w:type="dxa" w:w="2158"/>
          </w:tcPr>
          <w:p>
            <w:pPr>
              <w:spacing w:after="20" w:before="20"/>
            </w:pPr>
            <w:r/>
            <w:r>
              <w:rPr>
                <w:rFonts w:ascii="Times New Roman" w:hAnsi="Times New Roman" w:eastAsia="宋体"/>
                <w:b w:val="0"/>
                <w:sz w:val="21"/>
              </w:rPr>
              <w:t>本硕博预备</w:t>
            </w:r>
          </w:p>
        </w:tc>
        <w:tc>
          <w:tcPr>
            <w:tcW w:type="dxa" w:w="2158"/>
          </w:tcPr>
          <w:p>
            <w:pPr>
              <w:spacing w:after="20" w:before="20"/>
            </w:pPr>
            <w:r/>
            <w:r>
              <w:rPr>
                <w:rFonts w:ascii="Times New Roman" w:hAnsi="Times New Roman" w:eastAsia="宋体"/>
                <w:b w:val="0"/>
                <w:sz w:val="21"/>
              </w:rPr>
              <w:t>64000</w:t>
            </w:r>
          </w:p>
        </w:tc>
      </w:tr>
      <w:tr>
        <w:tc>
          <w:tcPr>
            <w:tcW w:type="dxa" w:w="2158"/>
          </w:tcPr>
          <w:p>
            <w:pPr>
              <w:spacing w:after="20" w:before="20"/>
            </w:pPr>
            <w:r/>
            <w:r>
              <w:rPr>
                <w:rFonts w:ascii="Times New Roman" w:hAnsi="Times New Roman" w:eastAsia="宋体"/>
                <w:b w:val="0"/>
                <w:sz w:val="21"/>
              </w:rPr>
              <w:t>318160</w:t>
            </w:r>
          </w:p>
        </w:tc>
        <w:tc>
          <w:tcPr>
            <w:tcW w:type="dxa" w:w="2158"/>
          </w:tcPr>
          <w:p>
            <w:pPr>
              <w:spacing w:after="20" w:before="20"/>
            </w:pPr>
            <w:r/>
            <w:r>
              <w:rPr>
                <w:rFonts w:ascii="Times New Roman" w:hAnsi="Times New Roman" w:eastAsia="宋体"/>
                <w:b w:val="0"/>
                <w:sz w:val="21"/>
              </w:rPr>
              <w:t>本硕博预备3</w:t>
            </w:r>
          </w:p>
        </w:tc>
        <w:tc>
          <w:tcPr>
            <w:tcW w:type="dxa" w:w="2158"/>
          </w:tcPr>
          <w:p>
            <w:pPr>
              <w:spacing w:after="20" w:before="20"/>
            </w:pPr>
            <w:r/>
            <w:r>
              <w:rPr>
                <w:rFonts w:ascii="Times New Roman" w:hAnsi="Times New Roman" w:eastAsia="宋体"/>
                <w:b w:val="0"/>
                <w:sz w:val="21"/>
              </w:rPr>
              <w:t>本硕博预备</w:t>
            </w:r>
          </w:p>
        </w:tc>
        <w:tc>
          <w:tcPr>
            <w:tcW w:type="dxa" w:w="2158"/>
          </w:tcPr>
          <w:p>
            <w:pPr>
              <w:spacing w:after="20" w:before="20"/>
            </w:pPr>
            <w:r/>
            <w:r>
              <w:rPr>
                <w:rFonts w:ascii="Times New Roman" w:hAnsi="Times New Roman" w:eastAsia="宋体"/>
                <w:b w:val="0"/>
                <w:sz w:val="21"/>
              </w:rPr>
              <w:t>65000</w:t>
            </w:r>
          </w:p>
        </w:tc>
      </w:tr>
    </w:tbl>
    <w:p>
      <w:pPr>
        <w:spacing w:before="160" w:after="80" w:lineRule="auto" w:line="360"/>
        <w:jc w:val="left"/>
      </w:pPr>
      <w:r>
        <w:rPr>
          <w:rFonts w:ascii="Times New Roman" w:hAnsi="Times New Roman" w:eastAsia="宋体"/>
          <w:b/>
          <w:sz w:val="28"/>
        </w:rPr>
        <w:t>九、统计说明</w:t>
      </w:r>
    </w:p>
    <w:p>
      <w:pPr>
        <w:spacing w:after="80" w:lineRule="auto" w:line="360"/>
        <w:ind w:firstLine="482"/>
        <w:jc w:val="both"/>
      </w:pPr>
      <w:r>
        <w:rPr>
          <w:rFonts w:ascii="Times New Roman" w:hAnsi="Times New Roman" w:eastAsia="宋体"/>
          <w:b w:val="0"/>
          <w:sz w:val="24"/>
        </w:rPr>
        <w:t>1. 本段共列出 15 条记录。</w:t>
      </w:r>
    </w:p>
    <w:p>
      <w:pPr>
        <w:spacing w:after="80" w:lineRule="auto" w:line="360"/>
        <w:ind w:firstLine="482"/>
        <w:jc w:val="both"/>
      </w:pPr>
      <w:r>
        <w:rPr>
          <w:rFonts w:ascii="Times New Roman" w:hAnsi="Times New Roman" w:eastAsia="宋体"/>
          <w:b w:val="0"/>
          <w:sz w:val="24"/>
        </w:rPr>
        <w:t>2. 涉及培养层次包括：本硕博、普通预备、本硕博预备。</w:t>
      </w:r>
    </w:p>
    <w:p>
      <w:pPr>
        <w:spacing w:after="80" w:lineRule="auto" w:line="360"/>
        <w:ind w:firstLine="482"/>
        <w:jc w:val="both"/>
      </w:pPr>
      <w:r>
        <w:rPr>
          <w:rFonts w:ascii="Times New Roman" w:hAnsi="Times New Roman" w:eastAsia="宋体"/>
          <w:b w:val="0"/>
          <w:sz w:val="24"/>
        </w:rPr>
        <w:t>3. 涉及专业/学院或方向包括：本硕博1、本硕博2、本硕博3、本硕博4、本硕博5、本硕博6、本硕博7、本硕博预备1、本硕博预备2、本硕博预备3、自动化预备4。</w:t>
      </w:r>
    </w:p>
    <w:p>
      <w:pPr>
        <w:spacing w:after="80" w:lineRule="auto" w:line="360"/>
        <w:ind w:firstLine="482"/>
        <w:jc w:val="both"/>
      </w:pPr>
      <w:r>
        <w:rPr>
          <w:rFonts w:ascii="Times New Roman" w:hAnsi="Times New Roman" w:eastAsia="宋体"/>
          <w:b w:val="0"/>
          <w:sz w:val="24"/>
        </w:rPr>
        <w:t>4. 排名/评分数据为：55000、56000、57000、58000、59000、60000、61000、62000、63000、64000、65000。</w:t>
      </w:r>
    </w:p>
    <w:p>
      <w:pPr>
        <w:spacing w:after="80" w:lineRule="auto" w:line="360"/>
        <w:ind w:firstLine="482"/>
        <w:jc w:val="both"/>
      </w:pPr>
      <w:r>
        <w:rPr>
          <w:rFonts w:ascii="Times New Roman" w:hAnsi="Times New Roman" w:eastAsia="宋体"/>
          <w:b w:val="0"/>
          <w:sz w:val="24"/>
        </w:rPr>
        <w:t>5. 原文未提供公示期信息。</w:t>
      </w:r>
    </w:p>
    <w:p>
      <w:pPr>
        <w:spacing w:before="160" w:after="80" w:lineRule="auto" w:line="360"/>
        <w:jc w:val="left"/>
      </w:pPr>
      <w:r>
        <w:rPr>
          <w:rFonts w:ascii="Times New Roman" w:hAnsi="Times New Roman" w:eastAsia="宋体"/>
          <w:b/>
          <w:sz w:val="28"/>
        </w:rPr>
        <w:t>十、名单明细</w:t>
      </w:r>
    </w:p>
    <w:p>
      <w:pPr>
        <w:spacing w:after="80" w:lineRule="auto" w:line="360"/>
        <w:ind w:firstLine="482"/>
        <w:jc w:val="both"/>
      </w:pPr>
      <w:r>
        <w:rPr>
          <w:rFonts w:ascii="Times New Roman" w:hAnsi="Times New Roman" w:eastAsia="宋体"/>
          <w:b w:val="0"/>
          <w:sz w:val="24"/>
        </w:rPr>
        <w:t>本段为名单类信息，共涉及 16 条记录，具体明细如下：</w:t>
      </w:r>
    </w:p>
    <w:tbl>
      <w:tblPr>
        <w:tblStyle w:val="TableGrid"/>
        <w:tblW w:type="auto" w:w="0"/>
        <w:jc w:val="center"/>
        <w:tblLook w:firstColumn="1" w:firstRow="1" w:lastColumn="0" w:lastRow="0" w:noHBand="0" w:noVBand="1" w:val="04A0"/>
      </w:tblPr>
      <w:tblGrid>
        <w:gridCol w:w="2158"/>
        <w:gridCol w:w="2158"/>
        <w:gridCol w:w="2158"/>
        <w:gridCol w:w="2158"/>
      </w:tblGrid>
      <w:tr>
        <w:tc>
          <w:tcPr>
            <w:tcW w:type="dxa" w:w="2158"/>
          </w:tcPr>
          <w:p>
            <w:pPr>
              <w:spacing w:after="20" w:before="20"/>
            </w:pPr>
            <w:r/>
            <w:r>
              <w:rPr>
                <w:rFonts w:ascii="Times New Roman" w:hAnsi="Times New Roman" w:eastAsia="宋体"/>
                <w:b/>
                <w:sz w:val="21"/>
              </w:rPr>
              <w:t>序号</w:t>
            </w:r>
          </w:p>
        </w:tc>
        <w:tc>
          <w:tcPr>
            <w:tcW w:type="dxa" w:w="2158"/>
          </w:tcPr>
          <w:p>
            <w:pPr>
              <w:spacing w:after="20" w:before="20"/>
            </w:pPr>
            <w:r/>
            <w:r>
              <w:rPr>
                <w:rFonts w:ascii="Times New Roman" w:hAnsi="Times New Roman" w:eastAsia="宋体"/>
                <w:b/>
                <w:sz w:val="21"/>
              </w:rPr>
              <w:t>专业/学院</w:t>
            </w:r>
          </w:p>
        </w:tc>
        <w:tc>
          <w:tcPr>
            <w:tcW w:type="dxa" w:w="2158"/>
          </w:tcPr>
          <w:p>
            <w:pPr>
              <w:spacing w:after="20" w:before="20"/>
            </w:pPr>
            <w:r/>
            <w:r>
              <w:rPr>
                <w:rFonts w:ascii="Times New Roman" w:hAnsi="Times New Roman" w:eastAsia="宋体"/>
                <w:b/>
                <w:sz w:val="21"/>
              </w:rPr>
              <w:t>类别</w:t>
            </w:r>
          </w:p>
        </w:tc>
        <w:tc>
          <w:tcPr>
            <w:tcW w:type="dxa" w:w="2158"/>
          </w:tcPr>
          <w:p>
            <w:pPr>
              <w:spacing w:after="20" w:before="20"/>
            </w:pPr>
            <w:r/>
            <w:r>
              <w:rPr>
                <w:rFonts w:ascii="Times New Roman" w:hAnsi="Times New Roman" w:eastAsia="宋体"/>
                <w:b/>
                <w:sz w:val="21"/>
              </w:rPr>
              <w:t>排名/评分</w:t>
            </w:r>
          </w:p>
        </w:tc>
      </w:tr>
      <w:tr>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自动化</w:t>
            </w:r>
          </w:p>
        </w:tc>
        <w:tc>
          <w:tcPr>
            <w:tcW w:type="dxa" w:w="2158"/>
          </w:tcPr>
          <w:p>
            <w:pPr>
              <w:spacing w:after="20" w:before="20"/>
            </w:pPr>
            <w:r/>
            <w:r>
              <w:rPr>
                <w:rFonts w:ascii="Times New Roman" w:hAnsi="Times New Roman" w:eastAsia="宋体"/>
                <w:b w:val="0"/>
                <w:sz w:val="21"/>
              </w:rPr>
              <w:t>预备</w:t>
            </w:r>
          </w:p>
        </w:tc>
        <w:tc>
          <w:tcPr>
            <w:tcW w:type="dxa" w:w="2158"/>
          </w:tcPr>
          <w:p>
            <w:pPr>
              <w:spacing w:after="20" w:before="20"/>
            </w:pPr>
            <w:r/>
            <w:r>
              <w:rPr>
                <w:rFonts w:ascii="Times New Roman" w:hAnsi="Times New Roman" w:eastAsia="宋体"/>
                <w:b w:val="0"/>
                <w:sz w:val="21"/>
              </w:rPr>
              <w:t>4</w:t>
            </w:r>
          </w:p>
        </w:tc>
      </w:tr>
      <w:tr>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普通</w:t>
            </w:r>
          </w:p>
        </w:tc>
        <w:tc>
          <w:tcPr>
            <w:tcW w:type="dxa" w:w="2158"/>
          </w:tcPr>
          <w:p>
            <w:pPr>
              <w:spacing w:after="20" w:before="20"/>
            </w:pPr>
            <w:r/>
            <w:r>
              <w:rPr>
                <w:rFonts w:ascii="Times New Roman" w:hAnsi="Times New Roman" w:eastAsia="宋体"/>
                <w:b w:val="0"/>
                <w:sz w:val="21"/>
              </w:rPr>
              <w:t>预备</w:t>
            </w:r>
          </w:p>
        </w:tc>
        <w:tc>
          <w:tcPr>
            <w:tcW w:type="dxa" w:w="2158"/>
          </w:tcPr>
          <w:p>
            <w:pPr>
              <w:spacing w:after="20" w:before="20"/>
            </w:pPr>
            <w:r/>
            <w:r>
              <w:rPr>
                <w:rFonts w:ascii="Times New Roman" w:hAnsi="Times New Roman" w:eastAsia="宋体"/>
                <w:b w:val="0"/>
                <w:sz w:val="21"/>
              </w:rPr>
              <w:t>5</w:t>
            </w:r>
          </w:p>
        </w:tc>
      </w:tr>
      <w:tr>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本硕博6</w:t>
            </w:r>
          </w:p>
        </w:tc>
      </w:tr>
      <w:tr>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本硕博5</w:t>
            </w:r>
          </w:p>
        </w:tc>
      </w:tr>
      <w:tr>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本硕博5</w:t>
            </w:r>
          </w:p>
        </w:tc>
      </w:tr>
      <w:tr>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本硕博预备</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本硕博预备6</w:t>
            </w:r>
          </w:p>
        </w:tc>
      </w:tr>
      <w:tr>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本硕博5</w:t>
            </w:r>
          </w:p>
        </w:tc>
      </w:tr>
      <w:tr>
        <w:tc>
          <w:tcPr>
            <w:tcW w:type="dxa" w:w="2158"/>
          </w:tcPr>
          <w:p>
            <w:pPr>
              <w:spacing w:after="20" w:before="20"/>
            </w:pPr>
            <w:r/>
            <w:r>
              <w:rPr>
                <w:rFonts w:ascii="Times New Roman" w:hAnsi="Times New Roman" w:eastAsia="宋体"/>
                <w:b w:val="0"/>
                <w:sz w:val="21"/>
              </w:rPr>
              <w:t>8</w:t>
            </w:r>
          </w:p>
        </w:tc>
        <w:tc>
          <w:tcPr>
            <w:tcW w:type="dxa" w:w="2158"/>
          </w:tcPr>
          <w:p>
            <w:pPr>
              <w:spacing w:after="20" w:before="20"/>
            </w:pPr>
            <w:r/>
            <w:r>
              <w:rPr>
                <w:rFonts w:ascii="Times New Roman" w:hAnsi="Times New Roman" w:eastAsia="宋体"/>
                <w:b w:val="0"/>
                <w:sz w:val="21"/>
              </w:rPr>
              <w:t>本硕博预备</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本硕博预备6</w:t>
            </w:r>
          </w:p>
        </w:tc>
      </w:tr>
      <w:tr>
        <w:tc>
          <w:tcPr>
            <w:tcW w:type="dxa" w:w="2158"/>
          </w:tcPr>
          <w:p>
            <w:pPr>
              <w:spacing w:after="20" w:before="20"/>
            </w:pPr>
            <w:r/>
            <w:r>
              <w:rPr>
                <w:rFonts w:ascii="Times New Roman" w:hAnsi="Times New Roman" w:eastAsia="宋体"/>
                <w:b w:val="0"/>
                <w:sz w:val="21"/>
              </w:rPr>
              <w:t>9</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4</w:t>
            </w:r>
          </w:p>
        </w:tc>
        <w:tc>
          <w:tcPr>
            <w:tcW w:type="dxa" w:w="2158"/>
          </w:tcPr>
          <w:p>
            <w:pPr>
              <w:spacing w:after="20" w:before="20"/>
            </w:pPr>
            <w:r/>
            <w:r>
              <w:rPr>
                <w:rFonts w:ascii="Times New Roman" w:hAnsi="Times New Roman" w:eastAsia="宋体"/>
                <w:b w:val="0"/>
                <w:sz w:val="21"/>
              </w:rPr>
              <w:t>本硕博5</w:t>
            </w:r>
          </w:p>
        </w:tc>
      </w:tr>
      <w:tr>
        <w:tc>
          <w:tcPr>
            <w:tcW w:type="dxa" w:w="2158"/>
          </w:tcPr>
          <w:p>
            <w:pPr>
              <w:spacing w:after="20" w:before="20"/>
            </w:pPr>
            <w:r/>
            <w:r>
              <w:rPr>
                <w:rFonts w:ascii="Times New Roman" w:hAnsi="Times New Roman" w:eastAsia="宋体"/>
                <w:b w:val="0"/>
                <w:sz w:val="21"/>
              </w:rPr>
              <w:t>10</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5</w:t>
            </w:r>
          </w:p>
        </w:tc>
        <w:tc>
          <w:tcPr>
            <w:tcW w:type="dxa" w:w="2158"/>
          </w:tcPr>
          <w:p>
            <w:pPr>
              <w:spacing w:after="20" w:before="20"/>
            </w:pPr>
            <w:r/>
            <w:r>
              <w:rPr>
                <w:rFonts w:ascii="Times New Roman" w:hAnsi="Times New Roman" w:eastAsia="宋体"/>
                <w:b w:val="0"/>
                <w:sz w:val="21"/>
              </w:rPr>
              <w:t>本硕博6</w:t>
            </w:r>
          </w:p>
        </w:tc>
      </w:tr>
      <w:tr>
        <w:tc>
          <w:tcPr>
            <w:tcW w:type="dxa" w:w="2158"/>
          </w:tcPr>
          <w:p>
            <w:pPr>
              <w:spacing w:after="20" w:before="20"/>
            </w:pPr>
            <w:r/>
            <w:r>
              <w:rPr>
                <w:rFonts w:ascii="Times New Roman" w:hAnsi="Times New Roman" w:eastAsia="宋体"/>
                <w:b w:val="0"/>
                <w:sz w:val="21"/>
              </w:rPr>
              <w:t>11</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6</w:t>
            </w:r>
          </w:p>
        </w:tc>
        <w:tc>
          <w:tcPr>
            <w:tcW w:type="dxa" w:w="2158"/>
          </w:tcPr>
          <w:p>
            <w:pPr>
              <w:spacing w:after="20" w:before="20"/>
            </w:pPr>
            <w:r/>
            <w:r>
              <w:rPr>
                <w:rFonts w:ascii="Times New Roman" w:hAnsi="Times New Roman" w:eastAsia="宋体"/>
                <w:b w:val="0"/>
                <w:sz w:val="21"/>
              </w:rPr>
              <w:t>本硕博6</w:t>
            </w:r>
          </w:p>
        </w:tc>
      </w:tr>
      <w:tr>
        <w:tc>
          <w:tcPr>
            <w:tcW w:type="dxa" w:w="2158"/>
          </w:tcPr>
          <w:p>
            <w:pPr>
              <w:spacing w:after="20" w:before="20"/>
            </w:pPr>
            <w:r/>
            <w:r>
              <w:rPr>
                <w:rFonts w:ascii="Times New Roman" w:hAnsi="Times New Roman" w:eastAsia="宋体"/>
                <w:b w:val="0"/>
                <w:sz w:val="21"/>
              </w:rPr>
              <w:t>12</w:t>
            </w:r>
          </w:p>
        </w:tc>
        <w:tc>
          <w:tcPr>
            <w:tcW w:type="dxa" w:w="2158"/>
          </w:tcPr>
          <w:p>
            <w:pPr>
              <w:spacing w:after="20" w:before="20"/>
            </w:pPr>
            <w:r/>
            <w:r>
              <w:rPr>
                <w:rFonts w:ascii="Times New Roman" w:hAnsi="Times New Roman" w:eastAsia="宋体"/>
                <w:b w:val="0"/>
                <w:sz w:val="21"/>
              </w:rPr>
              <w:t>本硕博</w:t>
            </w:r>
          </w:p>
        </w:tc>
        <w:tc>
          <w:tcPr>
            <w:tcW w:type="dxa" w:w="2158"/>
          </w:tcPr>
          <w:p>
            <w:pPr>
              <w:spacing w:after="20" w:before="20"/>
            </w:pPr>
            <w:r/>
            <w:r>
              <w:rPr>
                <w:rFonts w:ascii="Times New Roman" w:hAnsi="Times New Roman" w:eastAsia="宋体"/>
                <w:b w:val="0"/>
                <w:sz w:val="21"/>
              </w:rPr>
              <w:t>7</w:t>
            </w:r>
          </w:p>
        </w:tc>
        <w:tc>
          <w:tcPr>
            <w:tcW w:type="dxa" w:w="2158"/>
          </w:tcPr>
          <w:p>
            <w:pPr>
              <w:spacing w:after="20" w:before="20"/>
            </w:pPr>
            <w:r/>
            <w:r>
              <w:rPr>
                <w:rFonts w:ascii="Times New Roman" w:hAnsi="Times New Roman" w:eastAsia="宋体"/>
                <w:b w:val="0"/>
                <w:sz w:val="21"/>
              </w:rPr>
              <w:t>本硕博6</w:t>
            </w:r>
          </w:p>
        </w:tc>
      </w:tr>
      <w:tr>
        <w:tc>
          <w:tcPr>
            <w:tcW w:type="dxa" w:w="2158"/>
          </w:tcPr>
          <w:p>
            <w:pPr>
              <w:spacing w:after="20" w:before="20"/>
            </w:pPr>
            <w:r/>
            <w:r>
              <w:rPr>
                <w:rFonts w:ascii="Times New Roman" w:hAnsi="Times New Roman" w:eastAsia="宋体"/>
                <w:b w:val="0"/>
                <w:sz w:val="21"/>
              </w:rPr>
              <w:t>13</w:t>
            </w:r>
          </w:p>
        </w:tc>
        <w:tc>
          <w:tcPr>
            <w:tcW w:type="dxa" w:w="2158"/>
          </w:tcPr>
          <w:p>
            <w:pPr>
              <w:spacing w:after="20" w:before="20"/>
            </w:pPr>
            <w:r/>
            <w:r>
              <w:rPr>
                <w:rFonts w:ascii="Times New Roman" w:hAnsi="Times New Roman" w:eastAsia="宋体"/>
                <w:b w:val="0"/>
                <w:sz w:val="21"/>
              </w:rPr>
              <w:t>本硕博预备</w:t>
            </w:r>
          </w:p>
        </w:tc>
        <w:tc>
          <w:tcPr>
            <w:tcW w:type="dxa" w:w="2158"/>
          </w:tcPr>
          <w:p>
            <w:pPr>
              <w:spacing w:after="20" w:before="20"/>
            </w:pPr>
            <w:r/>
            <w:r>
              <w:rPr>
                <w:rFonts w:ascii="Times New Roman" w:hAnsi="Times New Roman" w:eastAsia="宋体"/>
                <w:b w:val="0"/>
                <w:sz w:val="21"/>
              </w:rPr>
              <w:t>1</w:t>
            </w:r>
          </w:p>
        </w:tc>
        <w:tc>
          <w:tcPr>
            <w:tcW w:type="dxa" w:w="2158"/>
          </w:tcPr>
          <w:p>
            <w:pPr>
              <w:spacing w:after="20" w:before="20"/>
            </w:pPr>
            <w:r/>
            <w:r>
              <w:rPr>
                <w:rFonts w:ascii="Times New Roman" w:hAnsi="Times New Roman" w:eastAsia="宋体"/>
                <w:b w:val="0"/>
                <w:sz w:val="21"/>
              </w:rPr>
              <w:t>本硕博预备6</w:t>
            </w:r>
          </w:p>
        </w:tc>
      </w:tr>
      <w:tr>
        <w:tc>
          <w:tcPr>
            <w:tcW w:type="dxa" w:w="2158"/>
          </w:tcPr>
          <w:p>
            <w:pPr>
              <w:spacing w:after="20" w:before="20"/>
            </w:pPr>
            <w:r/>
            <w:r>
              <w:rPr>
                <w:rFonts w:ascii="Times New Roman" w:hAnsi="Times New Roman" w:eastAsia="宋体"/>
                <w:b w:val="0"/>
                <w:sz w:val="21"/>
              </w:rPr>
              <w:t>14</w:t>
            </w:r>
          </w:p>
        </w:tc>
        <w:tc>
          <w:tcPr>
            <w:tcW w:type="dxa" w:w="2158"/>
          </w:tcPr>
          <w:p>
            <w:pPr>
              <w:spacing w:after="20" w:before="20"/>
            </w:pPr>
            <w:r/>
            <w:r>
              <w:rPr>
                <w:rFonts w:ascii="Times New Roman" w:hAnsi="Times New Roman" w:eastAsia="宋体"/>
                <w:b w:val="0"/>
                <w:sz w:val="21"/>
              </w:rPr>
              <w:t>本硕博预备</w:t>
            </w:r>
          </w:p>
        </w:tc>
        <w:tc>
          <w:tcPr>
            <w:tcW w:type="dxa" w:w="2158"/>
          </w:tcPr>
          <w:p>
            <w:pPr>
              <w:spacing w:after="20" w:before="20"/>
            </w:pPr>
            <w:r/>
            <w:r>
              <w:rPr>
                <w:rFonts w:ascii="Times New Roman" w:hAnsi="Times New Roman" w:eastAsia="宋体"/>
                <w:b w:val="0"/>
                <w:sz w:val="21"/>
              </w:rPr>
              <w:t>2</w:t>
            </w:r>
          </w:p>
        </w:tc>
        <w:tc>
          <w:tcPr>
            <w:tcW w:type="dxa" w:w="2158"/>
          </w:tcPr>
          <w:p>
            <w:pPr>
              <w:spacing w:after="20" w:before="20"/>
            </w:pPr>
            <w:r/>
            <w:r>
              <w:rPr>
                <w:rFonts w:ascii="Times New Roman" w:hAnsi="Times New Roman" w:eastAsia="宋体"/>
                <w:b w:val="0"/>
                <w:sz w:val="21"/>
              </w:rPr>
              <w:t>本硕博预备6</w:t>
            </w:r>
          </w:p>
        </w:tc>
      </w:tr>
      <w:tr>
        <w:tc>
          <w:tcPr>
            <w:tcW w:type="dxa" w:w="2158"/>
          </w:tcPr>
          <w:p>
            <w:pPr>
              <w:spacing w:after="20" w:before="20"/>
            </w:pPr>
            <w:r/>
            <w:r>
              <w:rPr>
                <w:rFonts w:ascii="Times New Roman" w:hAnsi="Times New Roman" w:eastAsia="宋体"/>
                <w:b w:val="0"/>
                <w:sz w:val="21"/>
              </w:rPr>
              <w:t>15</w:t>
            </w:r>
          </w:p>
        </w:tc>
        <w:tc>
          <w:tcPr>
            <w:tcW w:type="dxa" w:w="2158"/>
          </w:tcPr>
          <w:p>
            <w:pPr>
              <w:spacing w:after="20" w:before="20"/>
            </w:pPr>
            <w:r/>
            <w:r>
              <w:rPr>
                <w:rFonts w:ascii="Times New Roman" w:hAnsi="Times New Roman" w:eastAsia="宋体"/>
                <w:b w:val="0"/>
                <w:sz w:val="21"/>
              </w:rPr>
              <w:t>本硕博预备</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本硕博预备6</w:t>
            </w:r>
          </w:p>
        </w:tc>
      </w:tr>
      <w:tr>
        <w:tc>
          <w:tcPr>
            <w:tcW w:type="dxa" w:w="2158"/>
          </w:tcPr>
          <w:p>
            <w:pPr>
              <w:spacing w:after="20" w:before="20"/>
            </w:pPr>
            <w:r/>
            <w:r>
              <w:rPr>
                <w:rFonts w:ascii="Times New Roman" w:hAnsi="Times New Roman" w:eastAsia="宋体"/>
                <w:b w:val="0"/>
                <w:sz w:val="21"/>
              </w:rPr>
              <w:t>16</w:t>
            </w:r>
          </w:p>
        </w:tc>
        <w:tc>
          <w:tcPr>
            <w:tcW w:type="dxa" w:w="2158"/>
          </w:tcPr>
          <w:p>
            <w:pPr>
              <w:spacing w:after="20" w:before="20"/>
            </w:pPr>
            <w:r/>
            <w:r>
              <w:rPr>
                <w:rFonts w:ascii="Times New Roman" w:hAnsi="Times New Roman" w:eastAsia="宋体"/>
                <w:b w:val="0"/>
                <w:sz w:val="21"/>
              </w:rPr>
              <w:t>本硕博预备</w:t>
            </w:r>
          </w:p>
        </w:tc>
        <w:tc>
          <w:tcPr>
            <w:tcW w:type="dxa" w:w="2158"/>
          </w:tcPr>
          <w:p>
            <w:pPr>
              <w:spacing w:after="20" w:before="20"/>
            </w:pPr>
            <w:r/>
            <w:r>
              <w:rPr>
                <w:rFonts w:ascii="Times New Roman" w:hAnsi="Times New Roman" w:eastAsia="宋体"/>
                <w:b w:val="0"/>
                <w:sz w:val="21"/>
              </w:rPr>
              <w:t>3</w:t>
            </w:r>
          </w:p>
        </w:tc>
        <w:tc>
          <w:tcPr>
            <w:tcW w:type="dxa" w:w="2158"/>
          </w:tcPr>
          <w:p>
            <w:pPr>
              <w:spacing w:after="20" w:before="20"/>
            </w:pPr>
            <w:r/>
            <w:r>
              <w:rPr>
                <w:rFonts w:ascii="Times New Roman" w:hAnsi="Times New Roman" w:eastAsia="宋体"/>
                <w:b w:val="0"/>
                <w:sz w:val="21"/>
              </w:rPr>
              <w:t>本硕博预备6</w:t>
            </w:r>
          </w:p>
        </w:tc>
      </w:tr>
    </w:tbl>
    <w:p>
      <w:pPr>
        <w:spacing w:before="160" w:after="80" w:lineRule="auto" w:line="360"/>
        <w:jc w:val="left"/>
      </w:pPr>
      <w:r>
        <w:rPr>
          <w:rFonts w:ascii="Times New Roman" w:hAnsi="Times New Roman" w:eastAsia="宋体"/>
          <w:b/>
          <w:sz w:val="28"/>
        </w:rPr>
        <w:t>九、说明</w:t>
      </w:r>
    </w:p>
    <w:p>
      <w:pPr>
        <w:spacing w:after="80" w:lineRule="auto" w:line="360"/>
        <w:ind w:firstLine="482"/>
        <w:jc w:val="both"/>
      </w:pPr>
      <w:r>
        <w:rPr>
          <w:rFonts w:ascii="Times New Roman" w:hAnsi="Times New Roman" w:eastAsia="宋体"/>
          <w:b w:val="0"/>
          <w:sz w:val="24"/>
        </w:rPr>
        <w:t>1. 本段内容为名单类信息，共 16 条记录。</w:t>
      </w:r>
    </w:p>
    <w:p>
      <w:pPr>
        <w:spacing w:after="80" w:lineRule="auto" w:line="360"/>
        <w:ind w:firstLine="482"/>
        <w:jc w:val="both"/>
      </w:pPr>
      <w:r>
        <w:rPr>
          <w:rFonts w:ascii="Times New Roman" w:hAnsi="Times New Roman" w:eastAsia="宋体"/>
          <w:b w:val="0"/>
          <w:sz w:val="24"/>
        </w:rPr>
        <w:t>2. 涉及类别包括：自动化、普通、本硕博、本硕博预备。</w:t>
      </w:r>
    </w:p>
    <w:p>
      <w:pPr>
        <w:spacing w:after="80" w:lineRule="auto" w:line="360"/>
        <w:ind w:firstLine="482"/>
        <w:jc w:val="both"/>
      </w:pPr>
      <w:r>
        <w:rPr>
          <w:rFonts w:ascii="Times New Roman" w:hAnsi="Times New Roman" w:eastAsia="宋体"/>
          <w:b w:val="0"/>
          <w:sz w:val="24"/>
        </w:rPr>
        <w:t>3. 排名/评分方式按原文保留，未作改动。</w:t>
      </w:r>
    </w:p>
    <w:p>
      <w:pPr>
        <w:spacing w:after="80" w:lineRule="auto" w:line="360"/>
        <w:ind w:firstLine="482"/>
        <w:jc w:val="both"/>
      </w:pPr>
      <w:r>
        <w:rPr>
          <w:rFonts w:ascii="Times New Roman" w:hAnsi="Times New Roman" w:eastAsia="宋体"/>
          <w:b w:val="0"/>
          <w:sz w:val="24"/>
        </w:rPr>
        <w:t>4. 原文未提供公示期信息。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