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复旦大学物理学系关于推荐2026届优秀应届本科毕业生免试攻读研究生工作办法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复旦大学物理学系关于推荐2026届优秀应届本科毕业生免试攻读研究生工作办法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一、推荐工作总体要求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本办法适用于复旦大学物理学系2026届优秀应届本科毕业生免试攻读研究生（简称“推免”）的推荐工作。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推荐工作坚持公开、公平、公正原则，择优选拔，确保推荐质量。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二、推荐条件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申请者须为复旦大学物理学系2026届应届本科毕业生。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品行端正，无任何违法违纪或受处分记录。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学业成绩优秀，无不及格课程，专业排名符合学校及院系规定的推免要求。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英语水平达到学校规定的推免生外语要求。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具有浓厚的科研兴趣和较强的创新意识，同等条件下优先考虑有科研成果或竞赛获奖者。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三、推荐流程与时间节点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学生申请：符合条件的学生按院系通知要求提交推免申请材料。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材料审核：院系对申请材料进行初审，核实成绩与资格。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综合考核：院系组织专家对通过初审的学生进行综合考核或面试。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名单公示：根据考核结果确定拟推荐名单，并在院系网站公示。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上报审定：公示无异议后，将推荐名单及相关材料上报学校审定。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四、材料清单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《复旦大学推荐免试攻读研究生申请表》。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本科阶段成绩单（加盖教务部门公章）。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英语水平证明（如四六级成绩单等）。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个人陈述或研究计划。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科研成果、获奖证书或推荐信等辅助材料。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联系电话：31242361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传真：31242363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电子邮箱：phys60@fudan.edu.cn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地址：上海市淞沪路2005号，邮编：200438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