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民族学学院2026年推荐优秀应届本科毕业生免试攻读研究生遴选工作安排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民族学学院2026年推荐优秀应届本科毕业生免试攻读研究生遴选工作安排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本通知为民族学学院2026年推荐优秀应届本科毕业生免试攻读研究生遴选工作安排，发布单位为东北大学秦皇岛分校民族学学院。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二、正文内容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正文部分未提供具体遴选条件、报名时间、活动时间、接收条件、流程、材料清单、时间节点、名额及联系方式等详细信息，仅包含网站导航栏目内容。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三、网站导航栏目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学校主页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联系我们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现任领导班子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机构设置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师资队伍介绍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专任教师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硕士生导师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硕士生培养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博士生培养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学术研究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中国满学研究院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研究所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党团工作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学生工作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日常工作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就业指导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社会实践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招生信息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就业资讯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田野基地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田野基地概况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田野教学基地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基地指导教师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民族学博物馆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民族学博物馆简介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特色展品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社会服务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通知公告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