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湖北工业大学职业技术师范学院2026届推免生初选名单公示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湖北工业大学职业技术师范学院2026届推免生初选名单公示，发布日期为2025年09月11日。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总计15人。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其中候补推荐3人。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原文未明确列出具体专业明细。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经学生个人申报、学院组织现场答辩和专家小组审核，拟定推免生初选名单。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公示时间为2025年9月11日至9月14日，共计4天。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公示期内如有疑问，可向教学办公室反映。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联系人：毛老师。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联系电话：027-59750726。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